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юнаки, у рядах тримайтесь разом...</w:t>
      </w:r>
    </w:p>
    <w:p>
      <w:r>
        <w:br/>
        <w:t xml:space="preserve"> Тіртей&lt;br /&gt;</w:t>
        <w:br/>
        <w:t>О юнаки, у рядах тримайтесь разом...</w:t>
      </w:r>
    </w:p>
    <w:p>
      <w:r>
        <w:br/>
        <w:t>Перекладач: Григорій Кочур&lt;br /&gt;</w:t>
        <w:br/>
        <w:t>Джерело: З книги: Золоте руно. З античної поезії: Збірка.-К.: Веселка, 1985.</w:t>
      </w:r>
    </w:p>
    <w:p>
      <w:r>
        <w:br/>
        <w:t>О юнаки, у рядах тримайтесь разом серед бою,&lt;br /&gt;</w:t>
        <w:br/>
        <w:t>Не утікайте ніхто, страхом душі не скверніть.&lt;br /&gt;</w:t>
        <w:br/>
        <w:t>Духом могутнім і мужнім ви груди свої загартуйте,&lt;br /&gt;</w:t>
        <w:br/>
        <w:t>Хай життелюбних між вас зовсім не буде в бою.&lt;br /&gt;</w:t>
        <w:br/>
        <w:t>Віком похилих, у кого слабі вже коліна, ніколи&lt;br /&gt;</w:t>
        <w:br/>
        <w:t>Не покидайте старих, з битви утікши самі.&lt;br /&gt;</w:t>
        <w:br/>
        <w:t>Сором несвітський вам буде тоді, як раніше за юних&lt;br /&gt;</w:t>
        <w:br/>
        <w:t>Воїн поляже старий, в перших упавши рядах,-&lt;br /&gt;</w:t>
        <w:br/>
        <w:t>Голову білу безсило схиляючи, сивобородий,&lt;br /&gt;</w:t>
        <w:br/>
        <w:t>Дух свій відважний оддасть, лежачи долі в пилу,&lt;br /&gt;</w:t>
        <w:br/>
        <w:t>Рану криваву свою не забувши руками закрити,-&lt;br /&gt;</w:t>
        <w:br/>
        <w:t>Страшно дивитись на це, соромно бачить очам&lt;br /&gt;</w:t>
        <w:br/>
        <w:t>Тіло старе без одежі! А от юнакові — все личить,&lt;br /&gt;</w:t>
        <w:br/>
        <w:t>Поки ще днів молодих не осипається цвіт.&lt;br /&gt;</w:t>
        <w:br/>
        <w:t>Чоловікам він був милий, жінок чарував за життя він&lt;br /&gt;</w:t>
        <w:br/>
        <w:t>Буде прекрасний тепер, впавши у перших рядах.&lt;br /&gt;</w:t>
        <w:br/>
        <w:t>Отже, готуючись, кожен хай широко ступить і стане,&lt;br /&gt;</w:t>
        <w:br/>
        <w:t>В землю упершись міцніш, стиснувши міцно уста.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юнаки, у рядах тримайтесь разом...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