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О, яка ж ти сумна, Україно моя...</w:t>
      </w:r>
    </w:p>
    <w:p>
      <w:r>
        <w:br/>
        <w:t xml:space="preserve"> О, яка ж ти сумна, Україно моя,&lt;br /&gt;</w:t>
        <w:br/>
        <w:t>Навкруги оповита темнотою;&lt;br /&gt;</w:t>
        <w:br/>
        <w:t>З яким жалем оце тебе згадую я&lt;br /&gt;</w:t>
        <w:br/>
        <w:t>Як пошарпані груди турботою!</w:t>
      </w:r>
    </w:p>
    <w:p>
      <w:r>
        <w:br/>
        <w:t>Не складаю пісень твоїй дивній красі,&lt;br /&gt;</w:t>
        <w:br/>
        <w:t>Бо не бачу у стані сучасному;&lt;br /&gt;</w:t>
        <w:br/>
        <w:t>Розпинали тебе всі до одного, всі,&lt;br /&gt;</w:t>
        <w:br/>
        <w:t>Хто був паном у краї нещасному.</w:t>
      </w:r>
    </w:p>
    <w:p>
      <w:r>
        <w:br/>
        <w:t>В царство казки твій рай на журбу одліта,&lt;br /&gt;</w:t>
        <w:br/>
        <w:t>Мов прибитий негодами зимними;&lt;br /&gt;</w:t>
        <w:br/>
        <w:t>А чи зможе ж кому смерть-руїна ота&lt;br /&gt;</w:t>
        <w:br/>
        <w:t>Сповнить серце чудовими гімнами?</w:t>
      </w:r>
    </w:p>
    <w:p>
      <w:r>
        <w:br/>
        <w:t>Світло правди нести проти лютого зла&lt;br /&gt;</w:t>
        <w:br/>
        <w:t>В боротьбі із тяжкою годиною,&lt;br /&gt;</w:t>
        <w:br/>
        <w:t>Працювать на користь та рятунок села —&lt;br /&gt;</w:t>
        <w:br/>
        <w:t>Має бути любов’ю єдиною!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О, яка ж ти сумна, Україно моя...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