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Новорічний подарунок</w:t>
      </w:r>
    </w:p>
    <w:p>
      <w:r>
        <w:br/>
        <w:t xml:space="preserve"> &lt;p&gt;Жак де Рандаль, пообідавши на самоті у себе вдома, відпустив слугу і сів до столу, збираючись писати листи.</w:t>
      </w:r>
    </w:p>
    <w:p>
      <w:r>
        <w:br/>
        <w:t>Отак наодинці з собою він проводжав кожен рік, пописуючи та мріючи собі. В цей день він завжди немовби робив огляд усього, що сталося протягом року, всього, що закінчилося, всього, що вмерло. І в міру того, як перед очима його виникали образи друзів, він писав кожному по кілька рядків — сердечне привітання з Новим роком.</w:t>
      </w:r>
    </w:p>
    <w:p>
      <w:r>
        <w:br/>
        <w:t>Отож і тепер він сів за стіл, відчинив шухляду, витяг звідти фотографічну картку жінки, якийсь час дивився на неї, потім поцілував і, поклавши її поруч із бюваром, почав писати:</w:t>
      </w:r>
    </w:p>
    <w:p>
      <w:r>
        <w:br/>
        <w:t>"Люба моя Ірено, Ви, напевно, одержали нещодавно невеличкий подарунок, який я Вам відіслав; сьогодні я залишився ввечері сам і взявся за перо, щоб сказати Вам…"</w:t>
      </w:r>
    </w:p>
    <w:p>
      <w:r>
        <w:br/>
        <w:t>Тут рука його спинилася. Жак підвівся і почав ходити по кімнаті.</w:t>
      </w:r>
    </w:p>
    <w:p>
      <w:r>
        <w:br/>
        <w:t>Вже місяців із десять мав він коханку, не таку, як інші, не якусь там шукачку пригод, не жінку з театрального</w:t>
      </w:r>
    </w:p>
    <w:p>
      <w:r>
        <w:br/>
        <w:t>світу, не з вулиці, а жінку, яку він любив і завоював. Він був уже не першої молодості, хоча й зовсім іще не старий, і ставився до життя серйозно, маючи позитивний і практичний розум.</w:t>
      </w:r>
    </w:p>
    <w:p>
      <w:r>
        <w:br/>
        <w:t>Отож він заходився підбивати підсумки своєї пристрасті, достоту як щороку підводив рахунок своїх дружніх стосунків, порваних чи недавно зав’язаних, рахунок усіх подій, що ввійшли в його життя.</w:t>
      </w:r>
    </w:p>
    <w:p>
      <w:r>
        <w:br/>
        <w:t>Перший шал кохання вже вгамувався, і він питав себе з точністю розважливого ділка, чим він був для неї тепер, і намагався вгадати, ким стане в майбутньому.</w:t>
      </w:r>
    </w:p>
    <w:p>
      <w:r>
        <w:br/>
        <w:t>Він зазирнув у свою душу і побачив там велике і глибоке почуття, повне ніжності, вдячності та інтимної симпатії,— те, з чого народжуються мііщі й тривалі зв’язки.</w:t>
      </w:r>
    </w:p>
    <w:p>
      <w:r>
        <w:br/>
        <w:t>Він здригнувся від дзвінка… Відчинити чи ні? Але одразу подумав, що саме в новорічну ніч і слід відчиняти двері перед Невідомим, яке йде мимо й постукає,— хоч би яке це Невідоме було.</w:t>
      </w:r>
    </w:p>
    <w:p>
      <w:r>
        <w:br/>
        <w:t>Він узяв свічку, пройшов через передпокій, відсунув засуви, повернув ключ, потяг двері до себе. Перед ним стояла його коханка, бліда як крейда, тримаючись рукою за стінку.</w:t>
      </w:r>
    </w:p>
    <w:p>
      <w:r>
        <w:br/>
        <w:t>Він пробелькотів:</w:t>
      </w:r>
    </w:p>
    <w:p>
      <w:r>
        <w:br/>
        <w:t>— Що з вами?</w:t>
      </w:r>
    </w:p>
    <w:p>
      <w:r>
        <w:br/>
        <w:t>Вона відповіла:</w:t>
      </w:r>
    </w:p>
    <w:p>
      <w:r>
        <w:br/>
        <w:t>— Ти сам?</w:t>
      </w:r>
    </w:p>
    <w:p>
      <w:r>
        <w:br/>
        <w:t>Вона увійшла як жінка, що бувала тут не раз. Опинившись у вітальні, вона впала на канапу і, затуливши обличчя руками, гірко розридалася.</w:t>
      </w:r>
    </w:p>
    <w:p>
      <w:r>
        <w:br/>
        <w:t>Він став коло неї навколішки, намагався відняти її руки від обличчя і зазирнути їй в очі.</w:t>
      </w:r>
    </w:p>
    <w:p>
      <w:r>
        <w:br/>
        <w:t>: — Ірено, Ірено, ну що з вами? — повторював він. — Скажіть мені, що сталося?</w:t>
      </w:r>
    </w:p>
    <w:p>
      <w:r>
        <w:br/>
        <w:t>Тоді вона проказала крізь сльози:</w:t>
      </w:r>
    </w:p>
    <w:p>
      <w:r>
        <w:br/>
        <w:t>— Я більше не можу жити так…</w:t>
      </w:r>
    </w:p>
    <w:p>
      <w:r>
        <w:br/>
        <w:t>Він не розумів.</w:t>
      </w:r>
    </w:p>
    <w:p>
      <w:r>
        <w:br/>
        <w:t>— /Кити так?.. Але як?</w:t>
      </w:r>
    </w:p>
    <w:p>
      <w:r>
        <w:br/>
        <w:t>— Так. Не можу я більше жити… у сббе… Ти не знаєш…</w:t>
      </w:r>
    </w:p>
    <w:p>
      <w:r>
        <w:br/>
        <w:t>я тобі не казала ніколи… Це жахливо… Я не можу більше… мені надто тяжко… Він мене щойно побив…</w:t>
      </w:r>
    </w:p>
    <w:p>
      <w:r>
        <w:br/>
        <w:t>— Хто, твій чоловік?</w:t>
      </w:r>
    </w:p>
    <w:p>
      <w:r>
        <w:br/>
        <w:t>— Так, мій чоловік.</w:t>
      </w:r>
    </w:p>
    <w:p>
      <w:r>
        <w:br/>
        <w:t>— А!</w:t>
      </w:r>
    </w:p>
    <w:p>
      <w:r>
        <w:br/>
        <w:t>Він дуже здивувався, бо ніколи не міг припустити, що її чоловік може бути такий брутальний. Адже він належав до вищого світу, ходив до аристократичних клубів, їзди" верхи, бував у театрі, займався фехтуванням; його всюди знали, цінували, про нього говорили, манери його були дуже галантні, розум дуже обмежений, освіченості і природних здібностей йому бракувало, що й треба для того, щоб мислити, як усі інші виховані люди, і шанувати всі* великосвітські забобони.</w:t>
      </w:r>
    </w:p>
    <w:p>
      <w:r>
        <w:br/>
        <w:t>Здавалося, він ставився до своєї дружини саме так, як це і&gt; належить у середовищі багатих і родовитих. Він доволі цікавився ЇГ бажаннями, здоров’ям, ту алетами і давав їй, властиво, цілковиту волю.</w:t>
      </w:r>
    </w:p>
    <w:p>
      <w:r>
        <w:br/>
        <w:t>Відколи Рандаль став приятелем Ерени, він дістав право на щирий потиск руки, яким усякий обачний чоловік обмінюється з приятелями дружини. Але коли Жак, побувши-вже якийсь час приятелем, зробився коханцем, його стосунки з чоловіком, як і годиться, стали ще ближчими.</w:t>
      </w:r>
    </w:p>
    <w:p>
      <w:r>
        <w:br/>
        <w:t>Ніколи Рандаль не бачив бур у цій сім’ї, бо навіть і гадки про них не мав, і от тепер розгубився перед таким раптовим відкриттям.</w:t>
      </w:r>
    </w:p>
    <w:p>
      <w:r>
        <w:br/>
        <w:t>Він спитав:</w:t>
      </w:r>
    </w:p>
    <w:p>
      <w:r>
        <w:br/>
        <w:t>— Але як же це сталося?</w:t>
      </w:r>
    </w:p>
    <w:p>
      <w:r>
        <w:br/>
        <w:t>І тоді вона розповіла довгу історію, історію всього свого подружнього життя, починаючи з дня весілля. Перша сварка через дурницю, потім незгода з будь-якої причини, що зростала з кожним днем через несхожість характерів.</w:t>
      </w:r>
    </w:p>
    <w:p>
      <w:r>
        <w:br/>
        <w:t>Чимдалі пішло гірше, і нарешті настав повний розрив, зовні непомітний, але безповоротний. Чоловік став дратівливим, похмурим, брутальним. А тепер обернувся в ревнивця: він ревнував її до Жака і сьогодні після бурхливої сцени побив її. Вона рішуче додала:</w:t>
      </w:r>
    </w:p>
    <w:p>
      <w:r>
        <w:br/>
        <w:t>— Більше ноги моєї у нього не буде. Роби зі мною, що хочеш!</w:t>
      </w:r>
    </w:p>
    <w:p>
      <w:r>
        <w:br/>
        <w:t>Жак сів проти неї, торкаючись коліньми її колін, і взяв її за руку:</w:t>
      </w:r>
    </w:p>
    <w:p>
      <w:r>
        <w:br/>
        <w:t>— Серце моє, ви робите величезну і непоправну помилку. Якщо ви хочете покинути свого чоловіка, зробіть так,</w:t>
      </w:r>
    </w:p>
    <w:p>
      <w:r>
        <w:br/>
        <w:t>щоб вина в цьому лягала на нього, щоб не потерпіла ваша репутація бездоганної світської жінки.</w:t>
      </w:r>
    </w:p>
    <w:p>
      <w:r>
        <w:br/>
        <w:t>Кинувши на нього збентежений погляд, вона спитала:</w:t>
      </w:r>
    </w:p>
    <w:p>
      <w:r>
        <w:br/>
        <w:t>— То що ж ти мені радиш?</w:t>
      </w:r>
    </w:p>
    <w:p>
      <w:r>
        <w:br/>
        <w:t>— Вернутися додому і зносити це життя доти, доки ви не зможете розійтися або домогтися розлучення, зберігши ваше добрЬ ім’я.</w:t>
      </w:r>
    </w:p>
    <w:p>
      <w:r>
        <w:br/>
        <w:t>— Хіба це трохи не підло, те, що ви мені радите?</w:t>
      </w:r>
    </w:p>
    <w:p>
      <w:r>
        <w:br/>
        <w:t>— Ні, це розважливо й обачно. У вас високе становище у світі, вам необхідно зробити все, щоб не втратити доброго імені, друзів, — І зглянутися на родичів. Цього аж ніяк не слід забувати, а тим паче не можна отак зопалу поривати з усім.</w:t>
      </w:r>
    </w:p>
    <w:p>
      <w:r>
        <w:br/>
        <w:t>Вона звелася роздратована:</w:t>
      </w:r>
    </w:p>
    <w:p>
      <w:r>
        <w:br/>
        <w:t>— Таж ні, я більше не можу, кінець, кінець, усьому кінець!</w:t>
      </w:r>
    </w:p>
    <w:p>
      <w:r>
        <w:br/>
        <w:t>* Нараз, поклавши руки на плечі коханця і дивлячися йому в очі, спитала:</w:t>
      </w:r>
    </w:p>
    <w:p>
      <w:r>
        <w:br/>
        <w:t>— Ти мене любиш?</w:t>
      </w:r>
    </w:p>
    <w:p>
      <w:r>
        <w:br/>
        <w:t>— Так.</w:t>
      </w:r>
    </w:p>
    <w:p>
      <w:r>
        <w:br/>
        <w:t>— Правда?</w:t>
      </w:r>
    </w:p>
    <w:p>
      <w:r>
        <w:br/>
        <w:t>— Так…</w:t>
      </w:r>
    </w:p>
    <w:p>
      <w:r>
        <w:br/>
        <w:t>— Тоді залиш мене в себе.</w:t>
      </w:r>
    </w:p>
    <w:p>
      <w:r>
        <w:br/>
        <w:t>Він вигукнув:</w:t>
      </w:r>
    </w:p>
    <w:p>
      <w:r>
        <w:br/>
        <w:t>— Залишити тебе в мене? Тут? Та ти з глузду з’їхала! Це ж все одно, що втратити тебе навік! Втратити безповоротно! Ти божевільна!</w:t>
      </w:r>
    </w:p>
    <w:p>
      <w:r>
        <w:br/>
        <w:t>Вона заговорила поволі і з гідністю, як жінка, що усвідомлює вагу своїх слів:</w:t>
      </w:r>
    </w:p>
    <w:p>
      <w:r>
        <w:br/>
        <w:t>— Послухайте, Жаку. Він заборонив мені *бачитиея з вами, і я не збираюся далі грати цю комедію і приходити де вас щипком. Вам доведеться або втратити мене, або ж узяти до себе.</w:t>
      </w:r>
    </w:p>
    <w:p>
      <w:r>
        <w:br/>
        <w:t>— Люба моя Ірено, в такому разі добийтеся розлучення, і я одружуся з вами.</w:t>
      </w:r>
    </w:p>
    <w:p>
      <w:r>
        <w:br/>
        <w:t>— Так, одружитеся зі мною… років через два, а то й пізніше. Що й казати, ваша любов доволі терпляча.</w:t>
      </w:r>
    </w:p>
    <w:p>
      <w:r>
        <w:br/>
        <w:t>— Але ж зважте самі. Якщо ви залишитеся тут, він вавтра ж верне вас до себе, бо він ваш чоловік, і на його боці закон.</w:t>
      </w:r>
    </w:p>
    <w:p>
      <w:r>
        <w:br/>
        <w:t>— Я не просила вас, Жаку, залишати мене неодмінно тут, я думала, що ви мене куди-небудь повезете. Мені здавалося, що ви мене для цього достатньо любите. Виходить, я помилилася. Прощавайте!</w:t>
      </w:r>
    </w:p>
    <w:p>
      <w:r>
        <w:br/>
        <w:t>Вона повернулася і пішла до дверей так швидко, що він ледве встиг перейнятщ її вже при виході з вітальні.</w:t>
      </w:r>
    </w:p>
    <w:p>
      <w:r>
        <w:br/>
        <w:t>— Зачекайте, Ірено…</w:t>
      </w:r>
    </w:p>
    <w:p>
      <w:r>
        <w:br/>
        <w:t>Вона пручалася, не бажаючи більше нічого чути, із слізьми на очах і приказуючи:</w:t>
      </w:r>
    </w:p>
    <w:p>
      <w:r>
        <w:br/>
        <w:t>— Пустіть мене… Пустіть… Пустіть…</w:t>
      </w:r>
    </w:p>
    <w:p>
      <w:r>
        <w:br/>
        <w:t>Він силоміць посадовив її і знову став коло неї навколішки. Він наводив усілякі докази й давав поради, намагаючись довести, який безглуздий та небезпечний її намір. Він не забув нічого, що треба було сказати, аби умовити її, самою ніжністю своєю прагнув її переконати.</w:t>
      </w:r>
    </w:p>
    <w:p>
      <w:r>
        <w:br/>
        <w:t>А що вона холодно мовчала, він просив, благав вислухати його, повірити йому, зробити так, як він радить.</w:t>
      </w:r>
    </w:p>
    <w:p>
      <w:r>
        <w:br/>
        <w:t>Коли він скінчив, вона сказала:</w:t>
      </w:r>
    </w:p>
    <w:p>
      <w:r>
        <w:br/>
        <w:t>— Чи ви маєте намір відпустити мене тепер? Пустіть мене, я хочу піти.</w:t>
      </w:r>
    </w:p>
    <w:p>
      <w:r>
        <w:br/>
        <w:t>— Заждіть, Ірено!</w:t>
      </w:r>
    </w:p>
    <w:p>
      <w:r>
        <w:br/>
        <w:t>— Пустіть мене!</w:t>
      </w:r>
    </w:p>
    <w:p>
      <w:r>
        <w:br/>
        <w:t>— Ірено… ви вирішили остаточно?</w:t>
      </w:r>
    </w:p>
    <w:p>
      <w:r>
        <w:br/>
        <w:t>— Пустіть мене!</w:t>
      </w:r>
    </w:p>
    <w:p>
      <w:r>
        <w:br/>
        <w:t>— Скажіть мені тільки, чи ваше рішення, ваш божевільний намір, про який ви ще гірко пошкодуєте, — остаточний?</w:t>
      </w:r>
    </w:p>
    <w:p>
      <w:r>
        <w:br/>
        <w:t>— Так… Пустіть!</w:t>
      </w:r>
    </w:p>
    <w:p>
      <w:r>
        <w:br/>
        <w:t>— Тоді залишайся. Ти добре знаєш, що тут ти вдома. Завтра вранці ми поїдемо.</w:t>
      </w:r>
    </w:p>
    <w:p>
      <w:r>
        <w:br/>
        <w:t>Вона підвелася, незважаючи на його слова, і сухо проказала:</w:t>
      </w:r>
    </w:p>
    <w:p>
      <w:r>
        <w:br/>
        <w:t>— Ні. Надто пізно. Я не хочу жертв, мені не потрібні подвиги самозречення.</w:t>
      </w:r>
    </w:p>
    <w:p>
      <w:r>
        <w:br/>
        <w:t>— Залишайся. Я зробив усе, що мусив зробити, і сказав, що треба було сказати. На мені більше не лежить відповідальності за тебе: моє сумління спокійне. Кажи, чого ти хочеш, і я послухаюся.</w:t>
      </w:r>
    </w:p>
    <w:p>
      <w:r>
        <w:br/>
        <w:t>Вона знов сіла, якийсь час мовчки дивилася на нього, потім спокійно сказала:</w:t>
      </w:r>
    </w:p>
    <w:p>
      <w:r>
        <w:br/>
        <w:t>— Тоді поясни.</w:t>
      </w:r>
    </w:p>
    <w:p>
      <w:r>
        <w:br/>
        <w:t>— Що тобі пояснити?.</w:t>
      </w:r>
    </w:p>
    <w:p>
      <w:r>
        <w:br/>
        <w:t>— Все… все, що ти передумав, перш ніж отак змінити своє рішення. Тоді я знатиму, що робити далі.</w:t>
      </w:r>
    </w:p>
    <w:p>
      <w:r>
        <w:br/>
        <w:t>— Але я зовсім і не думав нічого. Я мусив тебе попередити, що ти збираєшся вчинити безглуздо. Ти наполягаєш — тоді я прошу своєї пайки цього безглуздя, навіть вимагаю її.</w:t>
      </w:r>
    </w:p>
    <w:p>
      <w:r>
        <w:br/>
        <w:t>— Щось не віриться, що ти так швидко передумав. Якось неприродно.</w:t>
      </w:r>
    </w:p>
    <w:p>
      <w:r>
        <w:br/>
        <w:t>— Послухай, моя люба, тут справа не в жертві і не в самозреченні. Того дня, коли я відчув, що покохав тебе, я сказав собі те, що повинні говорити всі закохані в такому випадкові. Чоловік, котрий любить жінку і прагне взаємності, котрий, врешті, домагається свого і бере її, тим самим вступає з нею в священну угоду. Це стосується, звичайно, такої жінки, як ви, а не жінки, чиє серце доступне всім. Одруження, що має великий суспільний сенс, велике правове значення, в моїх очах важить з морального погляду небагато, якщо взяти до уваги умови, за яких воно, як правило, відбувається.</w:t>
      </w:r>
    </w:p>
    <w:p>
      <w:r>
        <w:br/>
        <w:t>Отож, коли жінка, зв'язана цими законними узами, не любить свого чоловіка і не може його любити, коли вона зустрічає мужчину, що їй до вподоби, і віддається йому, і коли мужчина вільний і бере цю жінку, — я кажу, що вони єднаються у добровільну спілку, куди міцнішу, аніж та, що скріплена тихим "так", пошепки сказаним у присутності мера, оздобленого триколірним перев’язем.</w:t>
      </w:r>
    </w:p>
    <w:p>
      <w:r>
        <w:br/>
        <w:t>Я хочу сказати, що коли вони обоє люди порядні, то їхнє єднання мусить бути ще глибшим, ще міцнішим, чистішим, аніж якби воно було освячене всіма таїнствами світу.</w:t>
      </w:r>
    </w:p>
    <w:p>
      <w:r>
        <w:br/>
        <w:t>Така жінка ризикує всім. І саме тому, що вона це знає, що вона все віддає—серце своє, тіло, душу, честь, життя — саме тому, що вона заздалегідь готова до всіх можливих нещасть, небезпек, катастроф, саме тому, що вона зважилася на вчинок відчайдушний і сміливий, знехтувала всі перешкоди — і чоловіка, який її може вбити, і світ, що може її відштовхнути, — саме тому вона гідна шани у своїй подружній невірності; і тому її коханець теж мусить усе передбачити і цінувати її над усе, що б там не сталося. Мені йема чого додати. Спочатку я діяв, як людина обачна, що повинна була вас попередити, тепер у мені залишився тільки той, хто вас любить. Наказуйте!</w:t>
      </w:r>
    </w:p>
    <w:p>
      <w:r>
        <w:br/>
        <w:t>Сяючи від щастя, вона затулила йому вуста поцілунком і зовсім тихо промовила:</w:t>
      </w:r>
    </w:p>
    <w:p>
      <w:r>
        <w:br/>
        <w:t>— Це все неправда, любий, нічого не сталося, чоловік і гадки ні про що не має. Мені просто хотілося побачити, що ти робитимеш; і так кортіло дістати… новорічний подарунок… подарунок твого серця… крім іншого подарунка — сьогоднішнього кольє. А ти подарував мені його, — л я тобі за нього вдячна безмежно… Господи, яка я щаслива!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Новорічний подарунок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