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Новорічне привітання старого фермера до його старої кобили Меггі</w:t>
      </w:r>
    </w:p>
    <w:p>
      <w:r>
        <w:br/>
        <w:t xml:space="preserve"> Новорічне привітання</w:t>
      </w:r>
    </w:p>
    <w:p>
      <w:r>
        <w:br/>
        <w:t>старого фермера&lt;br /&gt;</w:t>
        <w:br/>
        <w:t>до його старої кобили Меггі&lt;br /&gt;</w:t>
        <w:br/>
        <w:t>(разом з новорічним подарунком —&lt;br /&gt;</w:t>
        <w:br/>
        <w:t>звичайною міркою вівса)</w:t>
      </w:r>
    </w:p>
    <w:p>
      <w:r>
        <w:br/>
        <w:t>Привіт! З новим, старенька, роком!&lt;br /&gt;</w:t>
        <w:br/>
        <w:t>Прийми цю торбу із оброком!&lt;br /&gt;</w:t>
        <w:br/>
        <w:t>Хоч немічна, з підсліпим оком,&lt;br /&gt;</w:t>
        <w:br/>
        <w:t>Але ж і ти&lt;br /&gt;</w:t>
        <w:br/>
        <w:t>Колись легким і гордим кроком&lt;br /&gt;</w:t>
        <w:br/>
        <w:t>Уміла йти.</w:t>
      </w:r>
    </w:p>
    <w:p>
      <w:r>
        <w:br/>
        <w:t>Тепер ти ходиш спрокволa:&lt;br /&gt;</w:t>
        <w:br/>
        <w:t>Вся біла, а колись була&lt;br /&gt;</w:t>
        <w:br/>
        <w:t>У яблуках, немов із скла,&lt;br /&gt;</w:t>
        <w:br/>
        <w:t>Гаряча, люта —&lt;br /&gt;</w:t>
        <w:br/>
        <w:t>Та й хлопець той, що ти несла,&lt;br /&gt;</w:t>
        <w:br/>
        <w:t>Був не плохута.</w:t>
      </w:r>
    </w:p>
    <w:p>
      <w:r>
        <w:br/>
        <w:t>Була ти славна кобилиця —&lt;br /&gt;</w:t>
        <w:br/>
        <w:t>Міцна, струнка — не надивиться!&lt;br /&gt;</w:t>
        <w:br/>
        <w:t>I як тобою не хвалиться,&lt;br /&gt;</w:t>
        <w:br/>
        <w:t>Як не згадать,&lt;br /&gt;</w:t>
        <w:br/>
        <w:t>Що ти рови могла, як птиця,&lt;br /&gt;</w:t>
        <w:br/>
        <w:t>Перелітать!</w:t>
      </w:r>
    </w:p>
    <w:p>
      <w:r>
        <w:br/>
        <w:t>Літ тридцять буде, як привів&lt;br /&gt;</w:t>
        <w:br/>
        <w:t>Тебе від батька я в цей хлів;&lt;br /&gt;</w:t>
        <w:br/>
        <w:t>Дістав я й кілька срібняків —&lt;br /&gt;</w:t>
        <w:br/>
        <w:t>Хоч не багато,&lt;br /&gt;</w:t>
        <w:br/>
        <w:t>Але їх чесно заробив&lt;br /&gt;</w:t>
        <w:br/>
        <w:t>Небіжчик-тато.</w:t>
      </w:r>
    </w:p>
    <w:p>
      <w:r>
        <w:br/>
        <w:t>Коли я їхав сватать Дженні,&lt;br /&gt;</w:t>
        <w:br/>
        <w:t>Ти дріботіла біля нені.&lt;br /&gt;</w:t>
        <w:br/>
        <w:t>Хоч, може, й бачила в ячмені&lt;br /&gt;</w:t>
        <w:br/>
        <w:t>Сліди малі,&lt;br /&gt;</w:t>
        <w:br/>
        <w:t>Та всі ті витівки шалені&lt;br /&gt;</w:t>
        <w:br/>
        <w:t>Були не злі.</w:t>
      </w:r>
    </w:p>
    <w:p>
      <w:r>
        <w:br/>
        <w:t>А як ти грала на ходу,&lt;br /&gt;</w:t>
        <w:br/>
        <w:t>Додому нісши молоду!&lt;br /&gt;</w:t>
        <w:br/>
        <w:t>Яка невинність на виду&lt;br /&gt;</w:t>
        <w:br/>
        <w:t>У Дженні сяла!&lt;br /&gt;</w:t>
        <w:br/>
        <w:t>Не знав я пари, що в ряду&lt;br /&gt;</w:t>
        <w:br/>
        <w:t>Із вами б стала.</w:t>
      </w:r>
    </w:p>
    <w:p>
      <w:r>
        <w:br/>
        <w:t>Хоч ти крива, без ладу й складу,&lt;br /&gt;</w:t>
        <w:br/>
        <w:t>Хоч я на тебе вже чи й сяду,&lt;br /&gt;</w:t>
        <w:br/>
        <w:t>Але тоді, лиш дай понаду,&lt;br /&gt;</w:t>
        <w:br/>
        <w:t>На повний хід&lt;br /&gt;</w:t>
        <w:br/>
        <w:t>Ти йшла, лишаючи позаду&lt;br /&gt;</w:t>
        <w:br/>
        <w:t>Усіх сусід.</w:t>
      </w:r>
    </w:p>
    <w:p>
      <w:r>
        <w:br/>
        <w:t>За молодих веселих літ,&lt;br /&gt;</w:t>
        <w:br/>
        <w:t>Як западав тобі живіт&lt;br /&gt;</w:t>
        <w:br/>
        <w:t>У постоялому, з воріт&lt;br /&gt;</w:t>
        <w:br/>
        <w:t>Ти так летіла,&lt;br /&gt;</w:t>
        <w:br/>
        <w:t>Що нам юрба кричала вслід&lt;br /&gt;</w:t>
        <w:br/>
        <w:t>Оторопіла.</w:t>
      </w:r>
    </w:p>
    <w:p>
      <w:r>
        <w:br/>
        <w:t>Як од'їсишся ти, бувало,&lt;br /&gt;</w:t>
        <w:br/>
        <w:t>А я ще й вип'ю мало-мало,&lt;br /&gt;</w:t>
        <w:br/>
        <w:t>Тоді на гонках так зухвало&lt;br /&gt;</w:t>
        <w:br/>
        <w:t>Ти мчала, аж&lt;br /&gt;</w:t>
        <w:br/>
        <w:t>Все серед пилу пропадало —&lt;br /&gt;</w:t>
        <w:br/>
        <w:t>I приз був наш.</w:t>
      </w:r>
    </w:p>
    <w:p>
      <w:r>
        <w:br/>
        <w:t>Мисливські шустрі скакунці&lt;br /&gt;</w:t>
        <w:br/>
        <w:t>З тобою збігли б на луці;&lt;br /&gt;</w:t>
        <w:br/>
        <w:t>А в довшім гоні — навіть ці&lt;br /&gt;</w:t>
        <w:br/>
        <w:t>Просили впину,&lt;br /&gt;</w:t>
        <w:br/>
        <w:t>Хоч мав для тебе я в руці&lt;br /&gt;</w:t>
        <w:br/>
        <w:t>Лише лозину.</w:t>
      </w:r>
    </w:p>
    <w:p>
      <w:r>
        <w:br/>
        <w:t>У плузі ранньою весною&lt;br /&gt;</w:t>
        <w:br/>
        <w:t>Ти йшла звичайно під рукою.&lt;br /&gt;</w:t>
        <w:br/>
        <w:t>Як любо нам було з тобою!&lt;br /&gt;</w:t>
        <w:br/>
        <w:t>В погожий час&lt;br /&gt;</w:t>
        <w:br/>
        <w:t>Свою загінку я й подвою,&lt;br /&gt;</w:t>
        <w:br/>
        <w:t>Було, не раз.</w:t>
      </w:r>
    </w:p>
    <w:p>
      <w:r>
        <w:br/>
        <w:t>Ти не збивалася з ходи,&lt;br /&gt;</w:t>
        <w:br/>
        <w:t>Лиш хвіст мелькав сюди-туди,&lt;br /&gt;</w:t>
        <w:br/>
        <w:t>Без ліку купини й груди,&lt;br /&gt;</w:t>
        <w:br/>
        <w:t>Де корінь сплівся,&lt;br /&gt;</w:t>
        <w:br/>
        <w:t>Улігши в шлею, вергла ти —&lt;br /&gt;</w:t>
        <w:br/>
        <w:t>Аж діл трусився.</w:t>
      </w:r>
    </w:p>
    <w:p>
      <w:r>
        <w:br/>
        <w:t>У зиму довгу і сувору,&lt;br /&gt;</w:t>
        <w:br/>
        <w:t>Як плуг барився серед двору,&lt;br /&gt;</w:t>
        <w:br/>
        <w:t>Тобі в корець я сипав гору&lt;br /&gt;</w:t>
        <w:br/>
        <w:t>Вівса щедріш,&lt;br /&gt;</w:t>
        <w:br/>
        <w:t>Бо добре знав, що в літню пору&lt;br /&gt;</w:t>
        <w:br/>
        <w:t>Ти не заспиш.</w:t>
      </w:r>
    </w:p>
    <w:p>
      <w:r>
        <w:br/>
        <w:t>Ти не спинялась у візку&lt;br /&gt;</w:t>
        <w:br/>
        <w:t>I кручу брала будь-яку,-&lt;br /&gt;</w:t>
        <w:br/>
        <w:t>Та не притьмом, не нашвидку,&lt;br /&gt;</w:t>
        <w:br/>
        <w:t>Щоб стати згодом:&lt;br /&gt;</w:t>
        <w:br/>
        <w:t>Везла поклажу та й важку&lt;br /&gt;</w:t>
        <w:br/>
        <w:t>Помірним ходом.</w:t>
      </w:r>
    </w:p>
    <w:p>
      <w:r>
        <w:br/>
        <w:t>Четвірку цю, що запрягаю&lt;br /&gt;</w:t>
        <w:br/>
        <w:t>У плуга, я від тебе маю;&lt;br /&gt;</w:t>
        <w:br/>
        <w:t>Та ще продав я цілу зграю&lt;br /&gt;</w:t>
        <w:br/>
        <w:t>Дітей твоїх.&lt;br /&gt;</w:t>
        <w:br/>
        <w:t>Тринадцять фунтів, пам'ятаю,&lt;br /&gt;</w:t>
        <w:br/>
        <w:t>Я взяв за них.</w:t>
      </w:r>
    </w:p>
    <w:p>
      <w:r>
        <w:br/>
        <w:t>Тяжка нам випала судьба:&lt;br /&gt;</w:t>
        <w:br/>
        <w:t>Щоденна праця й боротьба.&lt;br /&gt;</w:t>
        <w:br/>
        <w:t>Бувало, ледве вже слаба&lt;br /&gt;</w:t>
        <w:br/>
        <w:t>Посеред змроку&lt;br /&gt;</w:t>
        <w:br/>
        <w:t>Надія жевріла... Та ба —&lt;br /&gt;</w:t>
        <w:br/>
        <w:t>Живем, нівроку!</w:t>
      </w:r>
    </w:p>
    <w:p>
      <w:r>
        <w:br/>
        <w:t>Не думай тільки, що старою&lt;br /&gt;</w:t>
        <w:br/>
        <w:t>Захлянеш ти на купі гною!&lt;br /&gt;</w:t>
        <w:br/>
        <w:t>О ні! За тебе я застою —&lt;br /&gt;</w:t>
        <w:br/>
        <w:t>I до кінця&lt;br /&gt;</w:t>
        <w:br/>
        <w:t>Я насипатиму з горою&lt;br /&gt;</w:t>
        <w:br/>
        <w:t>Тобі корця.</w:t>
      </w:r>
    </w:p>
    <w:p>
      <w:r>
        <w:br/>
        <w:t>Ми все ділили пополам.&lt;br /&gt;</w:t>
        <w:br/>
        <w:t>Удвох прийшлося й старіть нам!&lt;br /&gt;</w:t>
        <w:br/>
        <w:t>Ну що ж, припну тебе я сам&lt;br /&gt;</w:t>
        <w:br/>
        <w:t>До скирти жита,&lt;br /&gt;</w:t>
        <w:br/>
        <w:t>Щоб ти спокійно склала там&lt;br /&gt;</w:t>
        <w:br/>
        <w:t>Старі копита.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Новорічне привітання старого фермера до його старої кобили Меггі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