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Новобранчик</w:t>
      </w:r>
    </w:p>
    <w:p>
      <w:r>
        <w:br/>
        <w:t xml:space="preserve"> Костю Горбалеві на поклін, аби згадував 2-го німецького просимця 1852 року, коли мене обстригли.</w:t>
      </w:r>
    </w:p>
    <w:p>
      <w:r>
        <w:br/>
        <w:t>П р о л о г&lt;br /&gt;</w:t>
        <w:br/>
        <w:t>Братику мій, не цурайся&lt;br /&gt;</w:t>
        <w:br/>
        <w:t>Хоть ти оден цего бранця;&lt;br /&gt;</w:t>
        <w:br/>
        <w:t>Не цурайся єго сліз,&lt;br /&gt;</w:t>
        <w:br/>
        <w:t>Що в поклоні ти приніс.&lt;br /&gt;</w:t>
        <w:br/>
        <w:t>Бо го люди на кеп від себе прогоня, —&lt;br /&gt;</w:t>
        <w:br/>
        <w:t>Ніби коли в латтю, то він вже не їх, —&lt;br /&gt;</w:t>
        <w:br/>
        <w:t>Де кури не піють, де дзвони не дзвоня:&lt;br /&gt;</w:t>
        <w:br/>
        <w:t>— От там ти — та там ти! — справляють на сміх. —&lt;br /&gt;</w:t>
        <w:br/>
        <w:t>В нас хліб не вродився, нічо не зібрали, —&lt;br /&gt;</w:t>
        <w:br/>
        <w:t>Так люди до його, та й замкнуться в кліть.&lt;br /&gt;</w:t>
        <w:br/>
        <w:t>Бодай ви святого таки не діждали,&lt;br /&gt;</w:t>
        <w:br/>
        <w:t>Коли співакові кавалка вже ніт!&lt;br /&gt;</w:t>
        <w:br/>
        <w:t>Або ж го, люди, задармо в вас хочу?&lt;br /&gt;</w:t>
        <w:br/>
        <w:t>Я буду співати, му серце топить,&lt;br /&gt;</w:t>
        <w:br/>
        <w:t>Я буду робити, аж вилізуть очі,&lt;br /&gt;</w:t>
        <w:br/>
        <w:t>Лиш дайте прожити, між вами прожить,&lt;br /&gt;</w:t>
        <w:br/>
        <w:t>Гарненько-мирненько, як в вас то живеться,&lt;br /&gt;</w:t>
        <w:br/>
        <w:t>Де пречиста божа за столом сидить,&lt;br /&gt;</w:t>
        <w:br/>
        <w:t>За тисовим столом із вами посполом.&lt;br /&gt;</w:t>
        <w:br/>
        <w:t>Ох браття-панове! аж серце ся б'єть,&lt;br /&gt;</w:t>
        <w:br/>
        <w:t>Аж душечка в мені крильми собі збила —&lt;br /&gt;</w:t>
        <w:br/>
        <w:t>Зриват ся летіти, залізячко — дзур! —&lt;br /&gt;</w:t>
        <w:br/>
        <w:t>Богдан ворогам ти, не нам ти дзвеніло!&lt;br /&gt;</w:t>
        <w:br/>
        <w:t>Співав бих — так годі, ведуть в калавур...&lt;br /&gt;</w:t>
        <w:br/>
        <w:t>А другий раз не му вже вас&lt;br /&gt;</w:t>
        <w:br/>
        <w:t>Морочить в сім ділі:&lt;br /&gt;</w:t>
        <w:br/>
        <w:t>Коли німці не застріля —&lt;br /&gt;</w:t>
        <w:br/>
        <w:t>Самий ся застрілю...&lt;br /&gt;</w:t>
        <w:br/>
        <w:t>__________________________</w:t>
      </w:r>
    </w:p>
    <w:p>
      <w:r>
        <w:br/>
        <w:t>Темна нічка, невидненька,&lt;br /&gt;</w:t>
        <w:br/>
        <w:t>Сидить вдова старесенька.&lt;br /&gt;</w:t>
        <w:br/>
        <w:t>Сидить вдова коло стола,&lt;br /&gt;</w:t>
        <w:br/>
        <w:t>Тяжко, важко плаче,&lt;br /&gt;</w:t>
        <w:br/>
        <w:t>За дрібними слізоньками&lt;br /&gt;</w:t>
        <w:br/>
        <w:t>Світонька не бачить.&lt;br /&gt;</w:t>
        <w:br/>
        <w:t>— Синку ти мій, щирість моя!&lt;br /&gt;</w:t>
        <w:br/>
        <w:t>Серденько вже знає,&lt;br /&gt;</w:t>
        <w:br/>
        <w:t>Що я тебе послідній раз&lt;br /&gt;</w:t>
        <w:br/>
        <w:t>Оце виряджаю, —&lt;br /&gt;</w:t>
        <w:br/>
        <w:t>Послідній раз, мій синочку!&lt;br /&gt;</w:t>
        <w:br/>
        <w:t>Не своя дитина —&lt;br /&gt;</w:t>
        <w:br/>
        <w:t>Не ти мене ховатимеш,&lt;br /&gt;</w:t>
        <w:br/>
        <w:t>Як з голоду згину,&lt;br /&gt;</w:t>
        <w:br/>
        <w:t>Не ти, синку, ох, ні, не ти! —&lt;br /&gt;</w:t>
        <w:br/>
        <w:t>Та й лиш повалилась&lt;br /&gt;</w:t>
        <w:br/>
        <w:t>Кінець стола тисового.</w:t>
      </w:r>
    </w:p>
    <w:p>
      <w:r>
        <w:br/>
        <w:t>А дочка Малана&lt;br /&gt;</w:t>
        <w:br/>
        <w:t>Сидить собі у запічку, —&lt;br /&gt;</w:t>
        <w:br/>
        <w:t>Отак сидить цілу нічку.&lt;br /&gt;</w:t>
        <w:br/>
        <w:t>Білі ручки не ламала&lt;br /&gt;</w:t>
        <w:br/>
        <w:t>Ані голосила,&lt;br /&gt;</w:t>
        <w:br/>
        <w:t>Лиш у стіну до протесу&lt;br /&gt;</w:t>
        <w:br/>
        <w:t>Головоньку била.</w:t>
      </w:r>
    </w:p>
    <w:p>
      <w:r>
        <w:br/>
        <w:t>— А за ким-то, співаченьку? —&lt;br /&gt;</w:t>
        <w:br/>
        <w:t>Мене мня питати.&lt;br /&gt;</w:t>
        <w:br/>
        <w:t>— Нема го тут: от що вийшов&lt;br /&gt;</w:t>
        <w:br/>
        <w:t>На подвір'я з хати.&lt;br /&gt;</w:t>
        <w:br/>
        <w:t>Потикнувся, сів на приспі,&lt;br /&gt;</w:t>
        <w:br/>
        <w:t>На ручки склонився&lt;br /&gt;</w:t>
        <w:br/>
        <w:t>Та й дрібними слізоньками,&lt;br /&gt;</w:t>
        <w:br/>
        <w:t>Гей водов, умився...</w:t>
      </w:r>
    </w:p>
    <w:p>
      <w:r>
        <w:br/>
        <w:t>Мийся, брате молоденький,&lt;br /&gt;</w:t>
        <w:br/>
        <w:t>Най ти жаль не буде,&lt;br /&gt;</w:t>
        <w:br/>
        <w:t>Що-сь ся доста не наплакав, —&lt;br /&gt;</w:t>
        <w:br/>
        <w:t>Бо німецькі люде&lt;br /&gt;</w:t>
        <w:br/>
        <w:t>Не дають нам заплакати&lt;br /&gt;</w:t>
        <w:br/>
        <w:t>Ні заголосити, —&lt;br /&gt;</w:t>
        <w:br/>
        <w:t>Браття мої, руські мої,&lt;br /&gt;</w:t>
        <w:br/>
        <w:t>Чо нам в світі жити!</w:t>
      </w:r>
    </w:p>
    <w:p>
      <w:r>
        <w:br/>
        <w:t>Чого нам тривати, панове молодці,&lt;br /&gt;</w:t>
        <w:br/>
        <w:t>Коли наша воля в поганих руках!?&lt;br /&gt;</w:t>
        <w:br/>
        <w:t>Ведуть нас під міру у мокрій сорочці,&lt;br /&gt;</w:t>
        <w:br/>
        <w:t>В кровавій пускають по десять роках,&lt;br /&gt;</w:t>
        <w:br/>
        <w:t>По десять найкращих, — пожаль же ся боже! —&lt;br /&gt;</w:t>
        <w:br/>
        <w:t>Заплакав бих, браття, та сліз уже ніт.&lt;br /&gt;</w:t>
        <w:br/>
        <w:t>За тими роками, гадаєте, може,&lt;br /&gt;</w:t>
        <w:br/>
        <w:t>Бих плакав, що всохли, як маковий цвіт?&lt;br /&gt;</w:t>
        <w:br/>
        <w:t>Ні, браття, що впало — навіки пропало:&lt;br /&gt;</w:t>
        <w:br/>
        <w:t>Абих ціле стадо цісарське всідлав —&lt;br /&gt;</w:t>
        <w:br/>
        <w:t>Уже не здогоню; та й нащо б ся здало?&lt;br /&gt;</w:t>
        <w:br/>
        <w:t>Ци я вже не доста в сих десять страдав?&lt;br /&gt;</w:t>
        <w:br/>
        <w:t>Ні, браття-молодці, про їх не заплачу;&lt;br /&gt;</w:t>
        <w:br/>
        <w:t>Про вас я заплачу, про руський талан&lt;br /&gt;</w:t>
        <w:br/>
        <w:t>Та руську волю, ту рідну, козачу...&lt;br /&gt;</w:t>
        <w:br/>
        <w:t>Заплачмо, панове, най трісне кайдан!</w:t>
      </w:r>
    </w:p>
    <w:p>
      <w:r>
        <w:br/>
        <w:t>А доки тріс — богдай му біс! —&lt;br /&gt;</w:t>
        <w:br/>
        <w:t>Ходімо до хати&lt;br /&gt;</w:t>
        <w:br/>
        <w:t>Подивитись, що там робить&lt;br /&gt;</w:t>
        <w:br/>
        <w:t>Стара темна мати...&lt;br /&gt;</w:t>
        <w:br/>
        <w:t>— Не нуждуйся, моя доню.&lt;br /&gt;</w:t>
        <w:br/>
        <w:t>Моє ти коханє, —&lt;br /&gt;</w:t>
        <w:br/>
        <w:t>Готов твому братчикові&lt;br /&gt;</w:t>
        <w:br/>
        <w:t>Ранішнє сніданє.&lt;br /&gt;</w:t>
        <w:br/>
        <w:t>Зготов добре сніданєчко&lt;br /&gt;</w:t>
        <w:br/>
        <w:t>Братчикові свому.&lt;br /&gt;</w:t>
        <w:br/>
        <w:t>Або хочеш, аби пішов&lt;br /&gt;</w:t>
        <w:br/>
        <w:t>Не снідавши з дому?&lt;br /&gt;</w:t>
        <w:br/>
        <w:t>Ох, буде він, синку, доста&lt;br /&gt;</w:t>
        <w:br/>
        <w:t>Голодом ще мліти,&lt;br /&gt;</w:t>
        <w:br/>
        <w:t>Та й ти будеш, та й я буду...&lt;br /&gt;</w:t>
        <w:br/>
        <w:t>Діти ж мої, діти,&lt;br /&gt;</w:t>
        <w:br/>
        <w:t>Нащо я вас, таких бідних,&lt;br /&gt;</w:t>
        <w:br/>
        <w:t>На світ породила?&lt;br /&gt;</w:t>
        <w:br/>
        <w:t>Якби знала — до схід сонця&lt;br /&gt;</w:t>
        <w:br/>
        <w:t>Була б утопила,&lt;br /&gt;</w:t>
        <w:br/>
        <w:t>Абих була не бачила,&lt;br /&gt;</w:t>
        <w:br/>
        <w:t>Як нині вас бачу!&lt;br /&gt;</w:t>
        <w:br/>
        <w:t>Не плач, доню, хоч ти уже,&lt;br /&gt;</w:t>
        <w:br/>
        <w:t>Най я сама плачу,&lt;br /&gt;</w:t>
        <w:br/>
        <w:t>Най виплачу моє серце,&lt;br /&gt;</w:t>
        <w:br/>
        <w:t>Мої темні очі, —&lt;br /&gt;</w:t>
        <w:br/>
        <w:t>Най виплачу, доню моя,&lt;br /&gt;</w:t>
        <w:br/>
        <w:t>Чей, борше загину!&lt;br /&gt;</w:t>
        <w:br/>
        <w:t>А хто ж мені вималює&lt;br /&gt;</w:t>
        <w:br/>
        <w:t>Красну домовину?&lt;br /&gt;</w:t>
        <w:br/>
        <w:t>Уже не він... Мій синочку!..&lt;br /&gt;</w:t>
        <w:br/>
        <w:t>Чужі-чужениці&lt;br /&gt;</w:t>
        <w:br/>
        <w:t>Тесатимуть домовину&lt;br /&gt;</w:t>
        <w:br/>
        <w:t>Бідній одовиці.</w:t>
      </w:r>
    </w:p>
    <w:p>
      <w:r>
        <w:br/>
        <w:t>Отак собі, гейби крізь сон,&lt;br /&gt;</w:t>
        <w:br/>
        <w:t>Одова проводить,&lt;br /&gt;</w:t>
        <w:br/>
        <w:t>А донечка на ватерці&lt;br /&gt;</w:t>
        <w:br/>
        <w:t>Снідання готовить.&lt;br /&gt;</w:t>
        <w:br/>
        <w:t>Заплакали всі зіроньки,&lt;br /&gt;</w:t>
        <w:br/>
        <w:t>Зарули всі півні, —&lt;br /&gt;</w:t>
        <w:br/>
        <w:t>Сніданнячко вже готове...&lt;br /&gt;</w:t>
        <w:br/>
        <w:t>Німецька царівне,&lt;br /&gt;</w:t>
        <w:br/>
        <w:t>Ци снідала коли ти так&lt;br /&gt;</w:t>
        <w:br/>
        <w:t>Або твої діти?&lt;br /&gt;</w:t>
        <w:br/>
        <w:t>Ци буде й вам на слізоньках&lt;br /&gt;</w:t>
        <w:br/>
        <w:t>Снідання-сь варити?&lt;br /&gt;</w:t>
        <w:br/>
        <w:t>Щодня, щодня, — лиш не сестра, —&lt;br /&gt;</w:t>
        <w:br/>
        <w:t>Неволя... вельможна!..&lt;br /&gt;</w:t>
        <w:br/>
        <w:t>Співав бих ще, та боюся,&lt;br /&gt;</w:t>
        <w:br/>
        <w:t>Що, відай, не можна.&lt;br /&gt;</w:t>
        <w:br/>
        <w:t>Бо я правду лиш співаю&lt;br /&gt;</w:t>
        <w:br/>
        <w:t>Та й за правду гину,&lt;br /&gt;</w:t>
        <w:br/>
        <w:t>А ви правду не любите...&lt;br /&gt;</w:t>
        <w:br/>
        <w:t>Прощай же, княгине!</w:t>
      </w:r>
    </w:p>
    <w:p>
      <w:r>
        <w:br/>
        <w:t>Ходить братчик по дворові,&lt;br /&gt;</w:t>
        <w:br/>
        <w:t>Тяжко-важко плаче,&lt;br /&gt;</w:t>
        <w:br/>
        <w:t>Умиває слізоньками&lt;br /&gt;</w:t>
        <w:br/>
        <w:t>Личенько козаче.&lt;br /&gt;</w:t>
        <w:br/>
        <w:t>Умивайся, молоденький,&lt;br /&gt;</w:t>
        <w:br/>
        <w:t>Як лебідь на морі,&lt;br /&gt;</w:t>
        <w:br/>
        <w:t>Може, втопиш гарячими&lt;br /&gt;</w:t>
        <w:br/>
        <w:t>Красні наші гори,&lt;br /&gt;</w:t>
        <w:br/>
        <w:t>Аби на них не дивитись,&lt;br /&gt;</w:t>
        <w:br/>
        <w:t>Відразу забути.&lt;br /&gt;</w:t>
        <w:br/>
        <w:t>Зеленої смеречини&lt;br /&gt;</w:t>
        <w:br/>
        <w:t>У німця не буде, —&lt;br /&gt;</w:t>
        <w:br/>
        <w:t>Бо в німецькім, брате, краю&lt;br /&gt;</w:t>
        <w:br/>
        <w:t>Росте лиш ліщина:&lt;br /&gt;</w:t>
        <w:br/>
        <w:t>Не одному біле тіло,&lt;br /&gt;</w:t>
        <w:br/>
        <w:t>Гей заполоч, сине;&lt;br /&gt;</w:t>
        <w:br/>
        <w:t>Не одні козачі плечі&lt;br /&gt;</w:t>
        <w:br/>
        <w:t>Як ножем би скраїв, —&lt;br /&gt;</w:t>
        <w:br/>
        <w:t>А найдужче тих легінів,&lt;br /&gt;</w:t>
        <w:br/>
        <w:t>Клятих тих гільтяїв,&lt;br /&gt;</w:t>
        <w:br/>
        <w:t>Що не хочуть "панувати"&lt;br /&gt;</w:t>
        <w:br/>
        <w:t>Та за домом плачуть...&lt;br /&gt;</w:t>
        <w:br/>
        <w:t>А я чого?.. Коли-сь зачав,&lt;br /&gt;</w:t>
        <w:br/>
        <w:t>Кінчай же, співаче!</w:t>
      </w:r>
    </w:p>
    <w:p>
      <w:r>
        <w:br/>
        <w:t>Вийшла сестра за братчиком,&lt;br /&gt;</w:t>
        <w:br/>
        <w:t>До снідання просить,&lt;br /&gt;</w:t>
        <w:br/>
        <w:t>Та китайку дорогую&lt;br /&gt;</w:t>
        <w:br/>
        <w:t>Слізоньками росить;&lt;br /&gt;</w:t>
        <w:br/>
        <w:t>А де слізка лишень кане —&lt;br /&gt;</w:t>
        <w:br/>
        <w:t>Зараз кровйов стане...&lt;br /&gt;</w:t>
        <w:br/>
        <w:t>— Вже готове ти снідання,&lt;br /&gt;</w:t>
        <w:br/>
        <w:t>Брате мій Іване! —&lt;br /&gt;</w:t>
        <w:br/>
        <w:t>Ввійшов Іван до світлиці,&lt;br /&gt;</w:t>
        <w:br/>
        <w:t>Сплаканий, аж хворий.&lt;br /&gt;</w:t>
        <w:br/>
        <w:t>Єго ненька старенькая&lt;br /&gt;</w:t>
        <w:br/>
        <w:t>Насилу говорить:&lt;br /&gt;</w:t>
        <w:br/>
        <w:t>— Сідай, синку! Сідай, душко,&lt;br /&gt;</w:t>
        <w:br/>
        <w:t>Та будеш снідати. —&lt;br /&gt;</w:t>
        <w:br/>
        <w:t>А як они вже снідали, —&lt;br /&gt;</w:t>
        <w:br/>
        <w:t>Не мете питати;&lt;br /&gt;</w:t>
        <w:br/>
        <w:t>Не мете, ні товариші,&lt;br /&gt;</w:t>
        <w:br/>
        <w:t>Бо я вам не скажу...&lt;br /&gt;</w:t>
        <w:br/>
        <w:t>Хіба й свою головоньку&lt;br /&gt;</w:t>
        <w:br/>
        <w:t>Китайкойов зв'яжу...&lt;br /&gt;</w:t>
        <w:br/>
        <w:t>Але ж бо я, легіники,&lt;br /&gt;</w:t>
        <w:br/>
        <w:t>Китайки не маю —&lt;br /&gt;</w:t>
        <w:br/>
        <w:t>Пустив свою китаєчку&lt;br /&gt;</w:t>
        <w:br/>
        <w:t>Долів по Дунаю —&lt;br /&gt;</w:t>
        <w:br/>
        <w:t>Кровавую, сльозавую&lt;br /&gt;</w:t>
        <w:br/>
        <w:t>До ненечки в гості.&lt;br /&gt;</w:t>
        <w:br/>
        <w:t>Бо і мене, пани-браття,&lt;br /&gt;</w:t>
        <w:br/>
        <w:t>Хата на помості —&lt;br /&gt;</w:t>
        <w:br/>
        <w:t>Була... Брешу! Лишили ми&lt;br /&gt;</w:t>
        <w:br/>
        <w:t>Неньку, як голубку,&lt;br /&gt;</w:t>
        <w:br/>
        <w:t>Дрібні слізки збираючу&lt;br /&gt;</w:t>
        <w:br/>
        <w:t>До срібного кубка,&lt;br /&gt;</w:t>
        <w:br/>
        <w:t>Доки верну в Буковину,&lt;br /&gt;</w:t>
        <w:br/>
        <w:t>В гори у гостину...&lt;br /&gt;</w:t>
        <w:br/>
        <w:t>Ци я верну, ци не верну, —&lt;br /&gt;</w:t>
        <w:br/>
        <w:t>Я післав хустину,&lt;br /&gt;</w:t>
        <w:br/>
        <w:t>Аби мала моя ненька&lt;br /&gt;</w:t>
        <w:br/>
        <w:t>По мені поману:&lt;br /&gt;</w:t>
        <w:br/>
        <w:t>Мою хустку кривавую&lt;br /&gt;</w:t>
        <w:br/>
        <w:t>Та в слізоньках прану.&lt;br /&gt;</w:t>
        <w:br/>
        <w:t>Устав Іван від снідання&lt;br /&gt;</w:t>
        <w:br/>
        <w:t>Та й молиться богу,&lt;br /&gt;</w:t>
        <w:br/>
        <w:t>А сестричка вже лагодить&lt;br /&gt;</w:t>
        <w:br/>
        <w:t>І харч на дорогу,&lt;br /&gt;</w:t>
        <w:br/>
        <w:t>Ох мала то, невелика&lt;br /&gt;</w:t>
        <w:br/>
        <w:t>Вдовина тертіла...&lt;br /&gt;</w:t>
        <w:br/>
        <w:t>А одова як сиділа,&lt;br /&gt;</w:t>
        <w:br/>
        <w:t>Так і обімліла.&lt;br /&gt;</w:t>
        <w:br/>
        <w:t>А він припав до ножечок,&lt;br /&gt;</w:t>
        <w:br/>
        <w:t>Вклонився низенько:&lt;br /&gt;</w:t>
        <w:br/>
        <w:t>— Оставайте здоровенькі,&lt;br /&gt;</w:t>
        <w:br/>
        <w:t>Рідна моя ненько,&lt;br /&gt;</w:t>
        <w:br/>
        <w:t>Та й не плачте! Я, чей, верну;&lt;br /&gt;</w:t>
        <w:br/>
        <w:t>А коли загину... —&lt;br /&gt;</w:t>
        <w:br/>
        <w:t>Не доказав. Вийшов потич...</w:t>
      </w:r>
    </w:p>
    <w:p>
      <w:r>
        <w:br/>
        <w:t>Братчику єдиний,&lt;br /&gt;</w:t>
        <w:br/>
        <w:t>І я тобі не докажу,&lt;br /&gt;</w:t>
        <w:br/>
        <w:t>Бо серце ся топить,&lt;br /&gt;</w:t>
        <w:br/>
        <w:t>А дрібненьке писанєчко&lt;br /&gt;</w:t>
        <w:br/>
        <w:t>Ніби кровйов кропить...&lt;br /&gt;</w:t>
        <w:br/>
        <w:t>Дивне, дивне, пане-брате,&lt;br /&gt;</w:t>
        <w:br/>
        <w:t>Серденько співаче:&lt;br /&gt;</w:t>
        <w:br/>
        <w:t>Чуже горе виспівує,&lt;br /&gt;</w:t>
        <w:br/>
        <w:t>А про своє плаче.</w:t>
      </w:r>
    </w:p>
    <w:p>
      <w:r>
        <w:br/>
        <w:t>Та як же не плакать, та як же не рути&lt;br /&gt;</w:t>
        <w:br/>
        <w:t>Мені, молодому?.. Молодці, скажіть!..&lt;br /&gt;</w:t>
        <w:br/>
        <w:t>Продали мня ляхи в німецькі некрути,&lt;br /&gt;</w:t>
        <w:br/>
        <w:t>Втопили ми долю, втопили ми світ;&lt;br /&gt;</w:t>
        <w:br/>
        <w:t>Пропав, як той камінь в глибокому морі, —&lt;br /&gt;</w:t>
        <w:br/>
        <w:t>Ніхто не добуде! Ніхто не спита,&lt;br /&gt;</w:t>
        <w:br/>
        <w:t>Як тяжко я мокну у сльозах та в горі;&lt;br /&gt;</w:t>
        <w:br/>
        <w:t>Ніхто не спитає... бо я сирота.&lt;br /&gt;</w:t>
        <w:br/>
        <w:t>От ходжу та ходжу, як дух на покуті,&lt;br /&gt;</w:t>
        <w:br/>
        <w:t>Що пустков блукає, а прощі му ніт.&lt;br /&gt;</w:t>
        <w:br/>
        <w:t>— Ходи, — кажуть лютри, — бо пута вже куті!&lt;br /&gt;</w:t>
        <w:br/>
        <w:t>Ходи, аж не впадеш здихати під пліт.&lt;br /&gt;</w:t>
        <w:br/>
        <w:t>Ходи, аж не здохнеш в нечистім десь краю,&lt;br /&gt;</w:t>
        <w:br/>
        <w:t>Де дзвони не дзвоня, не піє когут,&lt;br /&gt;</w:t>
        <w:br/>
        <w:t>Де руські молодці на гуслях не грають,&lt;br /&gt;</w:t>
        <w:br/>
        <w:t>Де руські дівчата співати не муть.&lt;br /&gt;</w:t>
        <w:br/>
        <w:t>Солом'яна виля — цісарська сембриля,&lt;br /&gt;</w:t>
        <w:br/>
        <w:t>В куті десь за плотом — там руський співак...&lt;br /&gt;</w:t>
        <w:br/>
        <w:t>Слідочки по світі, слізоньки по цвіті, —&lt;br /&gt;</w:t>
        <w:br/>
        <w:t>От тільки помани!.. Молодці ж, не так?..&lt;br /&gt;</w:t>
        <w:br/>
        <w:t>О так, пани-браття! Душа ми віщує,&lt;br /&gt;</w:t>
        <w:br/>
        <w:t>І думка говорить, і серденько чує,&lt;br /&gt;</w:t>
        <w:br/>
        <w:t>Яка моя доля і чо мені ждать.&lt;br /&gt;</w:t>
        <w:br/>
        <w:t>А доки діждуся — тра далі співать.</w:t>
      </w:r>
    </w:p>
    <w:p>
      <w:r>
        <w:br/>
        <w:t>От викрався і місяць з раю,&lt;br /&gt;</w:t>
        <w:br/>
        <w:t>Щоби ся добре придивить,&lt;br /&gt;</w:t>
        <w:br/>
        <w:t>Який гаразд на руськім краю,&lt;br /&gt;</w:t>
        <w:br/>
        <w:t>Як там живуть та як там жить;&lt;br /&gt;</w:t>
        <w:br/>
        <w:t>Як Україна, як Подолє,&lt;br /&gt;</w:t>
        <w:br/>
        <w:t>Як Галич, мов почесний стів,&lt;br /&gt;</w:t>
        <w:br/>
        <w:t>Стоя та щиро богу молясь&lt;br /&gt;</w:t>
        <w:br/>
        <w:t>За князів своїх, за батьків,&lt;br /&gt;</w:t>
        <w:br/>
        <w:t>За козаків, за руську волю,&lt;br /&gt;</w:t>
        <w:br/>
        <w:t>Що в могил&amp;#769;ах глибоких спить...&lt;br /&gt;</w:t>
        <w:br/>
        <w:t>"Ци вже не встанете ніколи?" —&lt;br /&gt;</w:t>
        <w:br/>
        <w:t>Спитається та й знов ся молить,&lt;br /&gt;</w:t>
        <w:br/>
        <w:t>А бог не чує, бог наш спить...&lt;br /&gt;</w:t>
        <w:br/>
        <w:t>Коли він встане, галичани?..&lt;br /&gt;</w:t>
        <w:br/>
        <w:t>Лиш не журіться — встане гнет!&lt;br /&gt;</w:t>
        <w:br/>
        <w:t>Але тепер лишіть, най спить,&lt;br /&gt;</w:t>
        <w:br/>
        <w:t>Аж церкови церквами стануть...&lt;br /&gt;</w:t>
        <w:br/>
        <w:t>Відтак молітесь, галичани!&lt;br /&gt;</w:t>
        <w:br/>
        <w:t>А тепер спіть,&lt;br /&gt;</w:t>
        <w:br/>
        <w:t>А бог дасть світ.</w:t>
      </w:r>
    </w:p>
    <w:p>
      <w:r>
        <w:br/>
        <w:t>А в Італії цвіт та цвіт&lt;br /&gt;</w:t>
        <w:br/>
        <w:t>Укрив гору, укрив долину&lt;br /&gt;</w:t>
        <w:br/>
        <w:t>То у барвінки, то в калину.&lt;br /&gt;</w:t>
        <w:br/>
        <w:t>Бо де руська ніжка ходить,&lt;br /&gt;</w:t>
        <w:br/>
        <w:t>Там барвінчик родить;&lt;br /&gt;</w:t>
        <w:br/>
        <w:t>А де руська кровця кане —&lt;br /&gt;</w:t>
        <w:br/>
        <w:t>Калинойов стане:&lt;br /&gt;</w:t>
        <w:br/>
        <w:t>А кілько-то козацької&lt;br /&gt;</w:t>
        <w:br/>
        <w:t>Кровці тутки ллється!..</w:t>
      </w:r>
    </w:p>
    <w:p>
      <w:r>
        <w:br/>
        <w:t>Козакові у серденька,&lt;br /&gt;</w:t>
        <w:br/>
        <w:t>Гей гадина в'ється...</w:t>
      </w:r>
    </w:p>
    <w:p>
      <w:r>
        <w:br/>
        <w:t>Он блудить гаєм, — ми го знаєм.&lt;br /&gt;</w:t>
        <w:br/>
        <w:t>Блідий-блідий, як та стіна,&lt;br /&gt;</w:t>
        <w:br/>
        <w:t>Шовковов хустков утираєсь;&lt;br /&gt;</w:t>
        <w:br/>
        <w:t>Мовчить, як ніч, та ніч німа,&lt;br /&gt;</w:t>
        <w:br/>
        <w:t>Що, гей пропасниця, приспала&lt;br /&gt;</w:t>
        <w:br/>
        <w:t>Італію — богдай не встала!&lt;br /&gt;</w:t>
        <w:br/>
        <w:t>Богдай тоді піднялась д горі,&lt;br /&gt;</w:t>
        <w:br/>
        <w:t>Коли камінь в морі!..&lt;br /&gt;</w:t>
        <w:br/>
        <w:t>Місяць сіяє, він читає...&lt;br /&gt;</w:t>
        <w:br/>
        <w:t>"Померли, — пишуть. — Ні вже д кому&lt;br /&gt;</w:t>
        <w:br/>
        <w:t>Вертатись сироті додому...&lt;br /&gt;</w:t>
        <w:br/>
        <w:t>От мовчало би-сь, соловіє!" —&lt;br /&gt;</w:t>
        <w:br/>
        <w:t>Так він собі. А місяць мріє,&lt;br /&gt;</w:t>
        <w:br/>
        <w:t>А кабат так ся і біліє —&lt;br /&gt;</w:t>
        <w:br/>
        <w:t>Перед, — а плечі, як калина&lt;br /&gt;</w:t>
        <w:br/>
        <w:t>Червона та сина.&lt;br /&gt;</w:t>
        <w:br/>
        <w:t>"Як тарабани страшно грають,&lt;br /&gt;</w:t>
        <w:br/>
        <w:t>Браття плачуть, німці лають,&lt;br /&gt;</w:t>
        <w:br/>
        <w:t>Шабельками підганяють...&lt;br /&gt;</w:t>
        <w:br/>
        <w:t>Триста пруття зашуміло&lt;br /&gt;</w:t>
        <w:br/>
        <w:t>Коло мого тіла!</w:t>
      </w:r>
    </w:p>
    <w:p>
      <w:r>
        <w:br/>
        <w:t>Але бог видить, ліпше знає..."&lt;br /&gt;</w:t>
        <w:br/>
        <w:t>Сплакав... карабін обзирає...&lt;br /&gt;</w:t>
        <w:br/>
        <w:t>Він спотикнувся, впав, здихає...&lt;br /&gt;</w:t>
        <w:br/>
        <w:t>Тяжко зітхнув... Як би й не було! —&lt;br /&gt;</w:t>
        <w:br/>
        <w:t>Лиш зорі сплакнули.</w:t>
      </w:r>
    </w:p>
    <w:p>
      <w:r>
        <w:br/>
        <w:t>Ох, боже мій милий! А ти його бачиш,&lt;br /&gt;</w:t>
        <w:br/>
        <w:t>Як він ся низенько у квіти склонив,&lt;br /&gt;</w:t>
        <w:br/>
        <w:t>Та й з яснойов зорев за ним не заплачеш?..&lt;br /&gt;</w:t>
        <w:br/>
        <w:t>Хіба то не ти му так долю судив?&lt;br /&gt;</w:t>
        <w:br/>
        <w:t>Хіба ж то не твої плекали го гори,&lt;br /&gt;</w:t>
        <w:br/>
        <w:t>Ті гуцульські гори, барвінковіий край?&lt;br /&gt;</w:t>
        <w:br/>
        <w:t>Хіба ж то не твоє занесло го море,&lt;br /&gt;</w:t>
        <w:br/>
        <w:t>Де люди не руські, не руський звичай;&lt;br /&gt;</w:t>
        <w:br/>
        <w:t>Де сонце тя топить, а претці не гріє,&lt;br /&gt;</w:t>
        <w:br/>
        <w:t>Де місяць аж гріє, а світла нема,&lt;br /&gt;</w:t>
        <w:br/>
        <w:t>Де вітер аж сушить, а претці не віє,&lt;br /&gt;</w:t>
        <w:br/>
        <w:t>Весна не минає, а претці зима&lt;br /&gt;</w:t>
        <w:br/>
        <w:t>Для руського серця?.. Ох, боже наш, боже!&lt;br /&gt;</w:t>
        <w:br/>
        <w:t>Прости!.. Забуваю, що господь наш спить...&lt;br /&gt;</w:t>
        <w:br/>
        <w:t>Добраніч! — А ти як, небоже?.. Небоже!&lt;br /&gt;</w:t>
        <w:br/>
        <w:t>Хто прийде заплакать? Хто буде тужить?..&lt;br /&gt;</w:t>
        <w:br/>
        <w:t>Ні батька, ні мами, ні трунви, ні ями...&lt;br /&gt;</w:t>
        <w:br/>
        <w:t>Собаки волоські кусатисямуть&lt;br /&gt;</w:t>
        <w:br/>
        <w:t>Над тілом козацьким!.. А й ми ж козаками!..&lt;br /&gt;</w:t>
        <w:br/>
        <w:t>Козаки за свій край та волю ся б'ють, —&lt;br /&gt;</w:t>
        <w:br/>
        <w:t>А ми за що б'ємось?.. Ох, браття, не скажу,&lt;br /&gt;</w:t>
        <w:br/>
        <w:t>Бо мушу ще жити, ще мушу співать,&lt;br /&gt;</w:t>
        <w:br/>
        <w:t>Аж ту Чорногору собов не підважу&lt;br /&gt;</w:t>
        <w:br/>
        <w:t>Та Добуша найду. Вже доста му спать&lt;br /&gt;</w:t>
        <w:br/>
        <w:t>В могилі, вже доста тяжкої покути&lt;br /&gt;</w:t>
        <w:br/>
        <w:t>За малу причину — молоду дівчину...&lt;br /&gt;</w:t>
        <w:br/>
        <w:t>Встань, друже! Ми дужі, ми вже не рекрути...&lt;br /&gt;</w:t>
        <w:br/>
        <w:t>А мусимо гинуть — то будемо гинуть,&lt;br /&gt;</w:t>
        <w:br/>
        <w:t>Але не під лозовинов&lt;br /&gt;</w:t>
        <w:br/>
        <w:t>В німецькій неволі, —&lt;br /&gt;</w:t>
        <w:br/>
        <w:t>За руський край загинемо,&lt;br /&gt;</w:t>
        <w:br/>
        <w:t>За руськую волю.</w:t>
      </w:r>
    </w:p>
    <w:p>
      <w:r>
        <w:br/>
        <w:t>Світи, місяцю, красно,&lt;br /&gt;</w:t>
        <w:br/>
        <w:t>Бо вже ясно та ясно!&lt;br /&gt;</w:t>
        <w:br/>
        <w:t>Аби ми ся надивили,&lt;br /&gt;</w:t>
        <w:br/>
        <w:t>Як наш новобранчик&lt;br /&gt;</w:t>
        <w:br/>
        <w:t>Спочиває в Італії&lt;br /&gt;</w:t>
        <w:br/>
        <w:t>В зеленім байраці.&lt;br /&gt;</w:t>
        <w:br/>
        <w:t>Не хоче молодий світити...&lt;br /&gt;</w:t>
        <w:br/>
        <w:t>Морочиться, мов у диму,&lt;br /&gt;</w:t>
        <w:br/>
        <w:t>По темній мрі; неначе вбитий,&lt;br /&gt;</w:t>
        <w:br/>
        <w:t>Неначе хтось помер єму, —&lt;br /&gt;</w:t>
        <w:br/>
        <w:t>А він, зв'язав головку, рідню&lt;br /&gt;</w:t>
        <w:br/>
        <w:t>Іде на похорон просить,&lt;br /&gt;</w:t>
        <w:br/>
        <w:t>А вна цураєтсья, бо бідний, —&lt;br /&gt;</w:t>
        <w:br/>
        <w:t>У бідного нема що пить.&lt;br /&gt;</w:t>
        <w:br/>
        <w:t>Отак і він собі, сарака,&lt;br /&gt;</w:t>
        <w:br/>
        <w:t>Блукає небом, мов селом,&lt;br /&gt;</w:t>
        <w:br/>
        <w:t>Та просить — відповідь однака:&lt;br /&gt;</w:t>
        <w:br/>
        <w:t>"Нема коли".&lt;br /&gt;</w:t>
        <w:br/>
        <w:t>А байраком&lt;br /&gt;</w:t>
        <w:br/>
        <w:t>Так сумно-сумно, мов в неволі.&lt;br /&gt;</w:t>
        <w:br/>
        <w:t>Лиш новобранчик там лежить;&lt;br /&gt;</w:t>
        <w:br/>
        <w:t>Ручки навхрест, мов ся молить.&lt;br /&gt;</w:t>
        <w:br/>
        <w:t>А господь наш як спить, так спить...&lt;br /&gt;</w:t>
        <w:br/>
        <w:t>Коли устане, галичани?..&lt;br /&gt;</w:t>
        <w:br/>
        <w:t>Хто зна, коли... А серце в'яне,&lt;br /&gt;</w:t>
        <w:br/>
        <w:t>Так дивлячись на руські рани,&lt;br /&gt;</w:t>
        <w:br/>
        <w:t>Так дивлячись на руську кров,&lt;br /&gt;</w:t>
        <w:br/>
        <w:t>Що миє землю, мов водов,&lt;br /&gt;</w:t>
        <w:br/>
        <w:t>Погану землю.&lt;br /&gt;</w:t>
        <w:br/>
        <w:t>Вічний пане!&lt;br /&gt;</w:t>
        <w:br/>
        <w:t>Ци вже і в тебе грошей ніт,&lt;br /&gt;</w:t>
        <w:br/>
        <w:t>Що-с злодіям запродав світ,&lt;br /&gt;</w:t>
        <w:br/>
        <w:t>Аби робили, як їм гоже?&lt;br /&gt;</w:t>
        <w:br/>
        <w:t>Христа ран ради, вічний боже,&lt;br /&gt;</w:t>
        <w:br/>
        <w:t>Дбай викупить твій мир назад,&lt;br /&gt;</w:t>
        <w:br/>
        <w:t>Ще доки лютри го з'їдять!</w:t>
      </w:r>
    </w:p>
    <w:p>
      <w:r>
        <w:br/>
        <w:t>Лиш новобранчик не голосить...&lt;br /&gt;</w:t>
        <w:br/>
        <w:t>Єго кровця долину росить,&lt;br /&gt;</w:t>
        <w:br/>
        <w:t>А він як спав, так собі спить...&lt;br /&gt;</w:t>
        <w:br/>
        <w:t>Ми уздримо, а він не вздрить,&lt;br /&gt;</w:t>
        <w:br/>
        <w:t>Як галичан поклониться&lt;br /&gt;</w:t>
        <w:br/>
        <w:t>Україні-мати;&lt;br /&gt;</w:t>
        <w:br/>
        <w:t>Як руський син у кармазин&lt;br /&gt;</w:t>
        <w:br/>
        <w:t>Вбереться, не в лати;&lt;br /&gt;</w:t>
        <w:br/>
        <w:t>Як отаман з гробу встане,&lt;br /&gt;</w:t>
        <w:br/>
        <w:t>На козаків свисне;&lt;br /&gt;</w:t>
        <w:br/>
        <w:t>Як бунчуки залеліють,&lt;br /&gt;</w:t>
        <w:br/>
        <w:t>А булави блиснуть.&lt;br /&gt;</w:t>
        <w:br/>
        <w:t>Як поганці в однім ранці&lt;br /&gt;</w:t>
        <w:br/>
        <w:t>В болоті утонуть,&lt;br /&gt;</w:t>
        <w:br/>
        <w:t>А у Львові на церкові&lt;br /&gt;</w:t>
        <w:br/>
        <w:t>По ляхах задзвонять;&lt;br /&gt;</w:t>
        <w:br/>
        <w:t>А церкви-сь одцурають&lt;br /&gt;</w:t>
        <w:br/>
        <w:t>Анцихриста з Риму&lt;br /&gt;</w:t>
        <w:br/>
        <w:t>Та помоля-сь господневі&lt;br /&gt;</w:t>
        <w:br/>
        <w:t>До Єрусалиму&lt;br /&gt;</w:t>
        <w:br/>
        <w:t>Гарнесенько, вірнесенько&lt;br /&gt;</w:t>
        <w:br/>
        <w:t>Про долю козачу,&lt;br /&gt;</w:t>
        <w:br/>
        <w:t>Про руський край, про руський мир...&lt;br /&gt;</w:t>
        <w:br/>
        <w:t>А він не побачить...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Новобранчик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