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Нова Гелена</w:t>
      </w:r>
    </w:p>
    <w:p>
      <w:r>
        <w:br/>
        <w:t xml:space="preserve"> Де ти була з часів, як біля Трої&lt;br /&gt;</w:t>
        <w:br/>
        <w:t>Богів звитяжні билися сини?&lt;br /&gt;</w:t>
        <w:br/>
        <w:t>Навіщо по землі ти ходиш знову?&lt;br /&gt;</w:t>
        <w:br/>
        <w:t>Ти ж не забула пристрасте палкої,&lt;br /&gt;</w:t>
        <w:br/>
        <w:t>Що з нею красень той водив човни&lt;br /&gt;</w:t>
        <w:br/>
        <w:t>В твій край через Кіпрідину намову?&lt;br /&gt;</w:t>
        <w:br/>
        <w:t>Бо тільки ти, що в неба глибині&lt;br /&gt;</w:t>
        <w:br/>
        <w:t>Зорею світиш уночі над нами,&lt;br /&gt;</w:t>
        <w:br/>
        <w:t>Могла збудити світ старий з нестями&lt;br /&gt;</w:t>
        <w:br/>
        <w:t>Війни плекати хвилі вогняні!</w:t>
      </w:r>
    </w:p>
    <w:p>
      <w:r>
        <w:br/>
        <w:t>Чи, може, місяцем ти володіла?&lt;br /&gt;</w:t>
        <w:br/>
        <w:t>Адже тобі Сідон святиню звів,&lt;br /&gt;</w:t>
        <w:br/>
        <w:t>Де хвиль морських сміялася облава?&lt;br /&gt;</w:t>
        <w:br/>
        <w:t>І там котрась прислужниця смуглява&lt;br /&gt;</w:t>
        <w:br/>
        <w:t>Для тебе ткала скарби килимів,&lt;br /&gt;</w:t>
        <w:br/>
        <w:t>Свого в журбі не кидаючи діла,&lt;br /&gt;</w:t>
        <w:br/>
        <w:t>Поки притьма зривалася, як знак&lt;br /&gt;</w:t>
        <w:br/>
        <w:t>За гратами їй подавала варта,&lt;br /&gt;</w:t>
        <w:br/>
        <w:t>Що кіпріот якийсь, її моряк,&lt;br /&gt;</w:t>
        <w:br/>
        <w:t>Вернувсь від Калпе і стовпів Мелькарта!</w:t>
      </w:r>
    </w:p>
    <w:p>
      <w:r>
        <w:br/>
        <w:t>Ні! Ти — Гелена, певно, що це ти!&lt;br /&gt;</w:t>
        <w:br/>
        <w:t>Для тебе згинув Сарпедон заранні&lt;br /&gt;</w:t>
        <w:br/>
        <w:t>І цвіт життя Мемнона не дозрів;&lt;br /&gt;</w:t>
        <w:br/>
        <w:t>Для тебе Гектор у страшнім змаганні&lt;br /&gt;</w:t>
        <w:br/>
        <w:t>Упав, свій меч не змігши донести&lt;br /&gt;</w:t>
        <w:br/>
        <w:t>До найгрізніших Іліона днів;&lt;br /&gt;</w:t>
        <w:br/>
        <w:t>О! Навіть нині блиск твоєї слави&lt;br /&gt;</w:t>
        <w:br/>
        <w:t>Горить на полі, стоптанім колись,&lt;br /&gt;</w:t>
        <w:br/>
        <w:t>І воїни у привиді заграви&lt;br /&gt;</w:t>
        <w:br/>
        <w:t>Твоє ім'я вигукують б'ючись!</w:t>
      </w:r>
    </w:p>
    <w:p>
      <w:r>
        <w:br/>
        <w:t>Де ти була? В казковій тій країні,&lt;br /&gt;</w:t>
        <w:br/>
        <w:t>Що Каліпсо смутна в ній мала дім,&lt;br /&gt;</w:t>
        <w:br/>
        <w:t>Де не бредуть женці на лук роздолля,&lt;br /&gt;</w:t>
        <w:br/>
        <w:t>Хоч трави там у розквіті ряснім,&lt;br /&gt;</w:t>
        <w:br/>
        <w:t>А знуджений пастух по дні осінні&lt;br /&gt;</w:t>
        <w:br/>
        <w:t>Даремно жде, щоб хліб зібрали з поля?&lt;br /&gt;</w:t>
        <w:br/>
        <w:t>Чи ти знайшла там забуття струмок&lt;br /&gt;</w:t>
        <w:br/>
        <w:t>І, лежачи при нім, згадки снувала&lt;br /&gt;</w:t>
        <w:br/>
        <w:t>Про скрегіт зброї, про невпинний крок,&lt;br /&gt;</w:t>
        <w:br/>
        <w:t>Яким ахейців ринула навала?</w:t>
      </w:r>
    </w:p>
    <w:p>
      <w:r>
        <w:br/>
        <w:t>Ні, ти була в порожній скелі, там,&lt;br /&gt;</w:t>
        <w:br/>
        <w:t>Де втечище тривке собі знайшла&lt;br /&gt;</w:t>
        <w:br/>
        <w:t>Розвінчана Владарка Еруціна.&lt;br /&gt;</w:t>
        <w:br/>
        <w:t>При ній ти не підводила чола,&lt;br /&gt;</w:t>
        <w:br/>
        <w:t>При тій, що й нині в Римі на коліна&lt;br /&gt;</w:t>
        <w:br/>
        <w:t>Стає народ, її уздрівши храм;&lt;br /&gt;</w:t>
        <w:br/>
        <w:t>Що їй любов не принесла розради&lt;br /&gt;</w:t>
        <w:br/>
        <w:t>Ніде й ніколи, розпачі самі ж&lt;br /&gt;</w:t>
        <w:br/>
        <w:t>Для серця, як непогамовний ніж,&lt;br /&gt;</w:t>
        <w:br/>
        <w:t>Родильні муки, заздрощі і зради.</w:t>
      </w:r>
    </w:p>
    <w:p>
      <w:r>
        <w:br/>
        <w:t>Цілюще листя лотоса твоя&lt;br /&gt;</w:t>
        <w:br/>
        <w:t>Держить рука; не відвертайсь від мене,&lt;br /&gt;</w:t>
        <w:br/>
        <w:t>Допоки літо днів моїх цвіте.&lt;br /&gt;</w:t>
        <w:br/>
        <w:t>Твоєму диву так скорився я,&lt;br /&gt;</w:t>
        <w:br/>
        <w:t>Що вміння й славити тебе нужденне&lt;br /&gt;</w:t>
        <w:br/>
        <w:t>У мене зникло — сил нема на те.&lt;br /&gt;</w:t>
        <w:br/>
        <w:t>Все ж хай Любов спричинює й затрати.&lt;br /&gt;</w:t>
        <w:br/>
        <w:t>Хай мруть мої надії і пісні,&lt;br /&gt;</w:t>
        <w:br/>
        <w:t>Аби лиш ти дозволила мені&lt;br /&gt;</w:t>
        <w:br/>
        <w:t>В твоєму храмі світлому клячати!</w:t>
      </w:r>
    </w:p>
    <w:p>
      <w:r>
        <w:br/>
        <w:t>Та ба! Ти не затримаєшся тут,&lt;br /&gt;</w:t>
        <w:br/>
        <w:t>А, наче птах отой, сонцеві служник,&lt;br /&gt;</w:t>
        <w:br/>
        <w:t>Що в край летить, де від зими схорона,&lt;br /&gt;</w:t>
        <w:br/>
        <w:t>Втечеш ти від землі терпінь і скрут&lt;br /&gt;</w:t>
        <w:br/>
        <w:t>В твердиню, у якій твій рай не зник,&lt;br /&gt;</w:t>
        <w:br/>
        <w:t>І до рожевих уст Евфоріона.&lt;br /&gt;</w:t>
        <w:br/>
        <w:t>Так зайдеш ти за недосяжну грань,&lt;br /&gt;</w:t>
        <w:br/>
        <w:t>А я в садку отруйному корону&lt;br /&gt;</w:t>
        <w:br/>
        <w:t>Собі сплітаючи з гірких страждань,&lt;br /&gt;</w:t>
        <w:br/>
        <w:t>Залишусь без любови аж до скону.</w:t>
      </w:r>
    </w:p>
    <w:p>
      <w:r>
        <w:br/>
        <w:t>Зажди, зажди, Гелено! Зачекай&lt;br /&gt;</w:t>
        <w:br/>
        <w:t>Хоч на коротку мить отут, благаю,&lt;br /&gt;</w:t>
        <w:br/>
        <w:t>Хоча б до ранку, поки зникне тінь!&lt;br /&gt;</w:t>
        <w:br/>
        <w:t>Бо там, де усміху твого розмай,&lt;br /&gt;</w:t>
        <w:br/>
        <w:t>Ні пекла я не згадую, ні раю,&lt;br /&gt;</w:t>
        <w:br/>
        <w:t>І лиш для тебе жар моїх молінь:&lt;br /&gt;</w:t>
        <w:br/>
        <w:t>Хто ще з богів, крім того, що при ньому&lt;br /&gt;</w:t>
        <w:br/>
        <w:t>Планет потомлених блискучий рух,&lt;br /&gt;</w:t>
        <w:br/>
        <w:t>Являє чистої любови дух&lt;br /&gt;</w:t>
        <w:br/>
        <w:t>І в тілі в тебе стрінув розкіш дому?</w:t>
      </w:r>
    </w:p>
    <w:p>
      <w:r>
        <w:br/>
        <w:t>Не так вродилась ти, як рід жінок,&lt;br /&gt;</w:t>
        <w:br/>
        <w:t>А, сріблом піни обв'язавши крижі,&lt;br /&gt;</w:t>
        <w:br/>
        <w:t>З глибин сапфірових спливла, як спів,&lt;br /&gt;</w:t>
        <w:br/>
        <w:t>І в той же час на сході без хмарок&lt;br /&gt;</w:t>
        <w:br/>
        <w:t>Зійшла зоря, аби збудити в хижі&lt;br /&gt;</w:t>
        <w:br/>
        <w:t>На острові твоєму чабанів,&lt;br /&gt;</w:t>
        <w:br/>
        <w:t>Ти не помреш: твої рожеві п'яти&lt;br /&gt;</w:t>
        <w:br/>
        <w:t>Минатиме єгипетська змія,&lt;br /&gt;</w:t>
        <w:br/>
        <w:t>І не забродиться коса твоя&lt;br /&gt;</w:t>
        <w:br/>
        <w:t>Між маками, щоб сну могил не знати.</w:t>
      </w:r>
    </w:p>
    <w:p>
      <w:r>
        <w:br/>
        <w:t>Найкраща серед рож, вогню суцвіть!&lt;br /&gt;</w:t>
        <w:br/>
        <w:t>Кохання крину, башто у блакиті!&lt;br /&gt;</w:t>
        <w:br/>
        <w:t>Ти нашу тьму осяяти прийшла,&lt;br /&gt;</w:t>
        <w:br/>
        <w:t>Бо, долею захоплені у сіть,&lt;br /&gt;</w:t>
        <w:br/>
        <w:t>Бажаннями щоденними прибиті,&lt;br /&gt;</w:t>
        <w:br/>
        <w:t>В безцільних мандрах, де панує мла,&lt;br /&gt;</w:t>
        <w:br/>
        <w:t>Розради все якоїсь ми шукали,&lt;br /&gt;</w:t>
        <w:br/>
        <w:t>Життя своє згубивши до кінця,&lt;br /&gt;</w:t>
        <w:br/>
        <w:t>Аж храму знов твого не привітали&lt;br /&gt;</w:t>
        <w:br/>
        <w:t>І слави й усміху твого лиця.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Гелена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