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деґенерація</w:t>
      </w:r>
    </w:p>
    <w:p>
      <w:r>
        <w:br/>
        <w:t xml:space="preserve"> ми не маски ми стигми тих масок що вже відійшли&lt;br /&gt;</w:t>
        <w:br/>
        <w:t>ми не стіни ми стогін імен що об стіни розлущені&lt;br /&gt;</w:t>
        <w:br/>
        <w:t>ідемо до людей у вінках недоспілих олив&lt;br /&gt;</w:t>
        <w:br/>
        <w:t>у простертих долонях несемо гріхи як окрушини</w:t>
      </w:r>
    </w:p>
    <w:p>
      <w:r>
        <w:br/>
        <w:t>ми останні пророки в країні вчорашніх богів&lt;br /&gt;</w:t>
        <w:br/>
        <w:t>ми останні предтечі великого царства диявола&lt;br /&gt;</w:t>
        <w:br/>
        <w:t>ми зчиняємо галас і це називається гімн&lt;br /&gt;</w:t>
        <w:br/>
        <w:t>ми сякаємось в руку і це називається правила</w:t>
      </w:r>
    </w:p>
    <w:p>
      <w:r>
        <w:br/>
        <w:t>а дівки на мітлі це наложниці втрачених вір&lt;br /&gt;</w:t>
        <w:br/>
        <w:t>це михайло булгаков надламаним сміхом заходиться&lt;br /&gt;</w:t>
        <w:br/>
        <w:t>в божевільній труні долілиць повертається вій&lt;br /&gt;</w:t>
        <w:br/>
        <w:t>матюкається сич ремигає зашумлена хортиця</w:t>
      </w:r>
    </w:p>
    <w:p>
      <w:r>
        <w:br/>
        <w:t>табунами блукають отари і несть їм числа&lt;br /&gt;</w:t>
        <w:br/>
        <w:t>по найвищих деревах як дзвони гойдаються пастирі&lt;br /&gt;</w:t>
        <w:br/>
        <w:t>по незвіданих нетрищах душі виходять на злам&lt;br /&gt;</w:t>
        <w:br/>
        <w:t>і спалахує небо червоною мічене пастою</w:t>
      </w:r>
    </w:p>
    <w:p>
      <w:r>
        <w:br/>
        <w:t>розенкранце зі сцени старий канделябр забирай&lt;br /&gt;</w:t>
        <w:br/>
        <w:t>гільденстерне жени за куліси розгнуздану свиту&lt;br /&gt;</w:t>
        <w:br/>
        <w:t>покоління майстрів відчиняє ворота у рай&lt;br /&gt;</w:t>
        <w:br/>
        <w:t>а старий азозелло веде під вінець маргариту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деґенерація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