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Норвезький кіт у намисті</w:t>
      </w:r>
    </w:p>
    <w:p>
      <w:r>
        <w:br/>
        <w:t xml:space="preserve"> &lt;p&gt;Дивно виходить: де та Норвегія, а де — наше село...</w:t>
      </w:r>
    </w:p>
    <w:p>
      <w:r>
        <w:br/>
        <w:t>А в нашому селі — у мене! — справжній норвезький кіт!</w:t>
      </w:r>
    </w:p>
    <w:p>
      <w:r>
        <w:br/>
        <w:t>Отака несподівана історія вийшла.</w:t>
      </w:r>
    </w:p>
    <w:p>
      <w:r>
        <w:br/>
        <w:t>Почалася ж вона зовсім звичайно. Коли батько їхав до Києва, то я й не знав, що історія вже починається. Батько завжди мені щось таке привозить з поїздок. То казки, то цукерки, то іграшки. Але — щоб кота!..</w:t>
      </w:r>
    </w:p>
    <w:p>
      <w:r>
        <w:br/>
        <w:t>І не простого, не такого, яких повнісінько гасає по селі з задертими хвостами, а саме норвезького. Те навіть і не снилося, і не уявлялося.</w:t>
      </w:r>
    </w:p>
    <w:p>
      <w:r>
        <w:br/>
        <w:t>Кіт був зовсім малесенький. Ще котеня. Він перелякано дивився на мене й тонесенько нявчав.</w:t>
      </w:r>
    </w:p>
    <w:p>
      <w:r>
        <w:br/>
        <w:t>— Їсти хоче,— сказала мама.</w:t>
      </w:r>
    </w:p>
    <w:p>
      <w:r>
        <w:br/>
        <w:t>— Та й незвично йому на новому місці,— додав батько.</w:t>
      </w:r>
    </w:p>
    <w:p>
      <w:r>
        <w:br/>
        <w:t>— Зараз дам йому ковбаси,— кинувся я до холодильника.</w:t>
      </w:r>
    </w:p>
    <w:p>
      <w:r>
        <w:br/>
        <w:t>— Він її ще не їсть,— зупинив мене батько.— Молочка б йому.</w:t>
      </w:r>
    </w:p>
    <w:p>
      <w:r>
        <w:br/>
        <w:t>Налили в блюдце молоко. Але котеня ніяк не хотіло підходити до нього. Воно розгублено розглядалося на всі боки. І його різних кольорів шерсть стояла на ньому сторчма. Певно, з переляку.</w:t>
      </w:r>
    </w:p>
    <w:p>
      <w:r>
        <w:br/>
        <w:t>— Що, дурненьке, що? — ласкаво запитав я його і погладив.</w:t>
      </w:r>
    </w:p>
    <w:p>
      <w:r>
        <w:br/>
        <w:t>Воно вдячно подивилося на мене й потерлося об руку.</w:t>
      </w:r>
    </w:p>
    <w:p>
      <w:r>
        <w:br/>
        <w:t>— Бач, визнає тебе своїм хазяїном! — усміхнувся батько.</w:t>
      </w:r>
    </w:p>
    <w:p>
      <w:r>
        <w:br/>
        <w:t>І тут до хати вскочив Пух. Ми спершу й не зрозуміли, чому він такий сердитий, чому аж пирхає. Вже пізніше мама пояснила: дуже не сподобалося йому, що тут з'явився ще один кіт. Наш Пух був з тим зовсім не згоден.</w:t>
      </w:r>
    </w:p>
    <w:p>
      <w:r>
        <w:br/>
        <w:t>Пам'ятаю, Пух тоді довгенько кружеляв біля норвезького котеняти й сердито світив на нього очима. А коли я взяв кошеня на руки, він подивився на мене так, мовби я завдав йому великої образи.</w:t>
      </w:r>
    </w:p>
    <w:p>
      <w:r>
        <w:br/>
        <w:t>Кілька днів Пух не підходив ні до котеняти, ні до мене. Навіть до хати рідко заходив. Раніше він цілими днями висиджував або на килимку біля плити, або на порозі і тихо муркотів. Але коли почалися дощі, він знову влігся на килимок. На кошеня жодного разу не глянув. Мовби його й зовсім тут не було. Та воно не згодилося з Пуховою поведінкою. Вистрибом кинулося до нього й завмерло перед його заплющеними очима. Тільки вуха настовбурчило і хвостом махає.</w:t>
      </w:r>
    </w:p>
    <w:p>
      <w:r>
        <w:br/>
        <w:t>Пух розплющив очі та й подивився на кошеня бридливо, мовби на якусь почвару. Навіть скривився. Але воно зовсім не зважало на таку непривітність. Йому, звичайно ж, хотілося з Пухом дружити і гратись.</w:t>
      </w:r>
    </w:p>
    <w:p>
      <w:r>
        <w:br/>
        <w:t>Пух довго на те не погоджувався, та в нього не було вибору. Мусив визнати право норвезького кошеняти жити з ним поряд. Не хотів він нас сердити, то й примирився з новим, подібним до нього самого створінням, хоч воно було дуже бешкетливе й не раз завдавало йому прикрощів.</w:t>
      </w:r>
    </w:p>
    <w:p>
      <w:r>
        <w:br/>
        <w:t>Сидить, скажімо, Пух, мирнесенько помуркує, а цей забіяка як стрибоне просто з ліжка йому на голову. Пух стрепенеться злякано, відповзе вбік і благально дивиться на нас. Присмиріть, мовляв, свого пестунчика, бо ніякого спасу од нього немає...</w:t>
      </w:r>
    </w:p>
    <w:p>
      <w:r>
        <w:br/>
        <w:t>А воно — зовсім мале, та кігтики добрячі мало. Мені тато розказав, що в норвезьких котів вони для того, щоб лазити по скелях. Якось навіть подряпало Пухові носа, коли стрибонуло отак на нього. Бідолашний Пух аж занявчав з болю і тріснув лапою кошеня по голові. Аж хрупонуло щось так, як од щигля буває. Оце вже на нього подіяло. Тепер воно тихесенько, наче аж навшпиньочках, підходило до Пуха й запитливо зазирало в очі Пух одразу ж став привітніший і вже не пирхав. Інколи пив з ним молоко. А притому навіть дозволяв, щоб воно облизувало йому білі краплі на носі</w:t>
      </w:r>
    </w:p>
    <w:p>
      <w:r>
        <w:br/>
        <w:t>— Отак і починається дружба,— сказала мама.</w:t>
      </w:r>
    </w:p>
    <w:p>
      <w:r>
        <w:br/>
        <w:t>— Де ще не вона,— заперечив тато.— Справжня дружба в них попереду.</w:t>
      </w:r>
    </w:p>
    <w:p>
      <w:r>
        <w:br/>
        <w:t>Вона почалася взимку.</w:t>
      </w:r>
    </w:p>
    <w:p>
      <w:r>
        <w:br/>
        <w:t>Пух не любив гуляти серед холодних снігів. Тепер він цілі дні сидів у хаті біля плити. А кошеня, якому ми гуртом дали ім'я Норвежець, пригрівалося в нього під боком. Він дрімає, і воно дрімає. Він розплющить очі, і воно розплющить. Нявкне до нього прохально: давай гратися. Ще й хвостиком запобігливо помахає. І лапкою Пухові шию погладить. Хіба ж після цього відмовиш йому? Пощастило Норвежцеві, що в Пуха така добра вдача. Інший кіт міг би і не заприязнитися з цим пошкодерником.</w:t>
      </w:r>
    </w:p>
    <w:p>
      <w:r>
        <w:br/>
        <w:t>Вистрибом літають одне за одним — уже й хати їм мало, уже й у сінях товчуться. Уже й надвір вискакують, як хто двері прочинить. Пірнуть у сніг, мов у воду, — й до хати. Обтріпуються, захекані, й одне на одного дивляться: що б це його ще утворити? А коли я починаю за ними ганятися, то мама докірливо нагадує:</w:t>
      </w:r>
    </w:p>
    <w:p>
      <w:r>
        <w:br/>
        <w:t>— Славко, ти ж не кіт, а розумний хлопчик. Посидь смирненько, може, й вони заспокояться.</w:t>
      </w:r>
    </w:p>
    <w:p>
      <w:r>
        <w:br/>
        <w:t>Та де там заспокояться! Якщо вже у них грачка почалася, то й до вечора не закінчиться. Як каже мама, їм і в голови низько буде. Так смішно каже.</w:t>
      </w:r>
    </w:p>
    <w:p>
      <w:r>
        <w:br/>
        <w:t>За їхнім гранням я й не помітив, коли сніги пощезли, і весна зазеленіла, і весь світ змінився. Тепер ми втрьох гасали вже по м'якій травиці Норвежець став справжнім дорослим котом з такою пухнастою шерстю на щоках, мовби то в нього борода виросла. Начеб він уже геть кіт-дід.</w:t>
      </w:r>
    </w:p>
    <w:p>
      <w:r>
        <w:br/>
        <w:t>Улітку вони бігали за мною і на ставок, і на баштан.</w:t>
      </w:r>
    </w:p>
    <w:p>
      <w:r>
        <w:br/>
        <w:t>Попереду Норвежець, а за ним Пух довгого хвоста по траві тягне. Якби не Норвежець, то він, мабуть, сидів би в дворі, бо не було в нього раніше звички повсюдно волочитися.</w:t>
      </w:r>
    </w:p>
    <w:p>
      <w:r>
        <w:br/>
        <w:t>Якогось дня я зрозумів: літо закінчується. Бо вже купатися в ставку тато не дозволяв, уже вишні й абрикоси відійшли. І куди воно так швидко відлетіло? Мовби хмарина в небі раптово зникла.</w:t>
      </w:r>
    </w:p>
    <w:p>
      <w:r>
        <w:br/>
        <w:t>Я знав, що мені цього року треба до школи йти. Але — забув. Як воно сталося, не знаю. Згадав тільки, коли мама сказала:</w:t>
      </w:r>
    </w:p>
    <w:p>
      <w:r>
        <w:br/>
        <w:t>— Тепер ти менше про грання думатимеш, бо вже твоя наука почнеться.</w:t>
      </w:r>
    </w:p>
    <w:p>
      <w:r>
        <w:br/>
        <w:t>...Ще звечора почали мене збирати.</w:t>
      </w:r>
    </w:p>
    <w:p>
      <w:r>
        <w:br/>
        <w:t>— Завтра твоє свято,— кажуть.</w:t>
      </w:r>
    </w:p>
    <w:p>
      <w:r>
        <w:br/>
        <w:t>— А ваше? — запитую.</w:t>
      </w:r>
    </w:p>
    <w:p>
      <w:r>
        <w:br/>
        <w:t>— І наше теж.</w:t>
      </w:r>
    </w:p>
    <w:p>
      <w:r>
        <w:br/>
        <w:t>— А Пуха й Норвежця?</w:t>
      </w:r>
    </w:p>
    <w:p>
      <w:r>
        <w:br/>
        <w:t>— Звичайно ж, і їхнє,— чомусь сміються.</w:t>
      </w:r>
    </w:p>
    <w:p>
      <w:r>
        <w:br/>
        <w:t>— То і їх треба зібрати.</w:t>
      </w:r>
    </w:p>
    <w:p>
      <w:r>
        <w:br/>
        <w:t>Довго думав, як їх на свято зібрати. І придумав. Пов'язав Пухові на шию синю мамину хустину. Не сподобалося це йому. Головою крутив, хотів скинути. А для Норвежця знайшлася ще краща річ. Я давно бачив, що в маленькій скриньці на вікні лежить червоне намисто. Дістав його звідти й почепив Норвежцеві на шию. А щоб не скинув, то затягнув тугіше. І він сидів такий гордий, начеб то які нагороди були.</w:t>
      </w:r>
    </w:p>
    <w:p>
      <w:r>
        <w:br/>
        <w:t>— Ну й витівник ти! — мама аж руками сплеснула — Навіщо таке вигадувати?!</w:t>
      </w:r>
    </w:p>
    <w:p>
      <w:r>
        <w:br/>
        <w:t>— Нехай буде,— попрохав я.</w:t>
      </w:r>
    </w:p>
    <w:p>
      <w:r>
        <w:br/>
        <w:t>Так чемненько-чемненько попрохав. Знаю, що вона погодиться. Звичайно, погодилася.</w:t>
      </w:r>
    </w:p>
    <w:p>
      <w:r>
        <w:br/>
        <w:t>Вранці я прокинувся — і до котів.</w:t>
      </w:r>
    </w:p>
    <w:p>
      <w:r>
        <w:br/>
        <w:t>Але на Пухові хустини не було. Лежала під столом. Таки умудрився стягнути з себе. А Норвежець так і сидів у намисті. Навіть борода його не затуляла.</w:t>
      </w:r>
    </w:p>
    <w:p>
      <w:r>
        <w:br/>
        <w:t>Як на вулицю під сонце вийшли, то намисто в нього аж спалахнуло. Всі на Норвежця дивляться. Скільки живуть, такого не бачили. Навіть Пух на нього заздрісно поглядає. Він теж намиста не скидав би, якби я йому одяг.</w:t>
      </w:r>
    </w:p>
    <w:p>
      <w:r>
        <w:br/>
        <w:t>Уже й до школи підійшли. Коти зупинилися.</w:t>
      </w:r>
    </w:p>
    <w:p>
      <w:r>
        <w:br/>
        <w:t>— Ходімо до класу,— кажу їм рішуче. Аж тут учителька моя з'явилася.</w:t>
      </w:r>
    </w:p>
    <w:p>
      <w:r>
        <w:br/>
        <w:t>— Які в тебе гарні поводирі! — сказала.— А що то в нього на шиї?</w:t>
      </w:r>
    </w:p>
    <w:p>
      <w:r>
        <w:br/>
        <w:t>— Намисто,— пояснив я. — Звичайне намисто. А кіт той у мене — незвичайний. Це — справжній норвезький кіт. Його Норвежцем і звати...</w:t>
      </w:r>
    </w:p>
    <w:p>
      <w:r>
        <w:br/>
        <w:t>— Це ти так придумав?</w:t>
      </w:r>
    </w:p>
    <w:p>
      <w:r>
        <w:br/>
        <w:t>Хотів сказати, що я. Але ж то буде неправда. Тому відповів, як було.</w:t>
      </w:r>
    </w:p>
    <w:p>
      <w:r>
        <w:br/>
        <w:t>— То ходімо вже до гурту,— взяла мене вчителька за руку. А коти твої хай тут тебе чекають.</w:t>
      </w:r>
    </w:p>
    <w:p>
      <w:r>
        <w:br/>
        <w:t>І ось уже сиджу в класі Не знаю, про що інші діти думають. А я — про своїх котів. Особливо — про норвезького. Чи не загубив він намисто? Я ж не всі котячі звички знаю. Він може вчворити що завгодно.</w:t>
      </w:r>
    </w:p>
    <w:p>
      <w:r>
        <w:br/>
        <w:t>На перерві вилітаю зі школи.</w:t>
      </w:r>
    </w:p>
    <w:p>
      <w:r>
        <w:br/>
        <w:t>Біжу туди, де їх залишив. Але їх там немає. Мені аж сльози в очах засвербіли.</w:t>
      </w:r>
    </w:p>
    <w:p>
      <w:r>
        <w:br/>
        <w:t>І раптом з-під дерева поважно виходить Норвежець у намисті А за ним тягне хвоста Пух. Дивляться на мене так, начебто хочуть запитати, чому я стривожений.</w:t>
      </w:r>
    </w:p>
    <w:p>
      <w:r>
        <w:br/>
        <w:t>А вже лунає дзвінок. Треба бігти до класу. Але я тепер спокійний. Норвезький кіт не підведе...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Норвезький кіт у намисті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