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Nonnenstein</w:t>
      </w:r>
    </w:p>
    <w:p>
      <w:r>
        <w:br/>
        <w:t xml:space="preserve"> NONNENSTEIN*&lt;br /&gt;</w:t>
        <w:br/>
        <w:t>Скотився з гір граніт униз,&lt;br /&gt;</w:t>
        <w:br/>
        <w:t>Зарився в урочиська,&lt;br /&gt;</w:t>
        <w:br/>
        <w:t>На ньому виріс кипарис,&lt;br /&gt;</w:t>
        <w:br/>
        <w:t>Немов вежа готийська.</w:t>
      </w:r>
    </w:p>
    <w:p>
      <w:r>
        <w:br/>
        <w:t>У стіп його, об скелі бік&lt;br /&gt;</w:t>
        <w:br/>
        <w:t>У мушлях друться води,&lt;br /&gt;</w:t>
        <w:br/>
        <w:t>В скалі шайтан чи чоловік&lt;br /&gt;</w:t>
        <w:br/>
        <w:t>Поклав мраморні сходи.</w:t>
      </w:r>
    </w:p>
    <w:p>
      <w:r>
        <w:br/>
        <w:t>У гріб ідуть!.. Я проти сів&lt;br /&gt;</w:t>
        <w:br/>
        <w:t>І жду — ось-ось з яскині&lt;br /&gt;</w:t>
        <w:br/>
        <w:t>Ударить дзвін, озветься спів&lt;br /&gt;</w:t>
        <w:br/>
        <w:t>І вийдуть монахині</w:t>
      </w:r>
    </w:p>
    <w:p>
      <w:r>
        <w:br/>
        <w:t>Усі з лілеями в руках!..</w:t>
      </w:r>
    </w:p>
    <w:p>
      <w:r>
        <w:br/>
        <w:t>***</w:t>
      </w:r>
    </w:p>
    <w:p>
      <w:r>
        <w:br/>
        <w:t>________________&lt;br /&gt;</w:t>
        <w:br/>
        <w:t>* Камінь черниці (нім.).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Nonnenstein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