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 у Сонці</w:t>
      </w:r>
    </w:p>
    <w:p>
      <w:r>
        <w:br/>
        <w:t xml:space="preserve"> (Трагедія)</w:t>
      </w:r>
    </w:p>
    <w:p>
      <w:r>
        <w:br/>
        <w:t>&lt;blockquote&gt;Не отблеск, отблеском рожденный,-&lt;br /&gt;</w:t>
        <w:br/>
        <w:t>Ты по себе свой край оставь,&lt;br /&gt;</w:t>
        <w:br/>
        <w:t>Твоею песней утвержденный...</w:t>
      </w:r>
    </w:p>
    <w:p>
      <w:r>
        <w:br/>
        <w:t>А. Твардовский &lt;/blockquote&gt;</w:t>
      </w:r>
    </w:p>
    <w:p>
      <w:r>
        <w:br/>
        <w:t>ПРОЛОГ</w:t>
      </w:r>
    </w:p>
    <w:p>
      <w:r>
        <w:br/>
        <w:t>Мої віки слідом за мною ходять:&lt;br /&gt;</w:t>
        <w:br/>
        <w:t>Од вітряків до полиску ракет,&lt;br /&gt;</w:t>
        <w:br/>
        <w:t>Фотон і Пишна паска великодня,&lt;br /&gt;</w:t>
        <w:br/>
        <w:t>Усе — до лаконічності штиблет.</w:t>
      </w:r>
    </w:p>
    <w:p>
      <w:r>
        <w:br/>
        <w:t>Надії бубнявіють цвітом вишень&lt;br /&gt;</w:t>
        <w:br/>
        <w:t>У сонцем зацілованих садах.&lt;br /&gt;</w:t>
        <w:br/>
        <w:t>Слова мої! Шикуйтесь сміливіше —&lt;br /&gt;</w:t>
        <w:br/>
        <w:t>Пилюка зір хай шерхне на вустах.</w:t>
      </w:r>
    </w:p>
    <w:p>
      <w:r>
        <w:br/>
        <w:t>Навіщо я? Куди моя дорога?&lt;br /&gt;</w:t>
        <w:br/>
        <w:t>І чи моя тривога проросла&lt;br /&gt;</w:t>
        <w:br/>
        <w:t>Од сивої печалі Козерога&lt;br /&gt;</w:t>
        <w:br/>
        <w:t>До сивого чорнозему села?</w:t>
      </w:r>
    </w:p>
    <w:p>
      <w:r>
        <w:br/>
        <w:t>Що маю нести в сиві-сині далі?&lt;br /&gt;</w:t>
        <w:br/>
        <w:t>Пшеничну ласку в молодих руках&lt;br /&gt;</w:t>
        <w:br/>
        <w:t>Чи чорний рак водневих вакханалій,&lt;br /&gt;</w:t>
        <w:br/>
        <w:t>Що серце їсть п'яти материкам?</w:t>
      </w:r>
    </w:p>
    <w:p>
      <w:r>
        <w:br/>
        <w:t>Я — переклятий ворогом не тричі&lt;br /&gt;</w:t>
        <w:br/>
        <w:t>(Рубцями ран закутана душа),&lt;br /&gt;</w:t>
        <w:br/>
        <w:t>Дивлюся зорям в мерехтливі вічі,&lt;br /&gt;</w:t>
        <w:br/>
        <w:t>В оранжеве шептання: "Поспішай!"</w:t>
      </w:r>
    </w:p>
    <w:p>
      <w:r>
        <w:br/>
        <w:t>Хрустить повітря вафлями сипкими,&lt;br /&gt;</w:t>
        <w:br/>
        <w:t>Ковтаю з вітром чорнобривий спів...&lt;br /&gt;</w:t>
        <w:br/>
        <w:t>Яку гіркоту корабель нестиме,&lt;br /&gt;</w:t>
        <w:br/>
        <w:t>Бо я ж не наробивсь, не одкипів!</w:t>
      </w:r>
    </w:p>
    <w:p>
      <w:r>
        <w:br/>
        <w:t>Збираю я в долоні сині тіні,&lt;br /&gt;</w:t>
        <w:br/>
        <w:t>Прощаюсь із синицею, з Дніпром,&lt;br /&gt;</w:t>
        <w:br/>
        <w:t>Бо в мене не Ньютонове тяжіння,&lt;br /&gt;</w:t>
        <w:br/>
        <w:t>А галактичне — в безвість напролом.</w:t>
      </w:r>
    </w:p>
    <w:p>
      <w:r>
        <w:br/>
        <w:t>Сковороду зустрів я у трамваї&lt;br /&gt;</w:t>
        <w:br/>
        <w:t>(Блукає він по світу двісті літ).&lt;br /&gt;</w:t>
        <w:br/>
        <w:t>Смушеву скинув і мене питав,&lt;br /&gt;</w:t>
        <w:br/>
        <w:t>Чи можу Сонцю передать привіт.</w:t>
      </w:r>
    </w:p>
    <w:p>
      <w:r>
        <w:br/>
        <w:t>Чоло в старого з жовтої розлуки,&lt;br /&gt;</w:t>
        <w:br/>
        <w:t>Мільйони зморщок пов'ялили вид,&lt;br /&gt;</w:t>
        <w:br/>
        <w:t>Меланхолійні філософські руки&lt;br /&gt;</w:t>
        <w:br/>
        <w:t>Ціпком тривоги пробують цей світ.</w:t>
      </w:r>
    </w:p>
    <w:p>
      <w:r>
        <w:br/>
        <w:t>Шепоче він: "Ти відлітаєш, сину,&lt;br /&gt;</w:t>
        <w:br/>
        <w:t>На лобі в тебе знак неправоти.&lt;br /&gt;</w:t>
        <w:br/>
        <w:t>Щоб корабель не став за домовину,&lt;br /&gt;</w:t>
        <w:br/>
        <w:t>Візьми благословення — і лети.</w:t>
      </w:r>
    </w:p>
    <w:p>
      <w:r>
        <w:br/>
        <w:t>Пройдись землею. В серце йди людське ти,&lt;br /&gt;</w:t>
        <w:br/>
        <w:t>Питай у нього дозволу і права,&lt;br /&gt;</w:t>
        <w:br/>
        <w:t>Бо якорі космічної ракети&lt;br /&gt;</w:t>
        <w:br/>
        <w:t>Вросли в народ —&lt;br /&gt;</w:t>
        <w:br/>
        <w:t>навічно, аж іржаво".</w:t>
      </w:r>
    </w:p>
    <w:p>
      <w:r>
        <w:br/>
        <w:t>ПЕРША ЧАСТИНА</w:t>
      </w:r>
    </w:p>
    <w:p>
      <w:r>
        <w:br/>
        <w:t>СЕРЦЕ НАВСТІЖ&lt;br /&gt;</w:t>
        <w:br/>
        <w:t>Божевільна, Врубель і мед</w:t>
      </w:r>
    </w:p>
    <w:p>
      <w:r>
        <w:br/>
        <w:t>Свій білий плащ накинув я на плечі&lt;br /&gt;</w:t>
        <w:br/>
        <w:t>І сонячне кашне,&lt;br /&gt;</w:t>
        <w:br/>
        <w:t>І дихав мудрістю&lt;br /&gt;</w:t>
        <w:br/>
        <w:t>і сподіванням вечір,&lt;br /&gt;</w:t>
        <w:br/>
        <w:t>І поїзд мчав мене.&lt;br /&gt;</w:t>
        <w:br/>
        <w:t>Гойдались грона хмар&lt;br /&gt;</w:t>
        <w:br/>
        <w:t>і нахилялись в руки,&lt;br /&gt;</w:t>
        <w:br/>
        <w:t>Грибами віяв ліс.&lt;br /&gt;</w:t>
        <w:br/>
        <w:t>Дуби тужили, як дозрілі муки,&lt;br /&gt;</w:t>
        <w:br/>
        <w:t>І місяць тугу ніс.&lt;br /&gt;</w:t>
        <w:br/>
        <w:t>В хиткім промінні прочинились двері —&lt;br /&gt;</w:t>
        <w:br/>
        <w:t>І в віялі дощів&lt;br /&gt;</w:t>
        <w:br/>
        <w:t>Із пляшкою холодної мадери&lt;br /&gt;</w:t>
        <w:br/>
        <w:t>У чорному плащі&lt;br /&gt;</w:t>
        <w:br/>
        <w:t>Ввійшов. Поставив. Збуджено застиг.&lt;br /&gt;</w:t>
        <w:br/>
        <w:t>Простят мені.&lt;br /&gt;</w:t>
        <w:br/>
        <w:t>Переливались в смугах світляних&lt;br /&gt;</w:t>
        <w:br/>
        <w:t>Два келихи скляні.</w:t>
      </w:r>
    </w:p>
    <w:p>
      <w:r>
        <w:br/>
        <w:t>Незнайомий:</w:t>
      </w:r>
    </w:p>
    <w:p>
      <w:r>
        <w:br/>
        <w:t>Я — вічний чорт. І, лай мене й не лай,&lt;br /&gt;</w:t>
        <w:br/>
        <w:t>Я поведу тебе в таку дорогу,&lt;br /&gt;</w:t>
        <w:br/>
        <w:t>Що проклянеш ти свій священний край,&lt;br /&gt;</w:t>
        <w:br/>
        <w:t>І замір свій, і молоду тривогу.&lt;br /&gt;</w:t>
        <w:br/>
        <w:t>Ти перетрусиш кісточки дідів,&lt;br /&gt;</w:t>
        <w:br/>
        <w:t>Ти корогву розірвеш на онучі&lt;br /&gt;</w:t>
        <w:br/>
        <w:t>І тому, хто тобі так догодив,&lt;br /&gt;</w:t>
        <w:br/>
        <w:t>У чорну пащу кинешся із кручі.&lt;br /&gt;</w:t>
        <w:br/>
        <w:t>То буде з мукою, з печаллю в сто віків,&lt;br /&gt;</w:t>
        <w:br/>
        <w:t>А нині можна просто, полюбовно..&lt;br /&gt;</w:t>
        <w:br/>
        <w:t>Іди до нас, до наших трунарів,&lt;br /&gt;</w:t>
        <w:br/>
        <w:t>У наше кодло, вічне і стомовне.&lt;br /&gt;</w:t>
        <w:br/>
        <w:t>Ми кришим душі, цвіт б'ємо морозом.&lt;br /&gt;</w:t>
        <w:br/>
        <w:t>Нас — чорна ніч, а вас — якийсь мільярд..</w:t>
      </w:r>
    </w:p>
    <w:p>
      <w:r>
        <w:br/>
        <w:t>Це не погроза.&lt;br /&gt;</w:t>
        <w:br/>
        <w:t>Чого ж ти варт,&lt;br /&gt;</w:t>
        <w:br/>
        <w:t>Як віриш в справу липовую?&lt;br /&gt;</w:t>
        <w:br/>
        <w:t>Ти ж хлопець свій!</w:t>
      </w:r>
    </w:p>
    <w:p>
      <w:r>
        <w:br/>
        <w:t>Я:</w:t>
      </w:r>
    </w:p>
    <w:p>
      <w:r>
        <w:br/>
        <w:t>Кінчай — вип'ю...&lt;br /&gt;</w:t>
        <w:br/>
        <w:t>За твій упокій!</w:t>
      </w:r>
    </w:p>
    <w:p>
      <w:r>
        <w:br/>
        <w:t>Ми йшли удвох. Ліси полум'яніли&lt;br /&gt;</w:t>
        <w:br/>
        <w:t>Одспіваним, стухаючим вогнем.&lt;br /&gt;</w:t>
        <w:br/>
        <w:t>Тополь дівочих золотисті стріхи.&lt;br /&gt;</w:t>
        <w:br/>
        <w:t>Тримали сонце над блакитним днем.</w:t>
      </w:r>
    </w:p>
    <w:p>
      <w:r>
        <w:br/>
        <w:t>Хатки біліли, чепурились стріхи&lt;br /&gt;</w:t>
        <w:br/>
        <w:t>Дівчата в небо пісню понесли.&lt;br /&gt;</w:t>
        <w:br/>
        <w:t>Хлоп'ята колесо котили і для втіхи&lt;br /&gt;</w:t>
        <w:br/>
        <w:t>Пускали змія між осінніх слив.</w:t>
      </w:r>
    </w:p>
    <w:p>
      <w:r>
        <w:br/>
        <w:t>Мій чорт був у модерному костюмі.&lt;br /&gt;</w:t>
        <w:br/>
        <w:t>Плащ — на руці. Крізь скельця окуляр&lt;br /&gt;</w:t>
        <w:br/>
        <w:t>Він розсипав очиці синьоглумі,&lt;br /&gt;</w:t>
        <w:br/>
        <w:t>На призьб пекучий непростиглий жар.</w:t>
      </w:r>
    </w:p>
    <w:p>
      <w:r>
        <w:br/>
        <w:t>Тут сива жінка вилетіла з хати:&lt;br /&gt;</w:t>
        <w:br/>
        <w:t>"Ой діточки, коханенькі, сюди&lt;br /&gt;</w:t>
        <w:br/>
        <w:t>Ідіть до мене. Я ж бо; ваша мати.&lt;br /&gt;</w:t>
        <w:br/>
        <w:t>У мене свято нині. Бригадир&lt;br /&gt;</w:t>
        <w:br/>
        <w:t>Щось загордився. Не вітають люди.&lt;br /&gt;</w:t>
        <w:br/>
        <w:t>Та людям не до мене, боже мій.&lt;br /&gt;</w:t>
        <w:br/>
        <w:t>Мене лиш цуцик й півничок не гудять,&lt;br /&gt;</w:t>
        <w:br/>
        <w:t>І котик в мене в, і є бджолиний рій,</w:t>
      </w:r>
    </w:p>
    <w:p>
      <w:r>
        <w:br/>
        <w:t>Синочки в мене — всі сьогодні дома.&lt;br /&gt;</w:t>
        <w:br/>
        <w:t>Приїхали. Спасибі їм, спаси..."&lt;br /&gt;</w:t>
        <w:br/>
        <w:t>Я бачив — бралась попелом солома&lt;br /&gt;</w:t>
        <w:br/>
        <w:t>Під колір сивої красивої коси.</w:t>
      </w:r>
    </w:p>
    <w:p>
      <w:r>
        <w:br/>
        <w:t>Така печаль бриніла в її зорі,&lt;br /&gt;</w:t>
        <w:br/>
        <w:t>Що дуб од погляду німів і тріпотів.&lt;br /&gt;</w:t>
        <w:br/>
        <w:t>Каміння розсипалося на порох,&lt;br /&gt;</w:t>
        <w:br/>
        <w:t>І я ламав свої шаблюки брів.</w:t>
      </w:r>
    </w:p>
    <w:p>
      <w:r>
        <w:br/>
        <w:t>Ввійшли у хату. На столі — горілка.&lt;br /&gt;</w:t>
        <w:br/>
        <w:t>Хтось горло мені кліщами здушив:&lt;br /&gt;</w:t>
        <w:br/>
        <w:t>Три ложки, три виделки, три тарілки —&lt;br /&gt;</w:t>
        <w:br/>
        <w:t>І жодної душі.</w:t>
      </w:r>
    </w:p>
    <w:p>
      <w:r>
        <w:br/>
        <w:t>Собака за столом, і кіт хлебтав драглі,&lt;br /&gt;</w:t>
        <w:br/>
        <w:t>І півень звично сокорів на лаві.&lt;br /&gt;</w:t>
        <w:br/>
        <w:t>"Ой діточки, синочечки малі,&lt;br /&gt;</w:t>
        <w:br/>
        <w:t>Ну, випийте, красавчики ласкаві.-</w:t>
      </w:r>
    </w:p>
    <w:p>
      <w:r>
        <w:br/>
        <w:t>Вона чарки підносила котові,&lt;br /&gt;</w:t>
        <w:br/>
        <w:t>Собаці й півневі — на ймення звала їх.-&lt;br /&gt;</w:t>
        <w:br/>
        <w:t>Андрієві це буде, це Петрові.&lt;br /&gt;</w:t>
        <w:br/>
        <w:t>А це Ванюші — вистачить на всіх.</w:t>
      </w:r>
    </w:p>
    <w:p>
      <w:r>
        <w:br/>
        <w:t>Ще й гості в нас. Просіть до столу, діти!"&lt;br /&gt;</w:t>
        <w:br/>
        <w:t>І божевільна у танок пішла.&lt;br /&gt;</w:t>
        <w:br/>
        <w:t>І навіжений, і проклятий вітер&lt;br /&gt;</w:t>
        <w:br/>
        <w:t>Крутив її круг чорного стола.</w:t>
      </w:r>
    </w:p>
    <w:p>
      <w:r>
        <w:br/>
        <w:t>Три козаки ридали над старою&lt;br /&gt;</w:t>
        <w:br/>
        <w:t>І не могли зійти з кривавих рам.&lt;br /&gt;</w:t>
        <w:br/>
        <w:t>Той під Берліном, той в сніжнім завою&lt;br /&gt;</w:t>
        <w:br/>
        <w:t>Десь під Варшавою, і третій там...</w:t>
      </w:r>
    </w:p>
    <w:p>
      <w:r>
        <w:br/>
        <w:t>Ридали козаки в порожнім домі,&lt;br /&gt;</w:t>
        <w:br/>
        <w:t>А мати, сива і страшна, пливла&lt;br /&gt;</w:t>
        <w:br/>
        <w:t>Над білим світом по святій соломі.&lt;br /&gt;</w:t>
        <w:br/>
        <w:t>Кругом планети йшла — кругом стола.</w:t>
      </w:r>
    </w:p>
    <w:p>
      <w:r>
        <w:br/>
        <w:t>"Ой синочки-синочечки,&lt;br /&gt;</w:t>
        <w:br/>
        <w:t>Славні огірочечки,&lt;br /&gt;</w:t>
        <w:br/>
        <w:t>Чубчики-любчики,&lt;br /&gt;</w:t>
        <w:br/>
        <w:t>Маленькі голубчики.&lt;br /&gt;</w:t>
        <w:br/>
        <w:t>Ходить Гітлер по Вкраїні,&lt;br /&gt;</w:t>
        <w:br/>
        <w:t>Носить жорна при коліні:&lt;br /&gt;</w:t>
        <w:br/>
        <w:t>— Якби вас перетовкти&lt;br /&gt;</w:t>
        <w:br/>
        <w:t>Та од Сталіна втекти.&lt;br /&gt;</w:t>
        <w:br/>
        <w:t>А я сиджу на рядні&lt;br /&gt;</w:t>
        <w:br/>
        <w:t>Та рахую трудодні.&lt;br /&gt;</w:t>
        <w:br/>
        <w:t>Сюди — кидь, туди — кидь,&lt;br /&gt;</w:t>
        <w:br/>
        <w:t>А ти, старий діду, цить".</w:t>
      </w:r>
    </w:p>
    <w:p>
      <w:r>
        <w:br/>
        <w:t>Тут двері розчинились. З того віку,&lt;br /&gt;</w:t>
        <w:br/>
        <w:t>І з того світу в хату Врубель вбіг,&lt;br /&gt;</w:t>
        <w:br/>
        <w:t>Завмер на мить, дивився на каліку,&lt;br /&gt;</w:t>
        <w:br/>
        <w:t>І впав на збитий тугою поріг,</w:t>
      </w:r>
    </w:p>
    <w:p>
      <w:r>
        <w:br/>
        <w:t>І прошептав: "До Третьяковки нині&lt;br /&gt;</w:t>
        <w:br/>
        <w:t>Така печаль долинула відсіль,&lt;br /&gt;</w:t>
        <w:br/>
        <w:t>Що Демон все розкидав на картині,&lt;br /&gt;</w:t>
        <w:br/>
        <w:t>Всіх розігнав, відчувши дикий біль.</w:t>
      </w:r>
    </w:p>
    <w:p>
      <w:r>
        <w:br/>
        <w:t>Його журбу оця печаль зв'ялила,&lt;br /&gt;</w:t>
        <w:br/>
        <w:t>Від сорому себе він в груди б'є.&lt;br /&gt;</w:t>
        <w:br/>
        <w:t>Горіли фарби, і тріщали крила...&lt;br /&gt;</w:t>
        <w:br/>
        <w:t>Вклоняюсь вам — Страждання ви моє!"</w:t>
      </w:r>
    </w:p>
    <w:p>
      <w:r>
        <w:br/>
        <w:t>А мати нам у ринку мед давала,&lt;br /&gt;</w:t>
        <w:br/>
        <w:t>Густий осінній захолодий мед.</w:t>
      </w:r>
    </w:p>
    <w:p>
      <w:r>
        <w:br/>
        <w:t>Медове листя за вікном кружляло,&lt;br /&gt;</w:t>
        <w:br/>
        <w:t>Печаллю повиваючи свій лет.&lt;br /&gt;</w:t>
        <w:br/>
        <w:t>"Тож, гості дорогенькі, на дорогу&lt;br /&gt;</w:t>
        <w:br/>
        <w:t>Візьміть гостинець — ринку ж занесіть".&lt;br /&gt;</w:t>
        <w:br/>
        <w:t>Я поклонився матері у ноги&lt;br /&gt;</w:t>
        <w:br/>
        <w:t>І диких дум порвав жорстоку сіть.</w:t>
      </w:r>
    </w:p>
    <w:p>
      <w:r>
        <w:br/>
        <w:t>Я сивіти почав у двадцять п'ять&lt;br /&gt;</w:t>
        <w:br/>
        <w:t>Од тої хати, од скорботи тої.&lt;br /&gt;</w:t>
        <w:br/>
        <w:t>Ця мати вміє сина виряджать,&lt;br /&gt;</w:t>
        <w:br/>
        <w:t>Затужить тонко серцем і рукою.</w:t>
      </w:r>
    </w:p>
    <w:p>
      <w:r>
        <w:br/>
        <w:t>Вона постане, чиста і тривожна,&lt;br /&gt;</w:t>
        <w:br/>
        <w:t>Зіпершись на печаль свою внизу,&lt;br /&gt;</w:t>
        <w:br/>
        <w:t>І дасть мені в космічне бездоріжжя&lt;br /&gt;</w:t>
        <w:br/>
        <w:t>Мед — доброті і роздумам — сльозу.</w:t>
      </w:r>
    </w:p>
    <w:p>
      <w:r>
        <w:br/>
        <w:t>Похорон голови колгоспу</w:t>
      </w:r>
    </w:p>
    <w:p>
      <w:r>
        <w:br/>
        <w:t>Його несли на жилавих руках,&lt;br /&gt;</w:t>
        <w:br/>
        <w:t>На гніві, на невизрілому смутку,&lt;br /&gt;</w:t>
        <w:br/>
        <w:t>В кленовій жовто-білій домовині-&lt;br /&gt;</w:t>
        <w:br/>
        <w:t>Сорокалітнього красивого мужчину —&lt;br /&gt;</w:t>
        <w:br/>
        <w:t>Його несли на жилавих руках.</w:t>
      </w:r>
    </w:p>
    <w:p>
      <w:r>
        <w:br/>
        <w:t>А я стояв із невідчепним чортом,&lt;br /&gt;</w:t>
        <w:br/>
        <w:t>А я ішов дорогою з людьми.&lt;br /&gt;</w:t>
        <w:br/>
        <w:t>І гнулися від горя їхні плечі.&lt;br /&gt;</w:t>
        <w:br/>
        <w:t>Я захлинався музикою суму.&lt;br /&gt;</w:t>
        <w:br/>
        <w:t>Ми шапки вітру одягли із чортом.</w:t>
      </w:r>
    </w:p>
    <w:p>
      <w:r>
        <w:br/>
        <w:t>І слалась листом молода дорога,&lt;br /&gt;</w:t>
        <w:br/>
        <w:t>Солом'яні брилі хати скидали,&lt;br /&gt;</w:t>
        <w:br/>
        <w:t>І синій жаль світився в їх очах.&lt;br /&gt;</w:t>
        <w:br/>
        <w:t>Жінки ридали, і тини, і коні —&lt;br /&gt;</w:t>
        <w:br/>
        <w:t>І так поволі слалася дорога.</w:t>
      </w:r>
    </w:p>
    <w:p>
      <w:r>
        <w:br/>
        <w:t>Востаннє він піднявся в домовиш,&lt;br /&gt;</w:t>
        <w:br/>
        <w:t>Рукою сперся на ребро гембльоване,&lt;br /&gt;</w:t>
        <w:br/>
        <w:t>В ребро життя втиснув востаннє руку&lt;br /&gt;</w:t>
        <w:br/>
        <w:t>І смерть прокляв очима і губами,&lt;br /&gt;</w:t>
        <w:br/>
        <w:t>Коли піднявсь востаннє в домовині:</w:t>
      </w:r>
    </w:p>
    <w:p>
      <w:r>
        <w:br/>
        <w:t>"Одну легеню я віддав війні.&lt;br /&gt;</w:t>
        <w:br/>
        <w:t>А вам віддав і серце, й мозок свій,&lt;br /&gt;</w:t>
        <w:br/>
        <w:t>І злість свою, й легеню ту останню,&lt;br /&gt;</w:t>
        <w:br/>
        <w:t>І сивий сум свій, і красу любові,&lt;br /&gt;</w:t>
        <w:br/>
        <w:t>Яку зберіг в страховищі війни.</w:t>
      </w:r>
    </w:p>
    <w:p>
      <w:r>
        <w:br/>
        <w:t>Ось хата Гапчина, похилена, низька.&lt;br /&gt;</w:t>
        <w:br/>
        <w:t>Я завинив навіки перед нею,&lt;br /&gt;</w:t>
        <w:br/>
        <w:t>Перед її убогістю. Прощай!&lt;br /&gt;</w:t>
        <w:br/>
        <w:t>Мені ти не даси спокою на тім світі,&lt;br /&gt;</w:t>
        <w:br/>
        <w:t>Вдовина хато, змучена, низька.</w:t>
      </w:r>
    </w:p>
    <w:p>
      <w:r>
        <w:br/>
        <w:t>Прощайте, ферми! Й ви, воли розумні!&lt;br /&gt;</w:t>
        <w:br/>
        <w:t>Й сторожкі коні в траурнім вбранні,&lt;br /&gt;</w:t>
        <w:br/>
        <w:t>І чисте сонце, й люди, й лист кленовий!&lt;br /&gt;</w:t>
        <w:br/>
        <w:t>І ви, машини, й ти, кринице вірна!&lt;br /&gt;</w:t>
        <w:br/>
        <w:t>Прощай, дорого! Й ви, води розумні!</w:t>
      </w:r>
    </w:p>
    <w:p>
      <w:r>
        <w:br/>
        <w:t>А ти, Бетховене, прости мені за те,&lt;br /&gt;</w:t>
        <w:br/>
        <w:t>Що я не мав часу прийти до тебе,&lt;br /&gt;</w:t>
        <w:br/>
        <w:t>Що знаю я симфонії полів,&lt;br /&gt;</w:t>
        <w:br/>
        <w:t>Але твоєї жодної не знаю.&lt;br /&gt;</w:t>
        <w:br/>
        <w:t>Прости мені, Бетховене, за це.</w:t>
      </w:r>
    </w:p>
    <w:p>
      <w:r>
        <w:br/>
        <w:t>І ви, Родени, Моцарти й Ейнштейни,&lt;br /&gt;</w:t>
        <w:br/>
        <w:t>Ходив я часто до людського горя&lt;br /&gt;</w:t>
        <w:br/>
        <w:t>І повертав його очима в сонце.&lt;br /&gt;</w:t>
        <w:br/>
        <w:t>Одним багатий, іншим бідний я.&lt;br /&gt;</w:t>
        <w:br/>
        <w:t>Простіть, Родени, Моцарти й Ейнштейни.</w:t>
      </w:r>
    </w:p>
    <w:p>
      <w:r>
        <w:br/>
        <w:t>А ти, Степане, п'яний і сьогодні.&lt;br /&gt;</w:t>
        <w:br/>
        <w:t>Прости, що лаяв рідко я тебе.&lt;br /&gt;</w:t>
        <w:br/>
        <w:t>Що в смуток твій я не ввійшов душею,&lt;br /&gt;</w:t>
        <w:br/>
        <w:t>І ти, хмарино сиза, прощавай,&lt;br /&gt;</w:t>
        <w:br/>
        <w:t>Дощем поплачеш по мені сьогодні.</w:t>
      </w:r>
    </w:p>
    <w:p>
      <w:r>
        <w:br/>
        <w:t>Ми з вами хліб робили, цукор чистий,&lt;br /&gt;</w:t>
        <w:br/>
        <w:t>І рідко ми дивились на красу.&lt;br /&gt;</w:t>
        <w:br/>
        <w:t>Прости, Марино, що не надивився&lt;br /&gt;</w:t>
        <w:br/>
        <w:t>Я на вуста твої і очі сині.&lt;br /&gt;</w:t>
        <w:br/>
        <w:t>Ми з вами хліб робили, цукор чистий".</w:t>
      </w:r>
    </w:p>
    <w:p>
      <w:r>
        <w:br/>
        <w:t>І він притих. Хрестами зводивсь цвинтар,&lt;br /&gt;</w:t>
        <w:br/>
        <w:t>І голова ковтнув життя востаннє —&lt;br /&gt;</w:t>
        <w:br/>
        <w:t>Кругом чола кружляв супутник в нього,&lt;br /&gt;</w:t>
        <w:br/>
        <w:t>Утворюючи німб простій людині,&lt;br /&gt;</w:t>
        <w:br/>
        <w:t>Що вмерла, бо хрестами зводивсь цвинтар.</w:t>
      </w:r>
    </w:p>
    <w:p>
      <w:r>
        <w:br/>
        <w:t>Шептало Небо до Землі-сестриці:&lt;br /&gt;</w:t>
        <w:br/>
        <w:t>"Візьми його у себе — славне серце.&lt;br /&gt;</w:t>
        <w:br/>
        <w:t>Бо скоро я прийматиму у лоно&lt;br /&gt;</w:t>
        <w:br/>
        <w:t>Твоїх синів, коли застане смерть",-&lt;br /&gt;</w:t>
        <w:br/>
        <w:t>Шептало Небо зверхньо до Землі.</w:t>
      </w:r>
    </w:p>
    <w:p>
      <w:r>
        <w:br/>
        <w:t>І Мефістофель насміхався з мене,&lt;br /&gt;</w:t>
        <w:br/>
        <w:t>І грудку шани кинув на труну я&lt;br /&gt;</w:t>
        <w:br/>
        <w:t>І сивів я.&lt;br /&gt;</w:t>
        <w:br/>
        <w:t>Збирались в небі сльози.&lt;br /&gt;</w:t>
        <w:br/>
        <w:t>Ридали хмари, кутаючи сонце.&lt;br /&gt;</w:t>
        <w:br/>
        <w:t>І Мефістофель насміхався з мене.</w:t>
      </w:r>
    </w:p>
    <w:p>
      <w:r>
        <w:br/>
        <w:t>Мене хрестили всі хрести довкола,&lt;br /&gt;</w:t>
        <w:br/>
        <w:t>Благословляли люди і дерева,&lt;br /&gt;</w:t>
        <w:br/>
        <w:t>І голова червоною зорею&lt;br /&gt;</w:t>
        <w:br/>
        <w:t>Мене благословив в дорогу синю.&lt;br /&gt;</w:t>
        <w:br/>
        <w:t>Поля чорніли, як муар, довкола.</w:t>
      </w:r>
    </w:p>
    <w:p>
      <w:r>
        <w:br/>
        <w:t>Невидимі сльози весілля</w:t>
      </w:r>
    </w:p>
    <w:p>
      <w:r>
        <w:br/>
        <w:t>Гей, у коло, подорожні!&lt;br /&gt;</w:t>
        <w:br/>
        <w:t>Чарку їм, бояри!&lt;br /&gt;</w:t>
        <w:br/>
        <w:t>І кружляли, вирували, гупотіли пари.&lt;br /&gt;</w:t>
        <w:br/>
        <w:t>Хто сміявся-заливався,&lt;br /&gt;</w:t>
        <w:br/>
        <w:t>кого сон завіяв.&lt;br /&gt;</w:t>
        <w:br/>
        <w:t>Молоденький барабанщик&lt;br /&gt;</w:t>
        <w:br/>
        <w:t>булаву посіяв&lt;br /&gt;</w:t>
        <w:br/>
        <w:t>І шукає на долівці.&lt;br /&gt;</w:t>
        <w:br/>
        <w:t>Пахне кропом в хаті.&lt;br /&gt;</w:t>
        <w:br/>
        <w:t>Кукурікають на стінах півні пелехаті.&lt;br /&gt;</w:t>
        <w:br/>
        <w:t>Вітер голову просуне,&lt;br /&gt;</w:t>
        <w:br/>
        <w:t>візьме руки в боки,&lt;br /&gt;</w:t>
        <w:br/>
        <w:t>Пронесеться з сватом Гнатом&lt;br /&gt;</w:t>
        <w:br/>
        <w:t>вивертом високим.&lt;br /&gt;</w:t>
        <w:br/>
        <w:t>Садівник бере у руки квашені,&lt;br /&gt;</w:t>
        <w:br/>
        <w:t>пахучі,&lt;br /&gt;</w:t>
        <w:br/>
        <w:t>Жовто-сизі, повнощокі,&lt;br /&gt;</w:t>
        <w:br/>
        <w:t>з хвостиком закрученим,&lt;br /&gt;</w:t>
        <w:br/>
        <w:t>Кум в наливку губи мочить,&lt;br /&gt;</w:t>
        <w:br/>
        <w:t>щось кумі шепоче,&lt;br /&gt;</w:t>
        <w:br/>
        <w:t>Вус вихрястий, попелястий&lt;br /&gt;</w:t>
        <w:br/>
        <w:t>щоку пролоскоче.&lt;br /&gt;</w:t>
        <w:br/>
        <w:t>Молодий — красивий, гордий,&lt;br /&gt;</w:t>
        <w:br/>
        <w:t>зверхньо очі мружить,&lt;br /&gt;</w:t>
        <w:br/>
        <w:t>Сизим соколом вприсядку&lt;br /&gt;</w:t>
        <w:br/>
        <w:t>по долівці кружить.&lt;br /&gt;</w:t>
        <w:br/>
        <w:t>Дітвора багатоока стукав у шибку&lt;br /&gt;</w:t>
        <w:br/>
        <w:t>До тонкої молодої&lt;br /&gt;</w:t>
        <w:br/>
        <w:t>несуть тоншу скрипку.&lt;br /&gt;</w:t>
        <w:br/>
        <w:t>Сутенів. Вечоріє. Блакитніють вії.&lt;br /&gt;</w:t>
        <w:br/>
        <w:t>"Ти заграй нам, наша мріє,&lt;br /&gt;</w:t>
        <w:br/>
        <w:t>пісне, Соломіє".&lt;br /&gt;</w:t>
        <w:br/>
        <w:t>І заграла-затужила, розкрилила крила.&lt;br /&gt;</w:t>
        <w:br/>
        <w:t>Зразу хрипко, потім скрипка&lt;br /&gt;</w:t>
        <w:br/>
        <w:t>сльози проросила.</w:t>
      </w:r>
    </w:p>
    <w:p>
      <w:r>
        <w:br/>
        <w:t>Скрипка-Соломія:</w:t>
      </w:r>
    </w:p>
    <w:p>
      <w:r>
        <w:br/>
        <w:t>Я — дівчина, я — скрипка тонкостанна.&lt;br /&gt;</w:t>
        <w:br/>
        <w:t>Я — ніжна ніч у зорянім вінку.&lt;br /&gt;</w:t>
        <w:br/>
        <w:t>У мене тіло з білого туману,&lt;br /&gt;</w:t>
        <w:br/>
        <w:t>Із сонця у хмарнннім сповитку.</w:t>
      </w:r>
    </w:p>
    <w:p>
      <w:r>
        <w:br/>
        <w:t>Я — мерехтлива чорнобрива птиця&lt;br /&gt;</w:t>
        <w:br/>
        <w:t>Із крилами жевріючих світань,&lt;br /&gt;</w:t>
        <w:br/>
        <w:t>Переді мною м'якне синя криця,&lt;br /&gt;</w:t>
        <w:br/>
        <w:t>Бо мука моя сива і свята.</w:t>
      </w:r>
    </w:p>
    <w:p>
      <w:r>
        <w:br/>
        <w:t>Несу я ніжність у світи жорстокі,&lt;br /&gt;</w:t>
        <w:br/>
        <w:t>її бджолою брала я з століть,&lt;br /&gt;</w:t>
        <w:br/>
        <w:t>Щоб в ці скажені і трагічні роки&lt;br /&gt;</w:t>
        <w:br/>
        <w:t>Коханому хоть хвильку пробриніть.</w:t>
      </w:r>
    </w:p>
    <w:p>
      <w:r>
        <w:br/>
        <w:t>Я хочу дати зоряного сина&lt;br /&gt;</w:t>
        <w:br/>
        <w:t>Тому, що рветься крізь ракетний грім,&lt;br /&gt;</w:t>
        <w:br/>
        <w:t>І докором хай буде ця хвилина&lt;br /&gt;</w:t>
        <w:br/>
        <w:t>Тому, що зветься судженим моїм.</w:t>
      </w:r>
    </w:p>
    <w:p>
      <w:r>
        <w:br/>
        <w:t>Ви шлюбну постіль стелите грошима,&lt;br /&gt;</w:t>
        <w:br/>
        <w:t>Зірки у вас не сіються з руки.&lt;br /&gt;</w:t>
        <w:br/>
        <w:t>Даровані золочені зажими&lt;br /&gt;</w:t>
        <w:br/>
        <w:t>П'ють кров душі, як золоті п'явки.</w:t>
      </w:r>
    </w:p>
    <w:p>
      <w:r>
        <w:br/>
        <w:t>А в мене ж тіло з білого туману,&lt;br /&gt;</w:t>
        <w:br/>
        <w:t>Із сонця у хмариннім сповитку.&lt;br /&gt;</w:t>
        <w:br/>
        <w:t>Я — дівчина, я — скрипка тонкостанна.&lt;br /&gt;</w:t>
        <w:br/>
        <w:t>Я — ніжна ніч у зорянім вінку.</w:t>
      </w:r>
    </w:p>
    <w:p>
      <w:r>
        <w:br/>
        <w:t>Так квилила, так тужила,&lt;br /&gt;</w:t>
        <w:br/>
        <w:t>сльозою росила,&lt;br /&gt;</w:t>
        <w:br/>
        <w:t>Отак крила розкрилила дівчина красива,&lt;br /&gt;</w:t>
        <w:br/>
        <w:t>Аж зірками проростала&lt;br /&gt;</w:t>
        <w:br/>
        <w:t>темно-синя шибка.&lt;br /&gt;</w:t>
        <w:br/>
        <w:t>На столі в риданнях билась&lt;br /&gt;</w:t>
        <w:br/>
        <w:t>тонкостанна скрипка.</w:t>
      </w:r>
    </w:p>
    <w:p>
      <w:r>
        <w:br/>
        <w:t>Українські коні над Парижем</w:t>
      </w:r>
    </w:p>
    <w:p>
      <w:r>
        <w:br/>
        <w:t>Заслуженому майстрові народної&lt;br /&gt;</w:t>
        <w:br/>
        <w:t>творчості Омелянові Залізняку</w:t>
      </w:r>
    </w:p>
    <w:p>
      <w:r>
        <w:br/>
        <w:t>Цей світ живий витворював не бог,&lt;br /&gt;</w:t>
        <w:br/>
        <w:t>А чоловік з Адамової глини,&lt;br /&gt;</w:t>
        <w:br/>
        <w:t>Цей світ пофарбувався і просох —&lt;br /&gt;</w:t>
        <w:br/>
        <w:t>Просився в серце зрячої людини.</w:t>
      </w:r>
    </w:p>
    <w:p>
      <w:r>
        <w:br/>
        <w:t>Коти тут ніжились,&lt;br /&gt;</w:t>
        <w:br/>
        <w:t>шугали тут жар-птиці,&lt;br /&gt;</w:t>
        <w:br/>
        <w:t>Із глини ліплені, пропечені вогнем.&lt;br /&gt;</w:t>
        <w:br/>
        <w:t>Жевріли зеленіючі очиці&lt;br /&gt;</w:t>
        <w:br/>
        <w:t>В таких тварин, яких не відав Брем.</w:t>
      </w:r>
    </w:p>
    <w:p>
      <w:r>
        <w:br/>
        <w:t>Я не звертав уваги на коня.&lt;br /&gt;</w:t>
        <w:br/>
        <w:t>"Дитяча забавка",-&lt;br /&gt;</w:t>
        <w:br/>
        <w:t>подумалось недбало.&lt;br /&gt;</w:t>
        <w:br/>
        <w:t>Козла дзвінкого тихо з шафи зняв&lt;br /&gt;</w:t>
        <w:br/>
        <w:t>І задививсь на роги небувалі.</w:t>
      </w:r>
    </w:p>
    <w:p>
      <w:r>
        <w:br/>
        <w:t>Я був сліпий — і кінь помстив мені,&lt;br /&gt;</w:t>
        <w:br/>
        <w:t>Коли на нього позирнув я вдруге:&lt;br /&gt;</w:t>
        <w:br/>
        <w:t>Мені він кинув душу в пломені,&lt;br /&gt;</w:t>
        <w:br/>
        <w:t>І трісли неіснуючі попруги.</w:t>
      </w:r>
    </w:p>
    <w:p>
      <w:r>
        <w:br/>
        <w:t>Зробив він з мене дикий сизий степ,&lt;br /&gt;</w:t>
        <w:br/>
        <w:t>Байдужого жбурнувши літ на триста.&lt;br /&gt;</w:t>
        <w:br/>
        <w:t>І мчала по мені крізь марево густе&lt;br /&gt;</w:t>
        <w:br/>
        <w:t>Орда іржача, буйна і розхристана.</w:t>
      </w:r>
    </w:p>
    <w:p>
      <w:r>
        <w:br/>
        <w:t>Він поводир був, імператор-кінь,&lt;br /&gt;</w:t>
        <w:br/>
        <w:t>Він бив мене копитами некутими,&lt;br /&gt;</w:t>
        <w:br/>
        <w:t>Щоб десь там через кількасот років&lt;br /&gt;</w:t>
        <w:br/>
        <w:t>Не йшла байдужість в зорі п'ятикутні.</w:t>
      </w:r>
    </w:p>
    <w:p>
      <w:r>
        <w:br/>
        <w:t>Я подивився вдруге. Він мене&lt;br /&gt;</w:t>
        <w:br/>
        <w:t>Зробив Дніпром, чи то пак Бористеном.&lt;br /&gt;</w:t>
        <w:br/>
        <w:t>Я ждав — він зараз орди прожене&lt;br /&gt;</w:t>
        <w:br/>
        <w:t>Нутром блакитним в розпалі шаленім,</w:t>
      </w:r>
    </w:p>
    <w:p>
      <w:r>
        <w:br/>
        <w:t>А він прийшов і хмари з мене пив.&lt;br /&gt;</w:t>
        <w:br/>
        <w:t>Вуздечка срібна вилася розгублено.&lt;br /&gt;</w:t>
        <w:br/>
        <w:t>Із-за полинних гіркнучих снопів&lt;br /&gt;</w:t>
        <w:br/>
        <w:t>Лоша він кликав — принца ніжногубого.</w:t>
      </w:r>
    </w:p>
    <w:p>
      <w:r>
        <w:br/>
        <w:t>Я подивився втретє. І проріс&lt;br /&gt;</w:t>
        <w:br/>
        <w:t>Палацами, халупами й мостами.&lt;br /&gt;</w:t>
        <w:br/>
        <w:t>І Сена бігла по мені навскіс,&lt;br /&gt;</w:t>
        <w:br/>
        <w:t>А в ній купались і дерева й храми.</w:t>
      </w:r>
    </w:p>
    <w:p>
      <w:r>
        <w:br/>
        <w:t>А по мені на скіфському коні&lt;br /&gt;</w:t>
        <w:br/>
        <w:t>І наді мною в строгім неспокою&lt;br /&gt;</w:t>
        <w:br/>
        <w:t>Пікассо мчав крізь хмари срібляні&lt;br /&gt;</w:t>
        <w:br/>
        <w:t>І голуба притримував рукою...</w:t>
      </w:r>
    </w:p>
    <w:p>
      <w:r>
        <w:br/>
        <w:t>Прости мене, розумний коню мій,&lt;br /&gt;</w:t>
        <w:br/>
        <w:t>За темноту, що з горя попеляста,&lt;br /&gt;</w:t>
        <w:br/>
        <w:t>І поведи крізь цих рядків сувій&lt;br /&gt;</w:t>
        <w:br/>
        <w:t>До свого бога, до творця, до майстра.</w:t>
      </w:r>
    </w:p>
    <w:p>
      <w:r>
        <w:br/>
        <w:t>На тій майстерні не шукай табличок,&lt;br /&gt;</w:t>
        <w:br/>
        <w:t>А просто йди із серцем під рукою,&lt;br /&gt;</w:t>
        <w:br/>
        <w:t>Де сивий муж із глини коней кличе&lt;br /&gt;</w:t>
        <w:br/>
        <w:t>Й воли в печі ремиґають юрбою.</w:t>
      </w:r>
    </w:p>
    <w:p>
      <w:r>
        <w:br/>
        <w:t>Де по незвичній сум'ятній палітрі&lt;br /&gt;</w:t>
        <w:br/>
        <w:t>Тривога йде з-за дальніх небокраїв:&lt;br /&gt;</w:t>
        <w:br/>
        <w:t>Сидить корова в чорному циліндрі&lt;br /&gt;</w:t>
        <w:br/>
        <w:t>І бомбу ратицями чорними ж тримає.</w:t>
      </w:r>
    </w:p>
    <w:p>
      <w:r>
        <w:br/>
        <w:t>І скачуть коні через бюрократів&lt;br /&gt;</w:t>
        <w:br/>
        <w:t>В Москву, в Париж — некуто і красиво,&lt;br /&gt;</w:t>
        <w:br/>
        <w:t>Негнуздані і волею багаті,&lt;br /&gt;</w:t>
        <w:br/>
        <w:t>Вкраїну мчать на вицвічених гривах.</w:t>
      </w:r>
    </w:p>
    <w:p>
      <w:r>
        <w:br/>
        <w:t>Як задні ноги — біля стін Софії,&lt;br /&gt;</w:t>
        <w:br/>
        <w:t>Стрибок — передні на столі в Амаду.&lt;br /&gt;</w:t>
        <w:br/>
        <w:t>А Залізняк щось сумовито мріє&lt;br /&gt;</w:t>
        <w:br/>
        <w:t>Й сіда до нього Вічність на пораду.</w:t>
      </w:r>
    </w:p>
    <w:p>
      <w:r>
        <w:br/>
        <w:t>А скіфський кінь із мазаної хати&lt;br /&gt;</w:t>
        <w:br/>
        <w:t>Чумацьким Шляхом зорі прогортає...&lt;br /&gt;</w:t>
        <w:br/>
        <w:t>Ну, що ти скажеш, бісе плутуватий,&lt;br /&gt;</w:t>
        <w:br/>
        <w:t>Про хуторянську долю мого краю?!</w:t>
      </w:r>
    </w:p>
    <w:p>
      <w:r>
        <w:br/>
        <w:t>ДРУГА ЧАСТИНА</w:t>
      </w:r>
    </w:p>
    <w:p>
      <w:r>
        <w:br/>
        <w:t>НІЖ У СОНЦІ</w:t>
      </w:r>
    </w:p>
    <w:p>
      <w:r>
        <w:br/>
        <w:t>Радіограма японських рибалок</w:t>
      </w:r>
    </w:p>
    <w:p>
      <w:r>
        <w:br/>
        <w:t>Ми витягли сіті,&lt;br /&gt;</w:t>
        <w:br/>
        <w:t>на палубу сипали рибу.&lt;br /&gt;</w:t>
        <w:br/>
        <w:t>Тільки сходило сонце,&lt;br /&gt;</w:t>
        <w:br/>
        <w:t>як ми починали улов,&lt;br /&gt;</w:t>
        <w:br/>
        <w:t>І меншали тіні&lt;br /&gt;</w:t>
        <w:br/>
        <w:t>на висрібленій лусці,&lt;br /&gt;</w:t>
        <w:br/>
        <w:t>І сум наш зникав,&lt;br /&gt;</w:t>
        <w:br/>
        <w:t>спалений сонцем і рибою.&lt;br /&gt;</w:t>
        <w:br/>
        <w:t>Ми знову закинули сіті&lt;br /&gt;</w:t>
        <w:br/>
        <w:t>у води надії.&lt;br /&gt;</w:t>
        <w:br/>
        <w:t>Чекали нас діти голодні&lt;br /&gt;</w:t>
        <w:br/>
        <w:t>й вагітні дружини.&lt;br /&gt;</w:t>
        <w:br/>
        <w:t>Ми витягли сіті,&lt;br /&gt;</w:t>
        <w:br/>
        <w:t>на палубу сипали рибу.&lt;br /&gt;</w:t>
        <w:br/>
        <w:t>Як раптом —&lt;br /&gt;</w:t>
        <w:br/>
        <w:t>спинилися наші тіні.&lt;br /&gt;</w:t>
        <w:br/>
        <w:t>Ми очі звели на чисте&lt;br /&gt;</w:t>
        <w:br/>
        <w:t>блакитне небо.&lt;br /&gt;</w:t>
        <w:br/>
        <w:t>Попадали ми на палубу,&lt;br /&gt;</w:t>
        <w:br/>
        <w:t>колінами мнучи рибу.&lt;br /&gt;</w:t>
        <w:br/>
        <w:t>І билися разом з нею, і теж&lt;br /&gt;</w:t>
        <w:br/>
        <w:t>задихалися з нею.&lt;br /&gt;</w:t>
        <w:br/>
        <w:t>Ми стали нікчемною рибою, хіба що&lt;br /&gt;</w:t>
        <w:br/>
        <w:t>з ногами й руками.&lt;br /&gt;</w:t>
        <w:br/>
        <w:t>Спинилося сонце на небі,&lt;br /&gt;</w:t>
        <w:br/>
        <w:t>на небі спинилося сонце.&lt;br /&gt;</w:t>
        <w:br/>
        <w:t>А потім пішло назад&lt;br /&gt;</w:t>
        <w:br/>
        <w:t>і сипало іскри на землю.&lt;br /&gt;</w:t>
        <w:br/>
        <w:t>Сонце пішло на Америку.&lt;br /&gt;</w:t>
        <w:br/>
        <w:t>Ми били один одного —&lt;br /&gt;</w:t>
        <w:br/>
        <w:t>Мо', сон навіявся звідкись,&lt;br /&gt;</w:t>
        <w:br/>
        <w:t>і це нам лише наснилось.&lt;br /&gt;</w:t>
        <w:br/>
        <w:t>Та сонце пішло на схід — і ми&lt;br /&gt;</w:t>
        <w:br/>
        <w:t>божеволіли скопом.&lt;br /&gt;</w:t>
        <w:br/>
        <w:t>Ми витягли сіті з води&lt;br /&gt;</w:t>
        <w:br/>
        <w:t>і їх закидали в небо,&lt;br /&gt;</w:t>
        <w:br/>
        <w:t>Щоб сонце зловити — спинити&lt;br /&gt;</w:t>
        <w:br/>
        <w:t>цю золоту і єдину&lt;br /&gt;</w:t>
        <w:br/>
        <w:t>Рибу неба, рибу предків&lt;br /&gt;</w:t>
        <w:br/>
        <w:t>й нащадків наших.</w:t>
      </w:r>
    </w:p>
    <w:p>
      <w:r>
        <w:br/>
        <w:t>Повідомлення агентства&lt;br /&gt;</w:t>
        <w:br/>
        <w:t>Ассошіейтед пресе (Америка):</w:t>
      </w:r>
    </w:p>
    <w:p>
      <w:r>
        <w:br/>
        <w:t>Слухайте, слухайте всі:&lt;br /&gt;</w:t>
        <w:br/>
        <w:t>Кінець правді, кінець красі.&lt;br /&gt;</w:t>
        <w:br/>
        <w:t>З мису Канаверал (знай силу нашу)&lt;br /&gt;</w:t>
        <w:br/>
        <w:t>Вчора ракету пустили.&lt;br /&gt;</w:t>
        <w:br/>
        <w:t>А росіяни безсилі.&lt;br /&gt;</w:t>
        <w:br/>
        <w:t>Ех, заварили ж ми кашу —&lt;br /&gt;</w:t>
        <w:br/>
        <w:t>В Сонце всадили ножа.&lt;br /&gt;</w:t>
        <w:br/>
        <w:t>Гітлер би з радості заіржав.&lt;br /&gt;</w:t>
        <w:br/>
        <w:t>Автомат ракети вдарив ножем&lt;br /&gt;</w:t>
        <w:br/>
        <w:t>Сонцю в палаюче серце,-&lt;br /&gt;</w:t>
        <w:br/>
        <w:t>Ми у всесвітньому герці,&lt;br /&gt;</w:t>
        <w:br/>
        <w:t>Пальму першості ми несем.&lt;br /&gt;</w:t>
        <w:br/>
        <w:t>Ніж Америки в сонячнім серці.&lt;br /&gt;</w:t>
        <w:br/>
        <w:t>Комуністи безкрилі.&lt;br /&gt;</w:t>
        <w:br/>
        <w:t>Комуністи безсилі</w:t>
      </w:r>
    </w:p>
    <w:p>
      <w:r>
        <w:br/>
        <w:t>Інтерв'ю Хемінгуея&lt;br /&gt;</w:t>
        <w:br/>
        <w:t>кореспондентові Франс Пресс:</w:t>
      </w:r>
    </w:p>
    <w:p>
      <w:r>
        <w:br/>
        <w:t>Кров Сонця спалить все на світі,-&lt;br /&gt;</w:t>
        <w:br/>
        <w:t>Кричить газет лякливий хор.&lt;br /&gt;</w:t>
        <w:br/>
        <w:t>Так! Це кінець людській кориді.&lt;br /&gt;</w:t>
        <w:br/>
        <w:t>Догралось людство-матадор.</w:t>
      </w:r>
    </w:p>
    <w:p>
      <w:r>
        <w:br/>
        <w:t>Повідомлення інституту&lt;br /&gt;</w:t>
        <w:br/>
        <w:t>пораненого сонця (Париж)</w:t>
      </w:r>
    </w:p>
    <w:p>
      <w:r>
        <w:br/>
        <w:t>Вчена рада інституту вирішила на своїх&lt;br /&gt;</w:t>
        <w:br/>
        <w:t>численних засіданнях</w:t>
      </w:r>
    </w:p>
    <w:p>
      <w:r>
        <w:br/>
        <w:t>1. Сонце-це втілення людських прагнень до правди,&lt;br /&gt;</w:t>
        <w:br/>
        <w:t>до краси, до сміливості, до ніжності і т. д.&lt;br /&gt;</w:t>
        <w:br/>
        <w:t>Як виникло Сонце? Сонце виникло у фокусі&lt;br /&gt;</w:t>
        <w:br/>
        <w:t>людських поглядів, звернених у небо, бо ж людина&lt;br /&gt;</w:t>
        <w:br/>
        <w:t>звикла дивитись у небо, якщо вона не тварина.</w:t>
      </w:r>
    </w:p>
    <w:p>
      <w:r>
        <w:br/>
        <w:t>2. Чому Сонце не стоїть на місці?&lt;br /&gt;</w:t>
        <w:br/>
        <w:t>Бо ж треба зібрати в себе всі прагнення і&lt;br /&gt;</w:t>
        <w:br/>
        <w:t>помисли білих і чорних, жовтих і червоних&lt;br /&gt;</w:t>
        <w:br/>
        <w:t>людей, в ескімосів і полінезійців, в академіків&lt;br /&gt;</w:t>
        <w:br/>
        <w:t>і сміттярів і, крім того, треба ще світити.</w:t>
      </w:r>
    </w:p>
    <w:p>
      <w:r>
        <w:br/>
        <w:t>3. Чому на Сонці плями?&lt;br /&gt;</w:t>
        <w:br/>
        <w:t>Всяка людська підлість, дим війни і крик вдів&lt;br /&gt;</w:t>
        <w:br/>
        <w:t>споконвіку осідають на Сонці Тому воно так&lt;br /&gt;</w:t>
        <w:br/>
        <w:t>потемнішало</w:t>
      </w:r>
    </w:p>
    <w:p>
      <w:r>
        <w:br/>
        <w:t>4. Смертельно зранене Сонце стікає полум'яною кров'ю&lt;br /&gt;</w:t>
        <w:br/>
        <w:t>і заливає вогнем всю Америку. Атлантичний океан&lt;br /&gt;</w:t>
        <w:br/>
        <w:t>обмілів уже наполовину. Атомні підводні човни&lt;br /&gt;</w:t>
        <w:br/>
        <w:t>лежать з акулами і китами на суші. Людство&lt;br /&gt;</w:t>
        <w:br/>
        <w:t>гине. Наші повідомлення йдуть з Парижа, з&lt;br /&gt;</w:t>
        <w:br/>
        <w:t>підземелля. Невідомо, чому Сонце повертається&lt;br /&gt;</w:t>
        <w:br/>
        <w:t>назад. З Москви повідомляють, що кожному&lt;br /&gt;</w:t>
        <w:br/>
        <w:t>комуністові видно ніж неозброєним оком, а ми його&lt;br /&gt;</w:t>
        <w:br/>
        <w:t>не бачимо і в найсильніші телескопи.</w:t>
      </w:r>
    </w:p>
    <w:p>
      <w:r>
        <w:br/>
        <w:t>5. В Москві створено Комітет порятунку Сонця і&lt;br /&gt;</w:t>
        <w:br/>
        <w:t>Землі: Голова Комітету — Ленін. В складі&lt;br /&gt;</w:t>
        <w:br/>
        <w:t>Комітету кращі сини всіх віків і народів</w:t>
      </w:r>
    </w:p>
    <w:p>
      <w:r>
        <w:br/>
        <w:t>ЕПІЛОГ</w:t>
      </w:r>
    </w:p>
    <w:p>
      <w:r>
        <w:br/>
        <w:t>Чоло я витирав і мчав сюди,&lt;br /&gt;</w:t>
        <w:br/>
        <w:t>Бо Сонце з Заходу летіло вже на нас,&lt;br /&gt;</w:t>
        <w:br/>
        <w:t>Як Лев поранений,&lt;br /&gt;</w:t>
        <w:br/>
        <w:t>воно неслось на небі,&lt;br /&gt;</w:t>
        <w:br/>
        <w:t>По хмарах, по зірках і по супутниках,&lt;br /&gt;</w:t>
        <w:br/>
        <w:t>І слід тягнувся золотий, кривавий,&lt;br /&gt;</w:t>
        <w:br/>
        <w:t>Як шлейф печалі і близької смерті.&lt;br /&gt;</w:t>
        <w:br/>
        <w:t>Я двері прочинив, я чув їх голоси.&lt;br /&gt;</w:t>
        <w:br/>
        <w:t>Навшпиньках я пройшов до них і сів&lt;br /&gt;</w:t>
        <w:br/>
        <w:t>За круглий стіл, кулястий, як планета,&lt;br /&gt;</w:t>
        <w:br/>
        <w:t>Де засідав тривожний комітет.&lt;br /&gt;</w:t>
        <w:br/>
        <w:t>Я витяг ринку меду, подаровану&lt;br /&gt;</w:t>
        <w:br/>
        <w:t>Старечими руками божевільної —&lt;br /&gt;</w:t>
        <w:br/>
        <w:t>Мудрющої праматінки-печалі,&lt;br /&gt;</w:t>
        <w:br/>
        <w:t>Дихнуло поле медом доброти,&lt;br /&gt;</w:t>
        <w:br/>
        <w:t>Хліб мудрості лежав тут на столі.&lt;br /&gt;</w:t>
        <w:br/>
        <w:t>Я пам'ятаю, Ленін пильно стежив&lt;br /&gt;</w:t>
        <w:br/>
        <w:t>За кожним моїм порухом і поглядом,&lt;br /&gt;</w:t>
        <w:br/>
        <w:t>І він казав, як смертнику, мені:&lt;br /&gt;</w:t>
        <w:br/>
        <w:t>"У Сонці Правди — ніж. Лети туди.&lt;br /&gt;</w:t>
        <w:br/>
        <w:t>Врятуй планету — Сонце порятуй.&lt;br /&gt;</w:t>
        <w:br/>
        <w:t>Народ недосипав, недоїдав.&lt;br /&gt;</w:t>
        <w:br/>
        <w:t>Ракету ми зробили з хліба й сліз,&lt;br /&gt;</w:t>
        <w:br/>
        <w:t>Із гордості і доброти людської.&lt;br /&gt;</w:t>
        <w:br/>
        <w:t>Це найміцніший сплав — ти долетиш.&lt;br /&gt;</w:t>
        <w:br/>
        <w:t>Назад не вернешся,&lt;br /&gt;</w:t>
        <w:br/>
        <w:t>бо не простиш собі,&lt;br /&gt;</w:t>
        <w:br/>
        <w:t>Собі — Людині — не простиш за те,&lt;br /&gt;</w:t>
        <w:br/>
        <w:t>Що ти і досі не зробив планету&lt;br /&gt;</w:t>
        <w:br/>
        <w:t>Квітучим садом, а терпиш двобій".&lt;br /&gt;</w:t>
        <w:br/>
        <w:t>"Ніж у мистецтві",— бурунив Бетховен.&lt;br /&gt;</w:t>
        <w:br/>
        <w:t>"В науці чесній ніж!" —&lt;br /&gt;</w:t>
        <w:br/>
        <w:t>Курчатов додавав.&lt;br /&gt;</w:t>
        <w:br/>
        <w:t>І раптом ми почули дикий стогін,&lt;br /&gt;</w:t>
        <w:br/>
        <w:t>І ми поглухли, бо Земля стогнала,&lt;br /&gt;</w:t>
        <w:br/>
        <w:t>Напівобпечена, змордована і сива.&lt;br /&gt;</w:t>
        <w:br/>
        <w:t>І тільки серцем ми почули стогін:&lt;br /&gt;</w:t>
        <w:br/>
        <w:t>"Рятуйте мене, діти! Годі вам&lt;br /&gt;</w:t>
        <w:br/>
        <w:t>У суперечках убивати роки.&lt;br /&gt;</w:t>
        <w:br/>
        <w:t>Я ваша мати — з пальмами, калинами,&lt;br /&gt;</w:t>
        <w:br/>
        <w:t>З березами, ялинами.&lt;br /&gt;</w:t>
        <w:br/>
        <w:t>Мене вогонь оголює —&lt;br /&gt;</w:t>
        <w:br/>
        <w:t>Я божеволію!"&lt;br /&gt;</w:t>
        <w:br/>
        <w:t>І стало Сонце в небі, й ми почули&lt;br /&gt;</w:t>
        <w:br/>
        <w:t>Його шептання, вогняне й суворе&lt;br /&gt;</w:t>
        <w:br/>
        <w:t>(Воно спинилось просто над Москвою):&lt;br /&gt;</w:t>
        <w:br/>
        <w:t>"Вмираю, люди! Вийміть клятий ніж!"&lt;br /&gt;</w:t>
        <w:br/>
        <w:t>Я одягав спорядження і йшов&lt;br /&gt;</w:t>
        <w:br/>
        <w:t>До сизої ракети-домовини.&lt;br /&gt;</w:t>
        <w:br/>
        <w:t>І божевільна мати йшла за мною,&lt;br /&gt;</w:t>
        <w:br/>
        <w:t>І півень йшов, і йшли собака й кіт —&lt;br /&gt;</w:t>
        <w:br/>
        <w:t>її сини, народжені безумством.&lt;br /&gt;</w:t>
        <w:br/>
        <w:t>Вона принесла меду на дорогу.&lt;br /&gt;</w:t>
        <w:br/>
        <w:t>Встав голова з могили і прощався.&lt;br /&gt;</w:t>
        <w:br/>
        <w:t>Він став землею вже наполовину:&lt;br /&gt;</w:t>
        <w:br/>
        <w:t>"Ти вмреш у небі,&lt;br /&gt;</w:t>
        <w:br/>
        <w:t>в Сонці вмреш, синочку".&lt;br /&gt;</w:t>
        <w:br/>
        <w:t>І Залізняк приніс мені в дорогу&lt;br /&gt;</w:t>
        <w:br/>
        <w:t>Свого веселого й наївного коня,&lt;br /&gt;</w:t>
        <w:br/>
        <w:t>Що гривою патлатив і зорив&lt;br /&gt;</w:t>
        <w:br/>
        <w:t>Білком прозріння на пекельне небо.&lt;br /&gt;</w:t>
        <w:br/>
        <w:t>Йшла Соломія-скрипка. Біля персів&lt;br /&gt;</w:t>
        <w:br/>
        <w:t>Вона тримала зоряного сина.&lt;br /&gt;</w:t>
        <w:br/>
        <w:t>Він годувався молоком прощання&lt;br /&gt;</w:t>
        <w:br/>
        <w:t>І дико й жахно позирав на сонце.&lt;br /&gt;</w:t>
        <w:br/>
        <w:t>А стартовий майдан&lt;br /&gt;</w:t>
        <w:br/>
        <w:t>був величезним серцем,&lt;br /&gt;</w:t>
        <w:br/>
        <w:t>Навстіж одчиненим. Мене покинув біс.&lt;br /&gt;</w:t>
        <w:br/>
        <w:t>Його ножа підлоти я пізнав&lt;br /&gt;</w:t>
        <w:br/>
        <w:t>У зблідлому пораненому Сонці.&lt;br /&gt;</w:t>
        <w:br/>
        <w:t>Дивилося воно в мої незрадні очі...</w:t>
      </w:r>
    </w:p>
    <w:p>
      <w:r>
        <w:br/>
        <w:t>Спасибі вам за смуток планетарний,&lt;br /&gt;</w:t>
        <w:br/>
        <w:t>Мої премудрі й нерозумні люди.&lt;br /&gt;</w:t>
        <w:br/>
        <w:t>Спасибі вам за те, що я — ваш брат.&lt;br /&gt;</w:t>
        <w:br/>
        <w:t>Дивіться серцем — спалахну я скоро.&lt;br /&gt;</w:t>
        <w:br/>
        <w:t>А чорний ніж впаде на білі руки&lt;br /&gt;</w:t>
        <w:br/>
        <w:t>Моєї матері,&lt;br /&gt;</w:t>
        <w:br/>
        <w:t>Коханої моєї&lt;br /&gt;</w:t>
        <w:br/>
        <w:t>Шовковим трауром.&lt;br /&gt;</w:t>
        <w:br/>
        <w:t>На золотім щиті палаючого Сонця&lt;br /&gt;</w:t>
        <w:br/>
        <w:t>Умру я переможцем.&lt;br /&gt;</w:t>
        <w:br/>
        <w:t>Прощавайте!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 у Сонці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