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Німчики, голубчики...</w:t>
      </w:r>
    </w:p>
    <w:p>
      <w:r>
        <w:br/>
        <w:t xml:space="preserve"> &lt;p&gt;* * *</w:t>
      </w:r>
    </w:p>
    <w:p>
      <w:r>
        <w:br/>
        <w:t>Ніде так химерно не переплітається смішне зі страшним, як на війні. Сама ж смерть іноді аж ніби ховається під блазенську личину, що й не знаєш: сміятися чи криком кричати.</w:t>
      </w:r>
    </w:p>
    <w:p>
      <w:r>
        <w:br/>
        <w:t>* * *</w:t>
      </w:r>
    </w:p>
    <w:p>
      <w:r>
        <w:br/>
        <w:t>Отож помандруємо в далекий рік сорок третій, коли в село над Дінцем, що в ньому жила Наталка, прийшли німці, не спитавшись у тієї ж Наталки дозволу, потикатися їм сюди чи не потикатися. Бо такої жінки, як Наталка, ще й білий світ не родив. Мало того, що бригадири колгоспу десятою дорогою Наталку обходили, а й сам голова, цар і Бог на селі, остерігався з нею зв'язуватись.</w:t>
      </w:r>
    </w:p>
    <w:p>
      <w:r>
        <w:br/>
        <w:t>Ну, німці як заглянули в село, так і подалися, поставивши, людей не питаючи, старосту та кількох поліцаїв. Це діло звичне, начальство ніколи з людьми не радиться... Німці навіть колгосп не розпустили, як дехто із старших надіявся, німці не такими дурними були, щоб руйнувати дармове — чортове... Наказали лишень, щоб був "орднунг": щоб усі до одного на дармову роботу виходили, як і досі ходили. Та щоб у першу чергу зібрали врожай і весь до зернини здали німецькій армії в подяку за те, що визволила їх від жидів та комуністів. Жидів, щоправда, у тому селі зроду-віку не бачили, а комуністи всі повтікали.</w:t>
      </w:r>
    </w:p>
    <w:p>
      <w:r>
        <w:br/>
        <w:t>"Здиміли!" — казали в селі.</w:t>
      </w:r>
    </w:p>
    <w:p>
      <w:r>
        <w:br/>
        <w:t>І люди звично вийшли у поле, де замість бригадирів пильнували їх уже поліцаї, і Наталка, на диво, пішла, хоч і кричала, що їй остогидло задаремно гнуть спину, пішла, ще й снопи в'язала — перевесла свистіли. І жінота сичала на неї, що перед німцями вислуговується, а Наталка просто не вміла по-іншому. Наталка була люта на роботу на будь-яку, тож і намагалася якомога швидше з нею покінчити...</w:t>
      </w:r>
    </w:p>
    <w:p>
      <w:r>
        <w:br/>
        <w:t>Пов'язавши отак до обіду, Наталка розігнула спину і голосно мовила:</w:t>
      </w:r>
    </w:p>
    <w:p>
      <w:r>
        <w:br/>
        <w:t>— Все! Трудодень заробила!</w:t>
      </w:r>
    </w:p>
    <w:p>
      <w:r>
        <w:br/>
        <w:t>Та додому й пішла, на весь лан виспівуючи:</w:t>
      </w:r>
    </w:p>
    <w:p>
      <w:r>
        <w:br/>
        <w:t>Трудодень, трудодень,</w:t>
      </w:r>
    </w:p>
    <w:p>
      <w:r>
        <w:br/>
        <w:t>Дай, німче, хліба хоч на день!</w:t>
      </w:r>
    </w:p>
    <w:p>
      <w:r>
        <w:br/>
        <w:t>І поліцаї її не затримували, бо зв'яжися з Наталкою — білому світові будеш не радий.</w:t>
      </w:r>
    </w:p>
    <w:p>
      <w:r>
        <w:br/>
        <w:t>А з німцем що учудила!</w:t>
      </w:r>
    </w:p>
    <w:p>
      <w:r>
        <w:br/>
        <w:t>З німцем, з отим, що наїжджав перевіряти, чи не лінькують.</w:t>
      </w:r>
    </w:p>
    <w:p>
      <w:r>
        <w:br/>
        <w:t>Який щоразу до Наталки підходив на її роботу помилуватись. Та все: "іуг!.." "іуг!.."</w:t>
      </w:r>
    </w:p>
    <w:p>
      <w:r>
        <w:br/>
        <w:t>Іншого слова мовби й не знав. Він же по-нашому ні бе ані ме. Ні бельмеса по-нашому!</w:t>
      </w:r>
    </w:p>
    <w:p>
      <w:r>
        <w:br/>
        <w:t>Одного разу приїхав без перекладача: захворів чи встрелили? На мигах розмовляв з поліцаями. А до Наталки таки підійшов, не міг оминути Наталки!</w:t>
      </w:r>
    </w:p>
    <w:p>
      <w:r>
        <w:br/>
        <w:t>— Гут!.. Зер гут!..</w:t>
      </w:r>
    </w:p>
    <w:p>
      <w:r>
        <w:br/>
        <w:t>Тут Наталці й урвався терпець:</w:t>
      </w:r>
    </w:p>
    <w:p>
      <w:r>
        <w:br/>
        <w:t>— Що ти все гуткаєш?.. Снопи поміг би перев'язувати, а не гуткати!</w:t>
      </w:r>
    </w:p>
    <w:p>
      <w:r>
        <w:br/>
        <w:t>— Гут!.. Гут!..— кивав на те німець.</w:t>
      </w:r>
    </w:p>
    <w:p>
      <w:r>
        <w:br/>
        <w:t>— Таке,— скривилась Наталка.— Дурний піп, дурна його й молитва... Не хочеш снопи в'язати — котись ковбасою в Німеччину!</w:t>
      </w:r>
    </w:p>
    <w:p>
      <w:r>
        <w:br/>
        <w:t>Попореготала ж жінота, коли німець додому поїхав: ну Наталка, ну сатана!</w:t>
      </w:r>
    </w:p>
    <w:p>
      <w:r>
        <w:br/>
        <w:t>Поліцаї і ті од сміху роти затуляли.</w:t>
      </w:r>
    </w:p>
    <w:p>
      <w:r>
        <w:br/>
        <w:t>Ну, німці були та й загули, німці, яким добряче намилили шиї, окопалися аж по той бік Дінця, а по цей, край села, що в ньому Наталка жила, уже наші окопуватися стали: почалися позиційні бої, коли гармати пострілювали знехотя, бережучи набої для наступальних боїв.</w:t>
      </w:r>
    </w:p>
    <w:p>
      <w:r>
        <w:br/>
        <w:t>Отоді якась голова розумна й скомандувала із отих крайніх хат, попід якими прокладені шанці чорніли, повиселяти людей. Дуже ж боялася розумна та голова, щоб хтось із завербованих німаками не вгледів якогось секрету та на той бік Дінця й передав.</w:t>
      </w:r>
    </w:p>
    <w:p>
      <w:r>
        <w:br/>
        <w:t>Отож серед ночі й рушили підводи з обозу, а попереду — солдати на чолі з лейтенантом-смершівцем, з командою строгою: півгодини на збори — і на підводу! Усім до одного! Хоч плач, хоч скач, а хапай, що попадеться під руки, та з хати і вимітайся!</w:t>
      </w:r>
    </w:p>
    <w:p>
      <w:r>
        <w:br/>
        <w:t>У той час розмова коротка була: як що, то й до стінки.</w:t>
      </w:r>
    </w:p>
    <w:p>
      <w:r>
        <w:br/>
        <w:t>Почали нишком, щоб не почув німець. Нишком би й закінчили, аби не нарвалися на Наталку. Яка жила в одній із тих крайніх хат. Сама. Чоловік же як пішов на війну, то ні слуху од нього, ні духу.</w:t>
      </w:r>
    </w:p>
    <w:p>
      <w:r>
        <w:br/>
        <w:t>Рогом уперлася:</w:t>
      </w:r>
    </w:p>
    <w:p>
      <w:r>
        <w:br/>
        <w:t>— Убивайте, а хати не кину!</w:t>
      </w:r>
    </w:p>
    <w:p>
      <w:r>
        <w:br/>
        <w:t>Пробували вмовити — тільки час даремно потратили. А ніч же коротка, скоро світатиме. Лейтенант і скомандував:</w:t>
      </w:r>
    </w:p>
    <w:p>
      <w:r>
        <w:br/>
        <w:t>— Взять её!.. Связать и на телегу!..</w:t>
      </w:r>
    </w:p>
    <w:p>
      <w:r>
        <w:br/>
        <w:t>Солдати й кинулись виконувати ту сердиту команду. Та спробуй здичавілу кішку зв'язати!</w:t>
      </w:r>
    </w:p>
    <w:p>
      <w:r>
        <w:br/>
        <w:t>— Вы что, таку вашу мать! — оскаженів лейтенант.— Связать не способны?.. Вот так надо вязать!</w:t>
      </w:r>
    </w:p>
    <w:p>
      <w:r>
        <w:br/>
        <w:t>Ухопив за руку Наталку, став за спину заломлювати. Крутонулася зовсім уже знавісніла молодиця та й переорала мордяку лейтенантові. Не лишила й місцини живої!</w:t>
      </w:r>
    </w:p>
    <w:p>
      <w:r>
        <w:br/>
        <w:t>А тоді — до дверей, з ніг солдатів збиваючи.</w:t>
      </w:r>
    </w:p>
    <w:p>
      <w:r>
        <w:br/>
        <w:t>У двір вискочила — понеслася донизу. В бік Дінця.</w:t>
      </w:r>
    </w:p>
    <w:p>
      <w:r>
        <w:br/>
        <w:t>— Німчики, голубчики, ря-атуйте!</w:t>
      </w:r>
    </w:p>
    <w:p>
      <w:r>
        <w:br/>
        <w:t>Ледь наздогнали.</w:t>
      </w:r>
    </w:p>
    <w:p>
      <w:r>
        <w:br/>
        <w:t>Повалили, скидали реміняччя із себе: руки-ноги в'язати.</w:t>
      </w:r>
    </w:p>
    <w:p>
      <w:r>
        <w:br/>
        <w:t>Понесли, як колоду (Наталка й тут намагалась пручатися), та на підводу й пожбурили. Голічерева, лицем догори.</w:t>
      </w:r>
    </w:p>
    <w:p>
      <w:r>
        <w:br/>
        <w:t>Один ноги осідлав, щоб не скотилася, а другий, реготнувши, на обличчя вмостився:</w:t>
      </w:r>
    </w:p>
    <w:p>
      <w:r>
        <w:br/>
        <w:t>— Нюш-нюш, паренек, русский душок!</w:t>
      </w:r>
    </w:p>
    <w:p>
      <w:r>
        <w:br/>
        <w:t>Наталка й нюхнула — зубами в оте учепилася...</w:t>
      </w:r>
    </w:p>
    <w:p>
      <w:r>
        <w:br/>
        <w:t>В оте саме... В оте!.. Солдатик — кулею з воза! Мінометом завив! Не нашим — німецьким. Що його солдати прозвали "Ванюшею". На противагу "Катюші". Такої голосистої пари ще не відала жодна війна. Завиють — душу виймають!</w:t>
      </w:r>
    </w:p>
    <w:p>
      <w:r>
        <w:br/>
        <w:t>(Мене досі розбирає цікавість: як вона, сатана, оте зубами дістала?)</w:t>
      </w:r>
    </w:p>
    <w:p>
      <w:r>
        <w:br/>
        <w:t>* * *</w:t>
      </w:r>
    </w:p>
    <w:p>
      <w:r>
        <w:br/>
        <w:t>І почесала Наталка без пересадки на Колиму.</w:t>
      </w:r>
    </w:p>
    <w:p>
      <w:r>
        <w:br/>
        <w:t>Оформлена Смершем як шпигунка німецька.</w:t>
      </w:r>
    </w:p>
    <w:p>
      <w:r>
        <w:br/>
        <w:t>Мало того, що до фашистів утекти намагалася, ще й голубчиками їх називала!</w:t>
      </w:r>
    </w:p>
    <w:p>
      <w:r>
        <w:br/>
        <w:t>Гріх — непростимий.</w:t>
      </w:r>
    </w:p>
    <w:p>
      <w:r>
        <w:br/>
        <w:t>Лейтенант же довго ходив, перев'язаний навскіс:</w:t>
      </w:r>
    </w:p>
    <w:p>
      <w:r>
        <w:br/>
        <w:t>— Понимаешь, зацепило осколком!</w:t>
      </w:r>
    </w:p>
    <w:p>
      <w:r>
        <w:br/>
        <w:t>А солдатика, що ледь не позбувся чоловічої гідності, нагородили медаллю. "За боевые заслуги".</w:t>
      </w:r>
    </w:p>
    <w:p>
      <w:r>
        <w:br/>
        <w:t>Ото й таке на війні тій траплялося.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Німчики, голубчики...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