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Нічна пісня</w:t>
      </w:r>
    </w:p>
    <w:p>
      <w:r>
        <w:br/>
        <w:t xml:space="preserve"> Гете Йоганн Вольфганг&lt;br /&gt;</w:t>
        <w:br/>
        <w:t>Йоганн Вольфганг Гете&lt;br /&gt;</w:t>
        <w:br/>
        <w:t>Нічна пісня</w:t>
      </w:r>
    </w:p>
    <w:p>
      <w:r>
        <w:br/>
        <w:t>Перекладач: Марія Губко&lt;br /&gt;</w:t>
        <w:br/>
        <w:t>Джерело: З газети: "Літературна Україна", 13 лютого 2003 р.</w:t>
      </w:r>
    </w:p>
    <w:p>
      <w:r>
        <w:br/>
        <w:t>Якби на м'якій перині&lt;br /&gt;</w:t>
        <w:br/>
        <w:t>Я міг забуття знайти.&lt;br /&gt;</w:t>
        <w:br/>
        <w:t>"Засни, — чийсь шепіт долинув, —&lt;br /&gt;</w:t>
        <w:br/>
        <w:t>Чого іще хочеш ти?"</w:t>
      </w:r>
    </w:p>
    <w:p>
      <w:r>
        <w:br/>
        <w:t>То тихо шепочуть зорі&lt;br /&gt;</w:t>
        <w:br/>
        <w:t>З небесної висоти:&lt;br /&gt;</w:t>
        <w:br/>
        <w:t>"Засни, і забудеш горе —&lt;br /&gt;</w:t>
        <w:br/>
        <w:t>Чого іще хочеш ти?"</w:t>
      </w:r>
    </w:p>
    <w:p>
      <w:r>
        <w:br/>
        <w:t>Здіймешся, величний, чистий,&lt;br /&gt;</w:t>
        <w:br/>
        <w:t>З житейської суєти,&lt;br /&gt;</w:t>
        <w:br/>
        <w:t>Де вічна палає пристрасть —&lt;br /&gt;</w:t>
        <w:br/>
        <w:t>Чого іще хочеш ти?</w:t>
      </w:r>
    </w:p>
    <w:p>
      <w:r>
        <w:br/>
        <w:t>Злетиш в осяйну прохолоду,&lt;br /&gt;</w:t>
        <w:br/>
        <w:t>У дивовижні світи.&lt;br /&gt;</w:t>
        <w:br/>
        <w:t>Засни — знайдеш насолоду.&lt;br /&gt;</w:t>
        <w:br/>
        <w:t>Чого іще хочеш ти?</w:t>
      </w:r>
    </w:p>
    <w:p>
      <w:r>
        <w:br/>
        <w:t>У ту прохолоду порину,&lt;br /&gt;</w:t>
        <w:br/>
        <w:t>Щоб забуття знайти.&lt;br /&gt;</w:t>
        <w:br/>
        <w:t>Ох — на м'яку перину.&lt;br /&gt;</w:t>
        <w:br/>
        <w:t>Чого іще хочеш ти?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Нічна пісня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