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у кав’ярні самотніх душ</w:t>
      </w:r>
    </w:p>
    <w:p>
      <w:r>
        <w:br/>
        <w:t xml:space="preserve"> &lt;p&gt;Заходите в маленьку кімнату з дешевим розписом і глиняними тарелями. Можете сісти за крайній столик біля вікна, де в'ється аспарагус, замовити газети чи сік лісових ягід. Господар, він же бармен кав’ярні на окраїні міста, пропонує вам завиванець, каву з коріандром або кмином. Доки немає товариства, отруєного політикою, чути лишень, як гречно цокає годинник.</w:t>
      </w:r>
    </w:p>
    <w:p>
      <w:r>
        <w:br/>
        <w:t>Власник кав’ярні овдовів несподівано, того дня він спустошив склянку горілки, стояв на колінах біля небіжчиці, голосив і сякався, раз по раз цілуючи її кам’яну руку. У нього не було нікого, крім відвідувачів, і коли довго ніхто не приходив, він стояв посеред зали безпорадний, мов тека. З кожним роком господар ставав усе сутуліший і мовчазніший, окуляри на переніссі все нижче сповзали.</w:t>
      </w:r>
    </w:p>
    <w:p>
      <w:r>
        <w:br/>
        <w:t>Надвечір до кав’ярні заходили хлопці з бензозаправки, шелестіли банкнотами, реготали, доливали в каву коньяк. Запах вітру і бензину полонив кімнату, вони пили пиво з горлечка, плювалися від податкового законодавства і гучно злословили. Заходили сторожиха, проїжджі і перехожі. Часом стільців не вистачало, і тоді господар приносив їх згори, метушився, і виделки в його руках зблискували, мов шаблі.</w:t>
      </w:r>
    </w:p>
    <w:p>
      <w:r>
        <w:br/>
        <w:t>Одного осіннього вечора, коли свистав вітер і порощав сніг, а в комині палахкотіли соснові поліна, раптом відчинилися двері й на порозі кав’ярні стала циганка з песиком на повідку. Кров’янисту хустку заливала патока чорного волосся, сміялися штучні квіти, вплетені згори до низу, рясний барвистий одяг відбирав очі.</w:t>
      </w:r>
    </w:p>
    <w:p>
      <w:r>
        <w:br/>
        <w:t>Циганка була не вельми молода, смоктала велику люльку, осміхалася золотими зубами й артистично відкидала волосся. Дивлячись, як вона поправляє зачіску, господар оторопів. Нещасне серце під вицвілим фартухом закалатало, і коли він нахилився, аби взяти замовлення, ледь стримався, аби не погладити струмки її кіс.</w:t>
      </w:r>
    </w:p>
    <w:p>
      <w:r>
        <w:br/>
        <w:t>Вона замовила яєчню з домашньою ковбасою, годувала щеня, сміялася і цілувала його в чорний писок.</w:t>
      </w:r>
    </w:p>
    <w:p>
      <w:r>
        <w:br/>
        <w:t>Спочатку зала замовкла, і гості дивилися на циганку, мов на якесь диво, надто вже вона була яскрава і нетутешня. А потім призвичаїлися, пили, палили й гелготали. Опівночі всі стали розходитись, у комині дотлівало вугілля. Циганка вийняла з-за пазухи півсотню, але осміхнулась і запитала, чи не поворожити доброму панові. Господар знітився, йому ніколи ніхто не ворожив. Щеня з її безмежного одягу витягло карти. Циганка якусь мить подумала, взяла руку бармена пекучими пальцями і накрила колоду. В нього всередині застогнало, він відчув, як вона пахне листям і полем. Коли ж витягнув три карти, вона на мить завмерла і подивилася на нього. Враз заметушилася, почала збиратись.</w:t>
      </w:r>
    </w:p>
    <w:p>
      <w:r>
        <w:br/>
        <w:t>Господар відчув, як серце його калатає, наче стривожений дзвін. Побачив зблизька шовкові квіточки у її волоссі. Чого вона мовчить?</w:t>
      </w:r>
    </w:p>
    <w:p>
      <w:r>
        <w:br/>
        <w:t>— Ти самотній, як світ, — сказала раптом, — але жити тобі залишилося до світанку.</w:t>
      </w:r>
    </w:p>
    <w:p>
      <w:r>
        <w:br/>
        <w:t>Власник кав’ярні зблід, заходився шукати по всіх кишенях окуляри, які впали на стіл і лежали біля руки.</w:t>
      </w:r>
    </w:p>
    <w:p>
      <w:r>
        <w:br/>
        <w:t>— Не журись, рано чи пізно це з усіма колись трапляється.</w:t>
      </w:r>
    </w:p>
    <w:p>
      <w:r>
        <w:br/>
        <w:t>Вона взяла на руки щеня і тихо вийшла. Наче ніколи й не було.</w:t>
      </w:r>
    </w:p>
    <w:p>
      <w:r>
        <w:br/>
        <w:t>Бармен зроду не думав про свою смерть, тепер його вхопила пропасниця, він бігав по кімнаті, розкидаючи столи й стільці. Відкрив касу і враз метнув гроші по залу, кинувся на другий поверх. Сходи вищали й підстрибували, мов навіжені, він упав і боляче вдарився головою об стіну.</w:t>
      </w:r>
    </w:p>
    <w:p>
      <w:r>
        <w:br/>
        <w:t>Ледве піднявшись, почвалав до своєї кімнати. Навіщось роздягнувся і в кальсонах упав на ліжко. Фартух лежав на підлозі поруч, немов його син.</w:t>
      </w:r>
    </w:p>
    <w:p>
      <w:r>
        <w:br/>
        <w:t>Господар залився сльозами і плакав голосно, як давно за дружиною. А потім затих і впав чи то в сон, а чи в марення.</w:t>
      </w:r>
    </w:p>
    <w:p>
      <w:r>
        <w:br/>
        <w:t>Прокинувся від того, що знизу добивалися в двері. За вікнами вже сіріло. Вийшов на сходи і хрипко гукнув: "Хто там?" За дверима мовчало.</w:t>
      </w:r>
    </w:p>
    <w:p>
      <w:r>
        <w:br/>
        <w:t>Спустився до зали, кватирка була відчинена, всюди на підлозі ворушилися гроші. Рвучко стукнув замком. Перед порогом сиділо щеня і жалібно скавуліло. Трохи далі, посеред траси, лежало барвисте тіло, оповите кров’янистою хустиною. Волосся з дрібними квіточками розтеклося по асфальту. "Ну от", — злякано зітхнув він і буцнув ногою щеня. Гримнув замком, опустився на стілець. Над ним голосно цокав годинник.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у кав’ярні самотніх душ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