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країни, ні смерті не хочу обирати...</w:t>
      </w:r>
    </w:p>
    <w:p>
      <w:r>
        <w:br/>
        <w:t xml:space="preserve"> Йосип Бродський&lt;br /&gt;</w:t>
        <w:br/>
        <w:t>Ні країни, ні смерті не хочу обирати...</w:t>
      </w:r>
    </w:p>
    <w:p>
      <w:r>
        <w:br/>
        <w:t>Перекладач: Кирило Васюков</w:t>
      </w:r>
    </w:p>
    <w:p>
      <w:r>
        <w:br/>
        <w:t>Ні країни, ні смерті&lt;br /&gt;</w:t>
        <w:br/>
        <w:t>не хочу обирати&lt;br /&gt;</w:t>
        <w:br/>
        <w:t>На Василівську твердінь&lt;br /&gt;</w:t>
        <w:br/>
        <w:t>Я прийду помирати.&lt;br /&gt;</w:t>
        <w:br/>
        <w:t>Твій фасад невиразний&lt;br /&gt;</w:t>
        <w:br/>
        <w:t>уночі не знайду,&lt;br /&gt;</w:t>
        <w:br/>
        <w:t>поміж ліній неясних&lt;br /&gt;</w:t>
        <w:br/>
        <w:t>на асфальт я впаду.</w:t>
      </w:r>
    </w:p>
    <w:p>
      <w:r>
        <w:br/>
        <w:t>І душа до нестями&lt;br /&gt;</w:t>
        <w:br/>
        <w:t>поспішаючи в тінь&lt;br /&gt;</w:t>
        <w:br/>
        <w:t>промайне між мостами&lt;br /&gt;</w:t>
        <w:br/>
        <w:t>в петроградську сутінь,&lt;br /&gt;</w:t>
        <w:br/>
        <w:t>і квітнева імряка,&lt;br /&gt;</w:t>
        <w:br/>
        <w:t>сніг на скроні летить,&lt;br /&gt;</w:t>
        <w:br/>
        <w:t>чую, наче подяку:&lt;br /&gt;</w:t>
        <w:br/>
        <w:t>— Друже мій, хай щастить.</w:t>
      </w:r>
    </w:p>
    <w:p>
      <w:r>
        <w:br/>
        <w:t>І побачу дві долі&lt;br /&gt;</w:t>
        <w:br/>
        <w:t>і між нами ріку,&lt;br /&gt;</w:t>
        <w:br/>
        <w:t>до вітчизни-неволі&lt;br /&gt;</w:t>
        <w:br/>
        <w:t>притуливши щоку,&lt;br /&gt;</w:t>
        <w:br/>
        <w:t>— як дві дівчини милі&lt;br /&gt;</w:t>
        <w:br/>
        <w:t>тихо хлопця зовуть,&lt;br /&gt;</w:t>
        <w:br/>
        <w:t>стоячи на могилі,&lt;br /&gt;</w:t>
        <w:br/>
        <w:t>на непройдену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країни, ні смерті не хочу обирати...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