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Незвичайний літак</w:t>
      </w:r>
    </w:p>
    <w:p>
      <w:r>
        <w:br/>
        <w:t xml:space="preserve"> — Незвичайний нині день,&lt;br /&gt;</w:t>
        <w:br/>
        <w:t>каже гордий березень.</w:t>
      </w:r>
    </w:p>
    <w:p>
      <w:r>
        <w:br/>
        <w:t>Місто — мов аеродром,&lt;br /&gt;</w:t>
        <w:br/>
        <w:t>поспішає і клекоче,&lt;br /&gt;</w:t>
        <w:br/>
        <w:t>ще до ночі місто хоче&lt;br /&gt;</w:t>
        <w:br/>
        <w:t>вилетіти літаком...&lt;br /&gt;</w:t>
        <w:br/>
        <w:t>У живім, поспішнім вирі&lt;br /&gt;</w:t>
        <w:br/>
        <w:t>всі мужчини — пасажири,&lt;br /&gt;</w:t>
        <w:br/>
        <w:t>незнайомі і знайомі&lt;br /&gt;</w:t>
        <w:br/>
        <w:t>ходять по аеродромі...&lt;br /&gt;</w:t>
        <w:br/>
        <w:t>До сестер, бабусь і мам&lt;br /&gt;</w:t>
        <w:br/>
        <w:t>линуть зграйки телеграм:&lt;br /&gt;</w:t>
        <w:br/>
        <w:t>— Вилітаєм в добрий час!&lt;br /&gt;</w:t>
        <w:br/>
        <w:t>Зустрічайте, любі, нас! —&lt;br /&gt;</w:t>
        <w:br/>
        <w:t>Як казковий дивний птах,&lt;br /&gt;</w:t>
        <w:br/>
        <w:t>незвичайний жде літак,&lt;br /&gt;</w:t>
        <w:br/>
        <w:t>і на нього в добру путь&lt;br /&gt;</w:t>
        <w:br/>
        <w:t>вже вони квитки беруть,—&lt;br /&gt;</w:t>
        <w:br/>
        <w:t>то червоні, то зелені...&lt;br /&gt;</w:t>
        <w:br/>
        <w:t>в целофані і кульках...&lt;br /&gt;</w:t>
        <w:br/>
        <w:t>Не ховають їх в кишені —&lt;br /&gt;</w:t>
        <w:br/>
        <w:t>носять бережно в руках.</w:t>
      </w:r>
    </w:p>
    <w:p>
      <w:r>
        <w:br/>
        <w:t>Страх подібні ті квитки&lt;br /&gt;</w:t>
        <w:br/>
        <w:t>на цукерки і квітки.</w:t>
      </w:r>
    </w:p>
    <w:p>
      <w:r>
        <w:br/>
        <w:t>Прилетить літак у строк&lt;br /&gt;</w:t>
        <w:br/>
        <w:t>в Міжнародний день жінок!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Незвичайний літак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