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Незвичайні пригоди Алі в країні Недоладії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Незвичайні пригоди Алі в країні Недоладії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