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Незнайома</w:t>
      </w:r>
    </w:p>
    <w:p>
      <w:r>
        <w:br/>
        <w:t xml:space="preserve"> Перекладач: М. Литвинець</w:t>
      </w:r>
    </w:p>
    <w:p>
      <w:r>
        <w:br/>
        <w:t>Щовечора над ресторанами,&lt;br /&gt;</w:t>
        <w:br/>
        <w:t>Де шал гарячий не приглух,&lt;br /&gt;</w:t>
        <w:br/>
        <w:t>Правує окриками п'яними&lt;br /&gt;</w:t>
        <w:br/>
        <w:t>Весни хмільний і тлінний дух.</w:t>
      </w:r>
    </w:p>
    <w:p>
      <w:r>
        <w:br/>
        <w:t>Удалині, в нудоті вуличній,&lt;br /&gt;</w:t>
        <w:br/>
        <w:t>Над заміським затишшям дач,&lt;br /&gt;</w:t>
        <w:br/>
        <w:t>Ледь золотіє крендель в булочній&lt;br /&gt;</w:t>
        <w:br/>
        <w:t>І ріже слух дитячий плач.</w:t>
      </w:r>
    </w:p>
    <w:p>
      <w:r>
        <w:br/>
        <w:t>І кожний вечір, за шлагбаумами,&lt;br /&gt;</w:t>
        <w:br/>
        <w:t>Заламуючи котелки,&lt;br /&gt;</w:t>
        <w:br/>
        <w:t>Серед канав гуляють з дамами&lt;br /&gt;</w:t>
        <w:br/>
        <w:t>На всякий дотеп мастаки.</w:t>
      </w:r>
    </w:p>
    <w:p>
      <w:r>
        <w:br/>
        <w:t>Там кочети скриплять над озером,&lt;br /&gt;</w:t>
        <w:br/>
        <w:t>І чується жіночий виск,&lt;br /&gt;</w:t>
        <w:br/>
        <w:t>А в небі, все схопивши позирком,&lt;br /&gt;</w:t>
        <w:br/>
        <w:t>Байдуже скривлюється диск.</w:t>
      </w:r>
    </w:p>
    <w:p>
      <w:r>
        <w:br/>
        <w:t>І мій єдиний друг, наморений,&lt;br /&gt;</w:t>
        <w:br/>
        <w:t>В моїм видніє келишку&lt;br /&gt;</w:t>
        <w:br/>
        <w:t>І, тайним хмелем упокорений,&lt;br /&gt;</w:t>
        <w:br/>
        <w:t>Як я, таїть журбу важку.</w:t>
      </w:r>
    </w:p>
    <w:p>
      <w:r>
        <w:br/>
        <w:t>А там, біля сусідніх столиків,&lt;br /&gt;</w:t>
        <w:br/>
        <w:t>Лакеї заспані стирчать,&lt;br /&gt;</w:t>
        <w:br/>
        <w:t>І пияки з очима кроликів&lt;br /&gt;</w:t>
        <w:br/>
        <w:t>"In vino veritas!"* кричать.</w:t>
      </w:r>
    </w:p>
    <w:p>
      <w:r>
        <w:br/>
        <w:t>І кожен вечір, в час умовлений&lt;br /&gt;</w:t>
        <w:br/>
        <w:t>(Чи це не мариться мені?),&lt;br /&gt;</w:t>
        <w:br/>
        <w:t>дівочий стан, шовками зловлений,&lt;br /&gt;</w:t>
        <w:br/>
        <w:t>Пливе в туманному вікні.</w:t>
      </w:r>
    </w:p>
    <w:p>
      <w:r>
        <w:br/>
        <w:t>Вона повільно йде між п'яними,&lt;br /&gt;</w:t>
        <w:br/>
        <w:t>І все зажурена, одна,&lt;br /&gt;</w:t>
        <w:br/>
        <w:t>Духами дишачи й туманами,&lt;br /&gt;</w:t>
        <w:br/>
        <w:t>Сідає мовчки край вікна.</w:t>
      </w:r>
    </w:p>
    <w:p>
      <w:r>
        <w:br/>
        <w:t>І віють давніми й оздобними&lt;br /&gt;</w:t>
        <w:br/>
        <w:t>Повір'ями тугі шовки,&lt;br /&gt;</w:t>
        <w:br/>
        <w:t>І брилик з перами жалобними,&lt;br /&gt;</w:t>
        <w:br/>
        <w:t>І персні гарної руки.</w:t>
      </w:r>
    </w:p>
    <w:p>
      <w:r>
        <w:br/>
        <w:t>Чудною близькістю закований,&lt;br /&gt;</w:t>
        <w:br/>
        <w:t>За темну я дивлюсь вуаль —&lt;br /&gt;</w:t>
        <w:br/>
        <w:t>І бачу берег зачарований&lt;br /&gt;</w:t>
        <w:br/>
        <w:t>І чарами пойняту даль.</w:t>
      </w:r>
    </w:p>
    <w:p>
      <w:r>
        <w:br/>
        <w:t>Мені всі тайнощі довірено&lt;br /&gt;</w:t>
        <w:br/>
        <w:t>З чиїмось сонцем заодно,&lt;br /&gt;</w:t>
        <w:br/>
        <w:t>І душу всю мою незмірену&lt;br /&gt;</w:t>
        <w:br/>
        <w:t>Терпке пронизує вино.</w:t>
      </w:r>
    </w:p>
    <w:p>
      <w:r>
        <w:br/>
        <w:t>І, сколихнувшись, пера струсячі&lt;br /&gt;</w:t>
        <w:br/>
        <w:t>У мозку тріпотять моїм.&lt;br /&gt;</w:t>
        <w:br/>
        <w:t>І очі сині-сині, тужачи,&lt;br /&gt;</w:t>
        <w:br/>
        <w:t>Цвітуть на березі смутнім.</w:t>
      </w:r>
    </w:p>
    <w:p>
      <w:r>
        <w:br/>
        <w:t>В моїй душі є скарб, і вручено&lt;br /&gt;</w:t>
        <w:br/>
        <w:t>Від нього ключ лише мені!&lt;br /&gt;</w:t>
        <w:br/>
        <w:t>Потворо захміліла й змучена,&lt;br /&gt;</w:t>
        <w:br/>
        <w:t>Це правда: істина — в вині!&lt;br /&gt;</w:t>
        <w:br/>
        <w:t>--------------------&lt;br /&gt;</w:t>
        <w:br/>
        <w:t>* Істина в вині! (лат.)</w:t>
      </w:r>
    </w:p>
    <w:p>
      <w:r>
        <w:br/>
        <w:t>Олександр Блок&lt;br /&gt;</w:t>
        <w:br/>
        <w:t>Незнайома. Переклад Івана Глинського</w:t>
      </w:r>
    </w:p>
    <w:p>
      <w:r>
        <w:br/>
        <w:t>Перекладач: Іван Глинський</w:t>
      </w:r>
    </w:p>
    <w:p>
      <w:r>
        <w:br/>
        <w:t>Щовечера над ресторанами&lt;br /&gt;</w:t>
        <w:br/>
        <w:t>Стихає вітру млявий рух,&lt;br /&gt;</w:t>
        <w:br/>
        <w:t>І править вигуками п'яними&lt;br /&gt;</w:t>
        <w:br/>
        <w:t>Весняний переплілий дух.</w:t>
      </w:r>
    </w:p>
    <w:p>
      <w:r>
        <w:br/>
        <w:t>А над пекарнею, піднесений&lt;br /&gt;</w:t>
        <w:br/>
        <w:t>Над смутком передмість і дач,&lt;br /&gt;</w:t>
        <w:br/>
        <w:t>Калачик золотіє плетений,&lt;br /&gt;</w:t>
        <w:br/>
        <w:t>І з тьми пливе дитячий плач.</w:t>
      </w:r>
    </w:p>
    <w:p>
      <w:r>
        <w:br/>
        <w:t>І кожний вечір за шлагбаумами,&lt;br /&gt;</w:t>
        <w:br/>
        <w:t>Заламлюючи котелки,&lt;br /&gt;</w:t>
        <w:br/>
        <w:t>Серед канав гуляючи з дамами&lt;br /&gt;</w:t>
        <w:br/>
        <w:t>Дотепні зухи-парубки.</w:t>
      </w:r>
    </w:p>
    <w:p>
      <w:r>
        <w:br/>
        <w:t>Над озером — склепіння весельне&lt;br /&gt;</w:t>
        <w:br/>
        <w:t>І зіграний жіночий виск.&lt;br /&gt;</w:t>
        <w:br/>
        <w:t>До всього звиклий в тлі небесному&lt;br /&gt;</w:t>
        <w:br/>
        <w:t>Бездумно скривлюється диск.</w:t>
      </w:r>
    </w:p>
    <w:p>
      <w:r>
        <w:br/>
        <w:t>Щовечір плином винним скорений&lt;br /&gt;</w:t>
        <w:br/>
        <w:t>Зі мною давній друг мовчить&lt;br /&gt;</w:t>
        <w:br/>
        <w:t>І відбитком покірним, змореним&lt;br /&gt;</w:t>
        <w:br/>
        <w:t>В моїм стакані мерехтить.</w:t>
      </w:r>
    </w:p>
    <w:p>
      <w:r>
        <w:br/>
        <w:t>І вкруг і поряд біля столиків&lt;br /&gt;</w:t>
        <w:br/>
        <w:t>Лакеї заспані стирчать,&lt;br /&gt;</w:t>
        <w:br/>
        <w:t>Й п'яниці із очима кроликів&lt;br /&gt;</w:t>
        <w:br/>
        <w:t>"In vino veritas!" кричать.</w:t>
      </w:r>
    </w:p>
    <w:p>
      <w:r>
        <w:br/>
        <w:t>Щовечора, в годину спрагнену&lt;br /&gt;</w:t>
        <w:br/>
        <w:t>(Таж чи не сниться це мені?)&lt;br /&gt;</w:t>
        <w:br/>
        <w:t>Дівочий стан, шовками стягнений,&lt;br /&gt;</w:t>
        <w:br/>
        <w:t>Пливе в туманному вікні.</w:t>
      </w:r>
    </w:p>
    <w:p>
      <w:r>
        <w:br/>
        <w:t>Проходить звільна межи п'яними&lt;br /&gt;</w:t>
        <w:br/>
        <w:t>Вона, самітна і смутна,&lt;br /&gt;</w:t>
        <w:br/>
        <w:t>Духами дишучи й туманами,&lt;br /&gt;</w:t>
        <w:br/>
        <w:t>Сідає скромно край вікна.</w:t>
      </w:r>
    </w:p>
    <w:p>
      <w:r>
        <w:br/>
        <w:t>І віють давніми повір'ями&lt;br /&gt;</w:t>
        <w:br/>
        <w:t>Ті шелесткі, тугі шовки,&lt;br /&gt;</w:t>
        <w:br/>
        <w:t>І капелюшок із пір'їнами,&lt;br /&gt;</w:t>
        <w:br/>
        <w:t>І персні ніжної руки.</w:t>
      </w:r>
    </w:p>
    <w:p>
      <w:r>
        <w:br/>
        <w:t>І чаром близькості окований,&lt;br /&gt;</w:t>
        <w:br/>
        <w:t>Дивлюсь за траурну вуаль&lt;br /&gt;</w:t>
        <w:br/>
        <w:t>Та бачу берег зачарований&lt;br /&gt;</w:t>
        <w:br/>
        <w:t>І чарами сповиту даль.</w:t>
      </w:r>
    </w:p>
    <w:p>
      <w:r>
        <w:br/>
        <w:t>Мені, мені лиш придоручено&lt;br /&gt;</w:t>
        <w:br/>
        <w:t>Це загадкове сонце знов!..&lt;br /&gt;</w:t>
        <w:br/>
        <w:t>І душу всю мою замучену&lt;br /&gt;</w:t>
        <w:br/>
        <w:t>Терпке пронизує вино.</w:t>
      </w:r>
    </w:p>
    <w:p>
      <w:r>
        <w:br/>
        <w:t>Й пір'їна страусна гойдається,&lt;br /&gt;</w:t>
        <w:br/>
        <w:t>В моєму мозку — каламуть,&lt;br /&gt;</w:t>
        <w:br/>
        <w:t>І очі сині розкриваються&lt;br /&gt;</w:t>
        <w:br/>
        <w:t>Й на дальнім березі цвітуть.</w:t>
      </w:r>
    </w:p>
    <w:p>
      <w:r>
        <w:br/>
        <w:t>В моїй душі — скарби намріяні!&lt;br /&gt;</w:t>
        <w:br/>
        <w:t>І ключ — доручено мені!&lt;br /&gt;</w:t>
        <w:br/>
        <w:t>Тобі, химеро п'яна, вірю я,&lt;br /&gt;</w:t>
        <w:br/>
        <w:t>Бо знаю: істина в вині.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Незнайома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