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Невмирущий рушничок</w:t>
      </w:r>
    </w:p>
    <w:p>
      <w:r>
        <w:br/>
        <w:t xml:space="preserve"> На декаду в Ташкент з України&lt;br /&gt;</w:t>
        <w:br/>
        <w:t>прилетіли і старші майстри,&lt;br /&gt;</w:t>
        <w:br/>
        <w:t>і з молодшої їхньої зміни&lt;br /&gt;</w:t>
        <w:br/>
        <w:t>два поети: обидва — Дмитри.</w:t>
      </w:r>
    </w:p>
    <w:p>
      <w:r>
        <w:br/>
        <w:t>Заповняють картки в готелі,&lt;br /&gt;</w:t>
        <w:br/>
        <w:t>аж підходить дівча:— Я — Зухра, —&lt;br /&gt;</w:t>
        <w:br/>
        <w:t>усміхаються очі веселі&lt;br /&gt;</w:t>
        <w:br/>
        <w:t>до гостей з-над Славути-Дніпра.</w:t>
      </w:r>
    </w:p>
    <w:p>
      <w:r>
        <w:br/>
        <w:t>У руках записна в неї книжка:&lt;br /&gt;</w:t>
        <w:br/>
        <w:t>— Хочу, — каже, — в концерті для вас&lt;br /&gt;</w:t>
        <w:br/>
        <w:t>заспівати "Рушник" Малишка, —&lt;br /&gt;</w:t>
        <w:br/>
        <w:t>підкажіть українські слова.</w:t>
      </w:r>
    </w:p>
    <w:p>
      <w:r>
        <w:br/>
        <w:t>Переглянулись два поети&lt;br /&gt;</w:t>
        <w:br/>
        <w:t>(щойно в світ "Рушничок" злетів):&lt;br /&gt;</w:t>
        <w:br/>
        <w:t>сяк-так знають перші куплети,&lt;br /&gt;</w:t>
        <w:br/>
        <w:t>а з останнього — кілька слів.</w:t>
      </w:r>
    </w:p>
    <w:p>
      <w:r>
        <w:br/>
        <w:t>Та не знати свого — це ж сором,&lt;br /&gt;</w:t>
        <w:br/>
        <w:t>і не скажеш про це Зухрі.&lt;br /&gt;</w:t>
        <w:br/>
        <w:t>Що ж, згадаєм, мовляв, відтворим,&lt;br /&gt;</w:t>
        <w:br/>
        <w:t>як звучить у нас на Дніпрі.</w:t>
      </w:r>
    </w:p>
    <w:p>
      <w:r>
        <w:br/>
        <w:t>А воно, знайоме до болю,&lt;br /&gt;</w:t>
        <w:br/>
        <w:t>в голові не все ожива.&lt;br /&gt;</w:t>
        <w:br/>
        <w:t>Що робить? Дали собі волю —&lt;br /&gt;</w:t>
        <w:br/>
        <w:t>повставляли свої слова.</w:t>
      </w:r>
    </w:p>
    <w:p>
      <w:r>
        <w:br/>
        <w:t>І чудово Зухра проспівала,&lt;br /&gt;</w:t>
        <w:br/>
        <w:t>заворожена зала була:&lt;br /&gt;</w:t>
        <w:br/>
        <w:t>"Рідна мати моя, ти ночей не доспала&lt;br /&gt;</w:t>
        <w:br/>
        <w:t>і водила мене у поля край села..."</w:t>
      </w:r>
    </w:p>
    <w:p>
      <w:r>
        <w:br/>
        <w:t>Прозвучав "Рушничок", нівроку!&lt;br /&gt;</w:t>
        <w:br/>
        <w:t>"Біс! — кричать узбеки. — Ура!"&lt;br /&gt;</w:t>
        <w:br/>
        <w:t>Але якось через півроку&lt;br /&gt;</w:t>
        <w:br/>
        <w:t>прибула на Вкраїну Зухра.</w:t>
      </w:r>
    </w:p>
    <w:p>
      <w:r>
        <w:br/>
        <w:t>Виступає вона з концертом,&lt;br /&gt;</w:t>
        <w:br/>
        <w:t>пісню в нашій столиці співа.&lt;br /&gt;</w:t>
        <w:br/>
        <w:t>Із узбецьким легким акцентом&lt;br /&gt;</w:t>
        <w:br/>
        <w:t>вимовля українські слова.</w:t>
      </w:r>
    </w:p>
    <w:p>
      <w:r>
        <w:br/>
        <w:t>Та цікаво, що буде далі:&lt;br /&gt;</w:t>
        <w:br/>
        <w:t>тут найвищі ноти бери,&lt;br /&gt;</w:t>
        <w:br/>
        <w:t>бо Малишко сидить у залі, —&lt;br /&gt;</w:t>
        <w:br/>
        <w:t>це помітили два Дмитри.</w:t>
      </w:r>
    </w:p>
    <w:p>
      <w:r>
        <w:br/>
        <w:t>Пісня стелиться, пісня лине,&lt;br /&gt;</w:t>
        <w:br/>
        <w:t>та чи автору це не в гнів:&lt;br /&gt;</w:t>
        <w:br/>
        <w:t>слів Малишкових — дві третини,&lt;br /&gt;</w:t>
        <w:br/>
        <w:t>а третина — слова Дмитрів.</w:t>
      </w:r>
    </w:p>
    <w:p>
      <w:r>
        <w:br/>
        <w:t>— Видно, сплутали щось узбеки? —&lt;br /&gt;</w:t>
        <w:br/>
        <w:t>настороживсь поет. — Що таке? —&lt;br /&gt;</w:t>
        <w:br/>
        <w:t>Щось незвичне, немов далеке,&lt;br /&gt;</w:t>
        <w:br/>
        <w:t>але серцеві все ж близьке!</w:t>
      </w:r>
    </w:p>
    <w:p>
      <w:r>
        <w:br/>
        <w:t>А Дмитри підвелися знишка&lt;br /&gt;</w:t>
        <w:br/>
        <w:t>(поряд ложа їх — бенуар),&lt;br /&gt;</w:t>
        <w:br/>
        <w:t>поглядають в партер на Малишка, —&lt;br /&gt;</w:t>
        <w:br/>
        <w:t>аплодує Зухрі пісняр.</w:t>
      </w:r>
    </w:p>
    <w:p>
      <w:r>
        <w:br/>
        <w:t>Та кому на серце не ляже?&lt;br /&gt;</w:t>
        <w:br/>
        <w:t>І Малишко просяяв:— Біс!&lt;br /&gt;</w:t>
        <w:br/>
        <w:t>Я не знав, що "Рушник" мій, —каже, —&lt;br /&gt;</w:t>
        <w:br/>
        <w:t>варіантами вже обріс!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Невмирущий рушничок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