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Неслухняний глечик</w:t>
      </w:r>
    </w:p>
    <w:p>
      <w:r>
        <w:br/>
        <w:t xml:space="preserve"> &lt;p&gt;Був у нас мальований глечик для води, спозадавня був та й іще, може, жив би та й жив, коли трапилось таке.</w:t>
      </w:r>
    </w:p>
    <w:p>
      <w:r>
        <w:br/>
        <w:t>Раз мама топили в печі, я пустував: зачепив ключкою той глечик за вушко та й тягаю по полу. Мама насварилися:</w:t>
      </w:r>
    </w:p>
    <w:p>
      <w:r>
        <w:br/>
        <w:t>— Грай, глечику, грай, підеш без вушка!</w:t>
      </w:r>
    </w:p>
    <w:p>
      <w:r>
        <w:br/>
        <w:t>Я почув теє, сам собі дивуюся, чого це мама не на мене гримають, а на глечика, та й радий тому, "аби не на мене",— думаю, далі граюся з глечиком, як і раніше грався. Коли це глечик — хрясь! — з полу додолу — розлетівся в черепки.</w:t>
      </w:r>
    </w:p>
    <w:p>
      <w:r>
        <w:br/>
        <w:t>"Угадали мама — розбився-таки вражий глечик",— думаю собі.</w:t>
      </w:r>
    </w:p>
    <w:p>
      <w:r>
        <w:br/>
        <w:t>Побачивши теє мати, та мовчки за віника.</w:t>
      </w:r>
    </w:p>
    <w:p>
      <w:r>
        <w:br/>
        <w:t>А я бачу це та й думаю:</w:t>
      </w:r>
    </w:p>
    <w:p>
      <w:r>
        <w:br/>
        <w:t>"Ну, ну, що буде далі? Невже ж оце мама будуть бити неслухняного глечика, що розбився?"</w:t>
      </w:r>
    </w:p>
    <w:p>
      <w:r>
        <w:br/>
        <w:t>А про себе й байдуже. Мама підійшли ближче, та не глечика, а мене — віником по руках, по руках!</w:t>
      </w:r>
    </w:p>
    <w:p>
      <w:r>
        <w:br/>
        <w:t>— А не я ж тобі казала — не грайся з глечиком, бо розіб’єш! Бо розіб’єш!</w:t>
      </w:r>
    </w:p>
    <w:p>
      <w:r>
        <w:br/>
        <w:t>— Мамо! Ви ж не мені, то ви глечикові казали! — репетую.</w:t>
      </w:r>
    </w:p>
    <w:p>
      <w:r>
        <w:br/>
        <w:t>— Глечик глухий, а ти ж із вухами, сякий-такий сину. Не тебе ж глечик, а ти його по полу волочив!</w:t>
      </w:r>
    </w:p>
    <w:p>
      <w:r>
        <w:br/>
        <w:t>Та й знову, та й знову.</w:t>
      </w:r>
    </w:p>
    <w:p>
      <w:r>
        <w:br/>
        <w:t>"От тобі й маєш,— думаю,— на кого сварилися, а кому досталося".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Неслухняний глечик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