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Нескошені квіти</w:t>
      </w:r>
    </w:p>
    <w:p>
      <w:r>
        <w:br/>
        <w:t xml:space="preserve"> Роберт Фрост&lt;br /&gt;</w:t>
        <w:br/>
        <w:t>Нескошені квіти</w:t>
      </w:r>
    </w:p>
    <w:p>
      <w:r>
        <w:br/>
        <w:t>Я в лузі свіже сіно ворушив.&lt;br /&gt;</w:t>
        <w:br/>
        <w:t>Косар його зарання накосив.</w:t>
      </w:r>
    </w:p>
    <w:p>
      <w:r>
        <w:br/>
        <w:t>Високі трави зрізала коса,&lt;br /&gt;</w:t>
        <w:br/>
        <w:t>Коли на них ще сяяла роса.</w:t>
      </w:r>
    </w:p>
    <w:p>
      <w:r>
        <w:br/>
        <w:t>Я косаря між трав знайти хотів:&lt;br /&gt;</w:t>
        <w:br/>
        <w:t>Чи не зачую де мантачки спів?..</w:t>
      </w:r>
    </w:p>
    <w:p>
      <w:r>
        <w:br/>
        <w:t>Самотньо він косив поміж низин,&lt;br /&gt;</w:t>
        <w:br/>
        <w:t>І я також лишався сам один.</w:t>
      </w:r>
    </w:p>
    <w:p>
      <w:r>
        <w:br/>
        <w:t>— Так і повинно бути, — мовив я, —&lt;br /&gt;</w:t>
        <w:br/>
        <w:t>У нас робота в кожного своя.</w:t>
      </w:r>
    </w:p>
    <w:p>
      <w:r>
        <w:br/>
        <w:t>І тут метелик знявся з-між кущів,&lt;br /&gt;</w:t>
        <w:br/>
        <w:t>І на прозорих крильцях полетів,</w:t>
      </w:r>
    </w:p>
    <w:p>
      <w:r>
        <w:br/>
        <w:t>Шукаючи між скошених отав&lt;br /&gt;</w:t>
        <w:br/>
        <w:t>Ті кольори, що він запам'ятав.</w:t>
      </w:r>
    </w:p>
    <w:p>
      <w:r>
        <w:br/>
        <w:t>Де в'яла квітка зрізана в траві,&lt;br /&gt;</w:t>
        <w:br/>
        <w:t>Забився він у злеті коловім.</w:t>
      </w:r>
    </w:p>
    <w:p>
      <w:r>
        <w:br/>
        <w:t>А потім враз пропав з очей моїх, —&lt;br /&gt;</w:t>
        <w:br/>
        <w:t>І знов явивсь на крильцях голубих...</w:t>
      </w:r>
    </w:p>
    <w:p>
      <w:r>
        <w:br/>
        <w:t>Із думкою про таїну землі,&lt;br /&gt;</w:t>
        <w:br/>
        <w:t>Не кваплячись, узявсь я за граблі,</w:t>
      </w:r>
    </w:p>
    <w:p>
      <w:r>
        <w:br/>
        <w:t>Та погляд мій метелик перейняв&lt;br /&gt;</w:t>
        <w:br/>
        <w:t>Туди, де квітів пломінь розбуяв,</w:t>
      </w:r>
    </w:p>
    <w:p>
      <w:r>
        <w:br/>
        <w:t>Де край покосу, біля джерела&lt;br /&gt;</w:t>
        <w:br/>
        <w:t>Коса смертельна квіти обійшла.</w:t>
      </w:r>
    </w:p>
    <w:p>
      <w:r>
        <w:br/>
        <w:t>І я пішов, щоб там, край комишів.&lt;br /&gt;</w:t>
        <w:br/>
        <w:t>Збагнуть, чому ж косар їх полишив.</w:t>
      </w:r>
    </w:p>
    <w:p>
      <w:r>
        <w:br/>
        <w:t>Йому до серця квіточки були,&lt;br /&gt;</w:t>
        <w:br/>
        <w:t>І він їх пощадив, аби цвіли.</w:t>
      </w:r>
    </w:p>
    <w:p>
      <w:r>
        <w:br/>
        <w:t>Він залишив їх зовсім не для нас —&lt;br /&gt;</w:t>
        <w:br/>
        <w:t>Так радував його ранковий час!</w:t>
      </w:r>
    </w:p>
    <w:p>
      <w:r>
        <w:br/>
        <w:t>І все ж відчув я у душі тепло.&lt;br /&gt;</w:t>
        <w:br/>
        <w:t>Його мені світання пролило.</w:t>
      </w:r>
    </w:p>
    <w:p>
      <w:r>
        <w:br/>
        <w:t>І вже мені ранковий птах співа,&lt;br /&gt;</w:t>
        <w:br/>
        <w:t>З косою знов шепочеться трава,</w:t>
      </w:r>
    </w:p>
    <w:p>
      <w:r>
        <w:br/>
        <w:t>Уже я не самотній, — брат і друг&lt;br /&gt;</w:t>
        <w:br/>
        <w:t>Прийшов до мене на широкий луг.</w:t>
      </w:r>
    </w:p>
    <w:p>
      <w:r>
        <w:br/>
        <w:t>Я з ним копиці веселіш кладу,&lt;br /&gt;</w:t>
        <w:br/>
        <w:t>І в затінок спочити з ним іду,</w:t>
      </w:r>
    </w:p>
    <w:p>
      <w:r>
        <w:br/>
        <w:t>Розмова дружня ллється під кущем,&lt;br /&gt;</w:t>
        <w:br/>
        <w:t>Відвертості я відчуваю щем...</w:t>
      </w:r>
    </w:p>
    <w:p>
      <w:r>
        <w:br/>
        <w:t>— І нарізно, — до нього мовлю я, —&lt;br /&gt;</w:t>
        <w:br/>
        <w:t>Ми трудимось, немов одна сім'я.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Нескошені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