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Неробочий Грицько Кривий</w:t>
      </w:r>
    </w:p>
    <w:p>
      <w:r>
        <w:br/>
        <w:t xml:space="preserve"> &lt;p&gt;НЕРОБОЧИЙ ГРИЦЬКО КРИВИЙ *</w:t>
      </w:r>
    </w:p>
    <w:p>
      <w:r>
        <w:br/>
        <w:t>Волинський образок з початку XVIII віку 1 І</w:t>
      </w:r>
    </w:p>
    <w:p>
      <w:r>
        <w:br/>
        <w:t>Був хмурий день восени. Сиві важкі хмари облягли все небо, й воно наче нагнулося, налите водою, нависло хмурою покришкою над самою головою. Повітря було повне вогкості, і дощ мов збирався щохвилини. Сумно виглядав залитий водою шлях, і густі ліси понуро стояли навкруги, тихі, нерухомі, мовчки скидаючи листок за листком на мокру листяну ж настілку. Пташки розлетілись, поховались, і гучливий в'їдливий крик мокрого крука панував сам — навколо, наче глузуючи з сумної агонії літнього життя, з його минулої краси й сили.</w:t>
      </w:r>
    </w:p>
    <w:p>
      <w:r>
        <w:br/>
        <w:t>Сумний краєвид, очевидячки, впливав і на двох людей, що верхи їхали тією мокрою, розтоптаною дорогою: вони їхали мовчки, понуро, нап'явши відлоги на голови. Бурка з кращого крамного сукна на передньому давала знати, що то не був селянин, як його товариш в простій сільській свиті, а якийсь пан.</w:t>
      </w:r>
    </w:p>
    <w:p>
      <w:r>
        <w:br/>
        <w:t>Так проїхали вони мовчки з верству попід лісом. Тут ліс кінчився, дорога розбивалася надвоє, і на роздоріжжі стирчала, похилившись низько на бік, стара корчма. Шляхтич зліз і пішов туди, але за хвилинку вернувся.</w:t>
      </w:r>
    </w:p>
    <w:p>
      <w:r>
        <w:br/>
        <w:t>— Нема, не було, не бачив,— промовив він, глянувши на дорогу, що вилася межи ріллями, пропадаючи в млі.</w:t>
      </w:r>
    </w:p>
    <w:p>
      <w:r>
        <w:br/>
        <w:t>— Десь повернули набік,— сказав на те чоловік, пораючись коло сідла.— Де його тепер знайдеш? Адже ж тому більше як день, як їх бачили.</w:t>
      </w:r>
    </w:p>
    <w:p>
      <w:r>
        <w:br/>
        <w:t>Шляхтич не сказав нічого і, взявшися під боки, мовчки дивився, наче хотів випитати в дороги, чого йому треба, а далі з нехіттю став знову вилазити на коня.</w:t>
      </w:r>
    </w:p>
    <w:p>
      <w:r>
        <w:br/>
        <w:t>— Може, єврей збрехав, щоб одурити, а може, й не одурив: хіба малий світ? Адже ж не вперше тікає: не піде</w:t>
      </w:r>
    </w:p>
    <w:p>
      <w:r>
        <w:br/>
        <w:t>* Неробочий — тогочасний правний термін для неосілого селянина, persona vagabunda. Фабула оповідання взята з декрету, видрукованого "Архиве Юго-Западной России" 2, ч. VI, т, JI, № 15; побутові подробиці оперті на документальнім матеріалі3</w:t>
      </w:r>
    </w:p>
    <w:p>
      <w:r>
        <w:br/>
        <w:t>просто дорогою, щоб його зловили,— метикував тим часом чоловік.</w:t>
      </w:r>
    </w:p>
    <w:p>
      <w:r>
        <w:br/>
        <w:t>Шляхтич від'їхав від корчми на дорогу й знов став, не знаючи, що його робити.</w:t>
      </w:r>
    </w:p>
    <w:p>
      <w:r>
        <w:br/>
        <w:t>— Тю, бодай їм всячина! — промовив він нарешті, повернув коня і, вдаривши, пустився назад межи лісом тією ж дорогою, що приїхав. Швидко зникли обоє в тумані.</w:t>
      </w:r>
    </w:p>
    <w:p>
      <w:r>
        <w:br/>
        <w:t>За кілька хвилин, як не чутно стало й коней, між деревами з лісу виглянула якась постать і, озираючись, вийшов помалу чоловік на дорогу, за ним жінка з дитиною. Обоє прислухалися пильно: не чути було вже нічого.</w:t>
      </w:r>
    </w:p>
    <w:p>
      <w:r>
        <w:br/>
        <w:t>— Нема,— сказав чоловік, постоявши кілька часу, й веселий усміх розливався по його лиці.— Не думав я, щоб заліз він так далеко. Та тепер, хвалити бога, не вернеться! — додав він весело й перехрестився.</w:t>
      </w:r>
    </w:p>
    <w:p>
      <w:r>
        <w:br/>
        <w:t>— Не вернеться, хвалити бога,— обізвалася жінка, помалу перекладаючи на руці дитину.</w:t>
      </w:r>
    </w:p>
    <w:p>
      <w:r>
        <w:br/>
        <w:t>— От якби не почули та не сховались! Ледве ж встигли звернути з дороги! Добре, що дитина спала, а то було б нам! — радів чоловік і простягнув руку попестити дитину</w:t>
      </w:r>
    </w:p>
    <w:p>
      <w:r>
        <w:br/>
        <w:t>— Не руш, спить! Та ходім, бо змерзла, ноги одубли, в воді сидячи.</w:t>
      </w:r>
    </w:p>
    <w:p>
      <w:r>
        <w:br/>
        <w:t>Чоловік перекинув знову, що ніс на плечах, і пішов далі дорогою. Жінка почимчикувала за ним; в одній руці мала дитину, в другій торбину. В тій торбині та в клунку було все добро їх. Се були селяни — Грицько Кривий, чи Грицько Гричук, як він звався в останньому селі, з жінкою Ганною, що втекли від пана шукати де краще. Четвертий день вони вже йшли так, здебільшого ввечері, або рано та вночі, або переховуючись лісами. Сьогодні були пішли вже сміливіше — просто шляхом, не сподіваючися погоні, та завчасу почули тупотіння, сховалися в рів та й пересиділи там.</w:t>
      </w:r>
    </w:p>
    <w:p>
      <w:r>
        <w:br/>
        <w:t>Вони пройшли мовчки верству, потім другу. Тяжко було йти по грязюці в холодній млі, несучи клунки. Сумна дорога незабаром прогнала їх веселість, і вони тяглися понуро й важко. Нарешті та похила корчма на розпутті, де розпитувався пан, встала перед ними.</w:t>
      </w:r>
    </w:p>
    <w:p>
      <w:r>
        <w:br/>
        <w:t>— Пристанемо чи підемо далі? — спитав чоловік.</w:t>
      </w:r>
    </w:p>
    <w:p>
      <w:r>
        <w:br/>
        <w:t>— Підемо вже до села, вже, мабуть, недалеко: краще, ніж тут у євреїв,— відказала жінка.</w:t>
      </w:r>
    </w:p>
    <w:p>
      <w:r>
        <w:br/>
        <w:t>Вони порівнялися з корчмою. Чоловік позирнув, позирнув ще, разом спинився й повернув до неї.</w:t>
      </w:r>
    </w:p>
    <w:p>
      <w:r>
        <w:br/>
        <w:t>— Куди ти, Грицьку?</w:t>
      </w:r>
    </w:p>
    <w:p>
      <w:r>
        <w:br/>
        <w:t>— Та зараз...</w:t>
      </w:r>
    </w:p>
    <w:p>
      <w:r>
        <w:br/>
        <w:t>— Будеш горілку пити? Так рано? Покинь, ще єврей як-небудь перекаже.</w:t>
      </w:r>
    </w:p>
    <w:p>
      <w:r>
        <w:br/>
        <w:t>— Не перекаже,— відказав чоловік.</w:t>
      </w:r>
    </w:p>
    <w:p>
      <w:r>
        <w:br/>
        <w:t>— Не ходи, Грицьку! — Жінка взяла його за полу.</w:t>
      </w:r>
    </w:p>
    <w:p>
      <w:r>
        <w:br/>
        <w:t>— Е! — сердито крикнув чоловік, вирвавши полу, покинув клунок і пішов до корчми. По тих пережитих рано страхах нерви просили покріплення, і годі було ту хіть побороти. Жінка почала забавляти розбуджену дитину, промовляючи до неї, хоч дитина ще не розуміла нічого, бо не мала й півроку.</w:t>
      </w:r>
    </w:p>
    <w:p>
      <w:r>
        <w:br/>
        <w:t>Грицько тим часом бадьоро вийшов з корчми й узяв клунка знову. Горілка вернула йому веселість і розв'язала язик.— Се я певно знаю,— балакав він,— що сказав панові той рудий еврей в Грицькунівській корчмі; нехай тепер пан йому подякує, що проїздився: без нього не заїхали б за мною так далеко. Хвалити бога, що не було з ним псів, а то було б погано. Як тікав з Литви, так мене з хортами шукали; та собаки мене пізнали, бо я був за парубка в пана й годував їх часто; а в мене був і дух упав: якби піймали, то й душу вибили б з мене, такий пан був лихий!</w:t>
      </w:r>
    </w:p>
    <w:p>
      <w:r>
        <w:br/>
        <w:t>Жінка не відказала нічого.</w:t>
      </w:r>
    </w:p>
    <w:p>
      <w:r>
        <w:br/>
        <w:t>— Дай мені хлопця, нехай ще я його трохи понесу: в тебе, мабуть, і руки заклякли! — сказав Грицько і, помалу взявши однією рукою сина, почав йому на губах виробляти всякі штуки.</w:t>
      </w:r>
    </w:p>
    <w:p>
      <w:r>
        <w:br/>
        <w:t>— Скільки ми пройшли? Буде з десять миль? — спиталася жінка.</w:t>
      </w:r>
    </w:p>
    <w:p>
      <w:r>
        <w:br/>
        <w:t>— Буде, буде вже. Се ж ми вже Дубно проминули десь.</w:t>
      </w:r>
    </w:p>
    <w:p>
      <w:r>
        <w:br/>
        <w:t>— Хоч би пристати де-небудь, а то йдемо, йдемо, і не знати куди.</w:t>
      </w:r>
    </w:p>
    <w:p>
      <w:r>
        <w:br/>
        <w:t>— Якби де натрапити на добре село! Мені самому хіба не надокучило!</w:t>
      </w:r>
    </w:p>
    <w:p>
      <w:r>
        <w:br/>
        <w:t>Так балакаючи, вийшли вони над широку долину, що прорила якась річка. Дорога вилася понад нею. Туман кутав очерети й річку, ледве її було знати. Почав накрапати дощ, що далі — то дужче. Ганна завернула полу свитини і вкрила голову собі й дитину.</w:t>
      </w:r>
    </w:p>
    <w:p>
      <w:r>
        <w:br/>
        <w:t>— От і село манячить, треба пристати, дощ перечекати. Вони зійшли узгір'ям в долину. Слизько було йти мокрою</w:t>
      </w:r>
    </w:p>
    <w:p>
      <w:r>
        <w:br/>
        <w:t>стежкою. Ганна впала навзнак і чисто обмастилася. Нарешті наблизилися до села. Хати довгою низкою простяглися над річкою між обсадженими вербами городами та левадами. Перехожі звернулись до першої ж хати. Подратувавши собак, швидко діждалися й хазяїв: пристаркувата жінка виглянула до них.</w:t>
      </w:r>
    </w:p>
    <w:p>
      <w:r>
        <w:br/>
        <w:t>— Пустіть переждати дощ, ми перехожі люди, з далекого села.</w:t>
      </w:r>
    </w:p>
    <w:p>
      <w:r>
        <w:br/>
        <w:t>Та подивилась неймовірно, але по тім пильнім огляді лице її прояснилося.</w:t>
      </w:r>
    </w:p>
    <w:p>
      <w:r>
        <w:br/>
        <w:t>— А йдіть, коли хочете! Просимо! — вже ласкаво обізвалась вона.</w:t>
      </w:r>
    </w:p>
    <w:p>
      <w:r>
        <w:br/>
        <w:t>Перехожі порозбирались, поклали мокрі свити на піч та й узялися снідати хлібом та цибулею. Прийшов снідати й хазяїн з току, почали розпитуватись.</w:t>
      </w:r>
    </w:p>
    <w:p>
      <w:r>
        <w:br/>
        <w:t>— Шукаємо, де б вільніше, а то в нас роби-роби, та й кінця нема; нема часу й собі щось зробити, та ще й новини тобі видумують щороку, наче коверзують з людей,— скаржився Грицько.</w:t>
      </w:r>
    </w:p>
    <w:p>
      <w:r>
        <w:br/>
        <w:t>— То приставайте в нас,— відказав хазяїн,— адже в нас легко: робити тільки два дні на тиждень і в зиму, й літом — тільки всього; чиншу нема, як .по інших селах. •</w:t>
      </w:r>
    </w:p>
    <w:p>
      <w:r>
        <w:br/>
        <w:t>— Та зате ж осип даємо,— відказала жінка.</w:t>
      </w:r>
    </w:p>
    <w:p>
      <w:r>
        <w:br/>
        <w:t>— Ну, що ж, що* осип? А зате ні курей, ні гусей, ані інших вигадок. І пан нічого, нема чого казати... справді, жінко?</w:t>
      </w:r>
    </w:p>
    <w:p>
      <w:r>
        <w:br/>
        <w:t>— Ну, не дуже хвали: он за підводами тими як раз у раз ганяє!</w:t>
      </w:r>
    </w:p>
    <w:p>
      <w:r>
        <w:br/>
        <w:t>— Що ж, що підводи: се й скрізь,— не здавався хазяїн; він взагалі не був песимістом, а тепер ще й особливо припала йому охота хвалити своє село.</w:t>
      </w:r>
    </w:p>
    <w:p>
      <w:r>
        <w:br/>
        <w:t>— Ні,— сказав Грицько, згадавши за погоню,— тут ще небезпечно: боронь боже, ще довідаються. За нами гналися трохи не до вашого села...</w:t>
      </w:r>
    </w:p>
    <w:p>
      <w:r>
        <w:br/>
        <w:t>Дощ все не переставав. Хазяїн пішов на тік знову, Гриць-ко й собі — помагати, покинувши жінку з дитиною в хаті. Хазяйка сіла коло віконечка, щось латаючи; в хаті незабаром стало вже смеркатися за дощем. Ганн^ сіла проти хазяйки, годуючи дитину, спочиваючи з дороги; ноги нили після холодної води в тому рові; якась чудна, невиразна втома, тихий спокій огортали її; й думка, що за якийсь час знову треба буде покинути теплу хату й брести грязюкою, ще додавала того чудного, солодкого чуття. В тій хвилі Ганна рада була побалакати щиро, пригорнутися до кого-небудь, та й почала докладно розказувати, відповідаючи на питання хазяйки.</w:t>
      </w:r>
    </w:p>
    <w:p>
      <w:r>
        <w:br/>
        <w:t>Вона була сирота і зросла між людьми. Був брат, жив у наймах, але вже кілька років десь пішов, та й не чутно: кажуть, що вбили його татари. Більше незісталося в неї роду, бо батько в неї був захожий чоловік. І вона все ходила у наймах. Невесело було дівувати наймичкою. "Почали далі дів-чата-однолітки заміж виходити, одна за другою, а мене, звісно, ніхто не сватає,— оповідала. Ганна,— не дуже де й побачиш було мене! Ото й думаєш: усі мене обминають, зостануся я довіку сама одна без роду на світі, та так сумно стане! Хоч би брат був, хоч би яка родиночка, щоб до неї обернутися, прихилитися. І так,було все ждеш — звісно, тільки дуриш себе,— що станеться з тобою що-небудь таке..; брат вернеться або посватає хто добрий... Було в хаті сидиш часом,— двері сінечні рипнуть або собаки загавкають, то аж серце стрепенеться".</w:t>
      </w:r>
    </w:p>
    <w:p>
      <w:r>
        <w:br/>
        <w:t>' — Ти гарно розказуєш,— ласкаво кивнула Ганні хазяйка. — Нема чого й розказати! От тоді прийшов був на село Грицько, чоловік мій, та й пристав за парубка в хазяйського сусіда. То ж, бувало, часом стріне та й заговорить, а далі восени сватає. Не змагалася, пов'язала старостів, а хазяї відмовляють: він, кажуть, чоловік чужий, перехожий і не має нічого, ще й ледащо до того — а його ледачим вславили, хоч до своєї роботи він не лінується. Будете, кажуть, злидні тільки плодити. Та я не послухала — нехай вже й злидні будуть, та свої; як я маю цілий вік в* наймах ходити: всього добудеш, окрім доброго слова. Так і побралися; хазяї ще й посміялися з нас: таке заслужила за свою працю, що тільки поглузували. Докучило нам обом по людях ходити, взяли в пана хату з городом та робили в людей та в пана за сніп абощо; тільки трудно: робиш все, а нічого немає. Може, буде краще на новому місці; тільки добутися б уже скоріше...</w:t>
      </w:r>
    </w:p>
    <w:p>
      <w:r>
        <w:br/>
        <w:t>Ганна засумувала під впливом власного оповідання.</w:t>
      </w:r>
    </w:p>
    <w:p>
      <w:r>
        <w:br/>
        <w:t>— Мабуть, не дав мені бог талану, не бачила щастя й змалку, та не щастить і тепер... А Грицько все сердиться. 6т і тепер ідемо: хіба справді солодко тинятися, як собака блудяща, по дорогах та переховуватися по ярах?</w:t>
      </w:r>
    </w:p>
    <w:p>
      <w:r>
        <w:br/>
        <w:t>Хазяйка почала розповідати й про своє горе — все діти її вмирали.</w:t>
      </w:r>
    </w:p>
    <w:p>
      <w:r>
        <w:br/>
        <w:t>Так ішов час. Стало зовсім темно; вернулися чоловіки. Швидко поснули потомлені перехожі, не чуючи ані тихого ляпотіння дощу, ані цвіркунового голосу, що співав за піччю.</w:t>
      </w:r>
    </w:p>
    <w:p>
      <w:r>
        <w:br/>
        <w:t>Перехожі повставали й зібралися — ще й не розвиднилося. Хазяї попрощалися привітно, дали хліба на дорогу; й знову пішли вони плентатй. Знову потяглися мокрі дороги, налиті водою колії, сумні ліси, чорні ріллі, голодний, гострий крик ворони й дощик дрібний, мов крізь решето. Знову спочивки в селах і звичайні розмови й питання про життя й про пана: там — заздрий, там — хто його зна, там — дуже важко, а там — так собі; кажуть, що скрізь так. Так пройшов ще день і другий.</w:t>
      </w:r>
    </w:p>
    <w:p>
      <w:r>
        <w:br/>
        <w:t>Е, нехай і так, остогидло вже тинятись,— сказав Грицько, прослухавши звичайні оповідання про пана й роботу,— мабуть, нема чого кращого сподіватись; правду кажуть, що де люди, там і пан,.і панщина... Так скільки, кажете, робити?</w:t>
      </w:r>
    </w:p>
    <w:p>
      <w:r>
        <w:br/>
        <w:t>Зимою й літом по два дні, та толоки дві, та шарварки чотири..</w:t>
      </w:r>
    </w:p>
    <w:p>
      <w:r>
        <w:br/>
        <w:t>— Нехай і так; в нас цілий рік по три дні було, а толоки чотири.</w:t>
      </w:r>
    </w:p>
    <w:p>
      <w:r>
        <w:br/>
        <w:t>' Та чиншу 20 грошей, та курка, та яєць п'ять..</w:t>
      </w:r>
    </w:p>
    <w:p>
      <w:r>
        <w:br/>
        <w:t>— Та вже!.. Мабуть, кращого, кажу, не знайдеш! Як тобі здається, жінко?</w:t>
      </w:r>
    </w:p>
    <w:p>
      <w:r>
        <w:br/>
        <w:t>— Про мене, аби скоріше; йди хоч зараз до пана,— обізвалась Ганна.</w:t>
      </w:r>
    </w:p>
    <w:p>
      <w:r>
        <w:br/>
        <w:t>— А піду справді. Сьогодні вже, мабуть, пізно... Кажете, що пан не дуже лихий?</w:t>
      </w:r>
    </w:p>
    <w:p>
      <w:r>
        <w:br/>
        <w:t>— Звичайно, як пан! Як не вийдеш на панщину, так всипле добре на обидва боки...</w:t>
      </w:r>
    </w:p>
    <w:p>
      <w:r>
        <w:br/>
        <w:t>— Бодай не довелося йому й його батькові! — відказав на се Гриць.— Та, мабуть, ліпшого не знайдемо.</w:t>
      </w:r>
    </w:p>
    <w:p>
      <w:r>
        <w:br/>
        <w:t>— Тільки ти б йому поніс що-небудь на ралець, все був би ласкавіший! — радили люди.</w:t>
      </w:r>
    </w:p>
    <w:p>
      <w:r>
        <w:br/>
        <w:t>— Та в мене нічого й нема!</w:t>
      </w:r>
    </w:p>
    <w:p>
      <w:r>
        <w:br/>
        <w:t>— Хіба б гуску взяв де-небудь; он у сусіда є кілька.. На тім і постановили. За дванадцять грошей купили гуску,</w:t>
      </w:r>
    </w:p>
    <w:p>
      <w:r>
        <w:br/>
        <w:t>і Грицько, прибравшися й тісненько підперезавшися, пішов уранці на панський двір. Через кілька часу надійшов і пан з току, де весело гупали, далеко лунаючи, чотири ціпи.</w:t>
      </w:r>
    </w:p>
    <w:p>
      <w:r>
        <w:br/>
        <w:t>До вашої ласки, пане!.. Прийшов із жінкою, щоб у вашому селі осістись,— звернувся до нього Грицько.</w:t>
      </w:r>
    </w:p>
    <w:p>
      <w:r>
        <w:br/>
        <w:t>— Що ж, живи; як добрий будеш, то буде й тобі добре, і придбаєш усього. Є худоба в тебе, чи, може, ти з рукомесла живеш? Мені дуже б ткача треба.</w:t>
      </w:r>
    </w:p>
    <w:p>
      <w:r>
        <w:br/>
        <w:t>— Ні, пане, не вмію нічого, й худоби нема. Я за парубка жив попереду.</w:t>
      </w:r>
    </w:p>
    <w:p>
      <w:r>
        <w:br/>
        <w:t>— Так як же ти? Може, й тут за парубка станеш?</w:t>
      </w:r>
    </w:p>
    <w:p>
      <w:r>
        <w:br/>
        <w:t>— Ні, дайте вже поле; худоби позичу й плуга.</w:t>
      </w:r>
    </w:p>
    <w:p>
      <w:r>
        <w:br/>
        <w:t>— Про мене—роби, як знаєш. Рік будеш вільний од усього; а там — що люди роблять, те й ти. Як же ти звешся?</w:t>
      </w:r>
    </w:p>
    <w:p>
      <w:r>
        <w:br/>
        <w:t>— Грицько Крук,— назвав себе наново Грицько,— а жінка Ганна, та ще дитина мала.</w:t>
      </w:r>
    </w:p>
    <w:p>
      <w:r>
        <w:br/>
        <w:t>Тим скінчилася розмова. Пан послав хлопця показати Грицькові хату: господар її втік торік.</w:t>
      </w:r>
    </w:p>
    <w:p>
      <w:r>
        <w:br/>
        <w:t>— Куди ж він пішов? — розпитував Грицько хлопця.</w:t>
      </w:r>
    </w:p>
    <w:p>
      <w:r>
        <w:br/>
        <w:t>— Кажуть, що на Поділля, тоді п'ятеро того року втекло. Кажуть, що там панщини немає, а землі скільки хоч.</w:t>
      </w:r>
    </w:p>
    <w:p>
      <w:r>
        <w:br/>
        <w:t>— Мабуть, брешуть,— постановив Грицько,— адже ж і мені казали, ніби тут нема панщини, а таке ж саме, тільки манять людей. Мабуть, від сього ніде не втечеш!..</w:t>
      </w:r>
    </w:p>
    <w:p>
      <w:r>
        <w:br/>
        <w:t>Хата, подвір'я — все те тхнуло пусткою. Солому з повіток, з хати розібрано; подвір'я розгороджене, хата облуплена.</w:t>
      </w:r>
    </w:p>
    <w:p>
      <w:r>
        <w:br/>
        <w:t>— Се вже дуже погана, чи нема кращої? — спитав Грицько хлопця.</w:t>
      </w:r>
    </w:p>
    <w:p>
      <w:r>
        <w:br/>
        <w:t>— Ті ще гірші; адже ж зате хата нова.</w:t>
      </w:r>
    </w:p>
    <w:p>
      <w:r>
        <w:br/>
        <w:t>Круки перенесли зараз свої клунки до нової оселі й. повиймали своє добро: тут була сокира, коса, серп, заступ, рогач, мішки, деякі хуста, сувій полотна, що придбала Ганна, ще наймичкою бувши, та ще два злотих грошима — отеє було й усе багатство Круків. В хаті текло; повітря було затхле, як у пивниці. Грицько пішов знову до пана — просити дерева на огорожу й соломи на покрівлю. Ганна зараз заходилася мастити хату: їй не ждалося, хотілося зараз усе поправити, зробити. Позичила опалу, горшка, крупів, хліба; заткнула пробите вікно, замастила соломою, де текло. Ввечері, в пітьмі, хата вже зовсім не здавалася пусткою. Солома ясно палала в печі; ясні плями й темні тіні тремтіли й танцювали по стінах, по долівці; Ганна з великою радістю, після довгого блукання, поралася біля печі, втішаючись і ясним полум'ям, і своїм хазяйнуванням. Вона так давно бажала стати справжньою, заможною хазяйкою! З такими мріями йшла вона й заміж, та не справдились вони в рідному селі! Тепер знову сі мрії вставали перед нею в блискучому полум'ї й тішили, вабили її...</w:t>
      </w:r>
    </w:p>
    <w:p>
      <w:r>
        <w:br/>
        <w:t>Ті веселі думки опанували й Грицька. Сидячи на соломі, він гойдав свого синаша й тішив його, показуючи на полум'я. Чи тішилась дитина, чи ні, але батько, проте, був у тій хвилі щасливий, і біляве, як у "литвина" *, лице його світилося незгірш від тих ясних плям, що бігали по' хаті.</w:t>
      </w:r>
    </w:p>
    <w:p>
      <w:r>
        <w:br/>
        <w:t>Так весело розпочали Круки своє життя в Ставках так звалося те село.</w:t>
      </w:r>
    </w:p>
    <w:p>
      <w:r>
        <w:br/>
        <w:t>II</w:t>
      </w:r>
    </w:p>
    <w:p>
      <w:r>
        <w:br/>
        <w:t>Погода розгулялась швидко. Грицько вилаяв її, що не знала, коли її було треба, але Ганна догадалась, що то дощ ішов їм на щастя, поки вони мандрували, а тепер перестав.</w:t>
      </w:r>
    </w:p>
    <w:p>
      <w:r>
        <w:br/>
        <w:t>Дуже хотілось того щастя! Але чекаючи його, треба було подумати й про те, що його їсти і як пересидіти зиму. У Круків не було ніякого запасу; з тих двох злотих, що зав'язані були в Ганниній .хустці, вигодуватись було не можна; а то ще й треба було купувати всякого добра, почавши від горшків і до відер та діжок. Грицько знову з'явився перед пана, просячи позичити жита пів-осьмачки й гречки два гарці. Пан на те гукнув хлопця й спитався:</w:t>
      </w:r>
    </w:p>
    <w:p>
      <w:r>
        <w:br/>
        <w:t>— Почім спродали жито й гречку на останнім ярмарку?</w:t>
      </w:r>
    </w:p>
    <w:p>
      <w:r>
        <w:br/>
        <w:t>Той сказав.</w:t>
      </w:r>
    </w:p>
    <w:p>
      <w:r>
        <w:br/>
        <w:t>* На Україні литвинами й досі звуть поліщуків.</w:t>
      </w:r>
    </w:p>
    <w:p>
      <w:r>
        <w:br/>
        <w:t>— Ото ж щоб знав,— сказав пан Грицькові.— Буде, значить, за тобою чотири злотих; коли ж ти мені віддаси?</w:t>
      </w:r>
    </w:p>
    <w:p>
      <w:r>
        <w:br/>
        <w:t>— Може, я б їх відробив? Молотив або як інакше?</w:t>
      </w:r>
    </w:p>
    <w:p>
      <w:r>
        <w:br/>
        <w:t>— Добре, приходь: по п'ять грошей день тобі порахую. Грицько походив кілька днів, але далі пан прийняв ще</w:t>
      </w:r>
    </w:p>
    <w:p>
      <w:r>
        <w:br/>
        <w:t>одного, такого ж перехожого, як і Грицько, за парубка, за те, щоб годувати зиму. До того ж приходили на панщину селяни, Грицько був зовсім непотрібний, і пан сказав йому, щоб більше не приходив. Іншої праці він собі не знайшов. Тож, не маючи ніякого хазяйства, ані якої роботи, лежав звичайно па печі й марив, скільки він посіє чого, й скільки воно вродить, і що з того треба буде зробити. Ганна свій вільний час збавляла, або бавлячи дитину, або шиючи з того сувою полотна сорочки чоловікові й собі. Маючи вільний час, узялася вона їх мережити; мережки виходили не дуже гарні: в наймичках сьому не навчишся, але Ганна поралася коло них з великою охотою. Ще її втішні надії не минулися: їй здавалося, що вона ніби свою будучу долю вишивала, таку ж мережану, рябу та веселу.</w:t>
      </w:r>
    </w:p>
    <w:p>
      <w:r>
        <w:br/>
        <w:t>Грицько часом починав удвох з нею мірісувати, скільки чого в них буде й що вони з того зроблять; а коли той матеріал кінчався, мовчки слухав, як віє вітер в комині або як Ганна розмовляє з дитиною, й спав і дрімав без кінця. Часто йому снилися різні страхи з минулого життя: то ибц заснув він парубком, і пан його будить, пхнувши ногою під бік, та хлеще нагаєм; то ніби тікає, притаївся і чує в лісі погоню: хорти біжать до нього, шамотять листям, роздратовані, люті. Грицько прокидався переляканий і, радіючи, згадував, що то все мара, що він у своїй хаті, далеко від тих місць, і не знайдуть його ні старі, ні новіші пани.</w:t>
      </w:r>
    </w:p>
    <w:p>
      <w:r>
        <w:br/>
        <w:t>Так було день у день і часом докучало Грицькові. З нудьги він часом ходив розважитись до шинку, де можна було любенько побалакати з людьми. Одначе єврей швидко перестав давати наборг; Грицько, правда, міг би віднести трохи жита, але на те не стало в нього духу: він жив надією стати заможним господарем.</w:t>
      </w:r>
    </w:p>
    <w:p>
      <w:r>
        <w:br/>
        <w:t>А тим часом минався той хліб, що взято була в пана, дуже швидко плинули й гроші з Ганниної хустки. Грицько мусив удруге і втретє ходити до пана позичати, і гроші, що він був винен панові, все росли. Та Грицько на те не вважав і чекав тільки весни, щоб хазяйнувати.</w:t>
      </w:r>
    </w:p>
    <w:p>
      <w:r>
        <w:br/>
        <w:t>Вона не довго гаялась того року, та весна, і швидко прийшла, наливши балки й лощини сніговою водою, відкривши з-під снігу чорні поля; вогкі й пухнасті, вони немов самі просили плуга. Але Грицько не мав ні плуга, пі худоби; сусідам позичити було тяжко; два дні робили на панщині, а то треба було орати своє; та й худоби було не дуже багато, все спрягалися, а в декого, як і в Грицька, й зовсім худоби не було. Знову Грицько обернувся не до кого, як до пана, позичив худоби й плуга, позичив насіння й оброку. Все те коштувало!</w:t>
      </w:r>
    </w:p>
    <w:p>
      <w:r>
        <w:br/>
        <w:t>— За тобою є вже тридцять п'ять злотих,— сказав нарешті Грицькові пан. Той міг тільки почухатись, почувши про таку силу грошей.</w:t>
      </w:r>
    </w:p>
    <w:p>
      <w:r>
        <w:br/>
        <w:t>Весна була не дуже погожа. Спочатку правда, закроювалося на добре, але після великодня дощів було мало і хліб захирів. Грицько щодня виходив був глянути на свою ниву, й лице його ставало все хмуріше: він вложив стільки надій в сей посів, що не міг дивитись без сердечного болю, як той хліб скніє, й нарешті перестав уже й ходити до ниви Дощ, що перепав якось в рішучий момент, трохи підправив ярину, але все-таки врожай був незначний. Коли було звезено й змолочено урожай і обраховано, показалося, що трохи не ввесь прийшлось би віддати, аби заплатити, що був він вину ватий панові й сусідам, значить, частину позик прийдеться на другий рік відкласти. Перспектива заможного господарства блідла й никла. Ганні дуже хотілося мати корову, але се було неможливо: спромоглися тільки на теличку А на другий рік, значить, прийдеться знову все позичати: і плуга, й волів...</w:t>
      </w:r>
    </w:p>
    <w:p>
      <w:r>
        <w:br/>
        <w:t>— Ти б узяв у пана вола, а гроші потроху ми б сплатили: адже паша в нас єсть,— порадила Ганна, і ся думка дуже подобалася Грицькові: маючи вола, можна було спрягатися, не позичаючи ні в кого; тільки купити його не було за що Грицько взяв у пана наборг.</w:t>
      </w:r>
    </w:p>
    <w:p>
      <w:r>
        <w:br/>
        <w:t>Новий рік почався вже з звичайною панщиною: два дні на тиждень, дві толоки, чотири шарварки, стерегти по черзі панський двір уночі, ходити з підводами до Луцька й Львова; жінці — сікти капусту, прясти панську куделю, робити на панськім городі й багато ще чого, що важким тягарем налягало на Грицька і його жінку. Правда, се все було легше трохи, менше трохи, ніж у попередньому селі, але воно ставало далеко тяжчим після мрій про волю й змагань її добитись. Тікати світ-за-очі, віддавати на всяку непевність свою долю, свою шкуру, аби тільки вигадати один день панщини на тиждень, а зрештою мати все ту ж працю, панщину, шарварки та толоки — се здавалося чистим посміхом. Варто було тікати!</w:t>
      </w:r>
    </w:p>
    <w:p>
      <w:r>
        <w:br/>
        <w:t>Такі думки не раз почав висловлювати Грицько після того, як перші рожеві надії на нове господарство його зрадили і потяглося панщинне життя своєю колією. Ганна, одначе, не хтіла поділяти його думок, і як він занадто вже почимав нарікати, прозивала його волоцюгою й ледащом. В неї далеко більш було примирення, і вона ще не тратила своїх надій на добробут.</w:t>
      </w:r>
    </w:p>
    <w:p>
      <w:r>
        <w:br/>
        <w:t>Маючи вола, далеко легше було господарювати, і Грицько не побільшив, а ще зменшив свої довги за зиму; але літом прийшлось тяжко, коли до двох днів панщини пан додав йому два дні на виплат довгів. Пан хапався з жнивами, але так само мусили хапатись і люди. Разом настала спека, дні стояли гарячі, роса перестала падати, і хліб починав сипатися дуже, а зерно було таке важке та добре, що шкода було дивитися на ту трату.</w:t>
      </w:r>
    </w:p>
    <w:p>
      <w:r>
        <w:br/>
        <w:t>— Хай йому всячина! — сказав Грицько, почувши від осаули, що йому робити на сім тижні чотири дні.— Хто чув таке робити? В мене самого хліб сиплеться, де його до середи чекати!</w:t>
      </w:r>
    </w:p>
    <w:p>
      <w:r>
        <w:br/>
        <w:t>Він не пішов у понеділок. Пан покликав його ввечері, вилаяв і похвалявся бити. Але Грицько не покорився: він не то навіть щоб не хотів, а просто таки не міг задля панських жнив кинути свій власний, кривавицею политий хліб висипатись.</w:t>
      </w:r>
    </w:p>
    <w:p>
      <w:r>
        <w:br/>
        <w:t>— Підождіть, пане, я потім вам відроблю,— все казав він своє панові, а не відпросившися, все-таки не пішов на панщину й у вівторок. Се так йому не пройшло: Грицька знову покликано до двору і всипано йому щедро.</w:t>
      </w:r>
    </w:p>
    <w:p>
      <w:r>
        <w:br/>
        <w:t>Грицько вилежав мовчки — ані пари з уст; такий на нього дух найшов. Різок коштувати було йому не первина, траплялося й на попередніх місцях, особливо — на дворі служачи, але тут, на нових місцях, здалося вже занадто прикрим.</w:t>
      </w:r>
    </w:p>
    <w:p>
      <w:r>
        <w:br/>
        <w:t>— Варто було тягтися за п'ятнадцять миль,— мурмотів він сердито й ще сердитіше додав: — Бодай не діждали, щоб я задля них свій хліб кинув!</w:t>
      </w:r>
    </w:p>
    <w:p>
      <w:r>
        <w:br/>
        <w:t>Свій хліб мусили жати вночі. Погода стояла все гаряча, земля не простигала й уночі, так і пашило теплом. Ганна робила, скільки могла, і цілком знемогалася; Грицько казав їй, аби йшла додому, кинула роботу; вона не кинула, поки не втяла руку серпом... А хліб сипався; Ганна пробувала жати й в'язати порізаною рукою, та не могла й трохи не плакала з досади й болю. А Грицькові сказали відробляти ті дні, що він не робив. Грицько пішов раз, а далі не втерпів та, покинувши панщину, кинувся свій хліб дожинати. Наслідок був той самий: Грицька знову покликали до двору і знову його вибито.</w:t>
      </w:r>
    </w:p>
    <w:p>
      <w:r>
        <w:br/>
        <w:t>Хліб нарешті зібрали чи сяк, чи так. Врожай все-таки був добрий, хоч хліб і висипався значно. Ціна стояла на хліб добра: Грицькові можна було посплачувати, що був винний, навіть вола, але йому вже се було не в голові. Його вже не тішив врожай після того, як життя в Ставках повернулося своєю непоказною стороною; бас увірвався. Думка, що він помилився з своїми надіями, гризла його й не давала спокою. Все похмурніший сидів він дома, зате більш вчащав до кривого Шльоми, до шинку, де гірко, нарікав з іншими хазяїнами.</w:t>
      </w:r>
    </w:p>
    <w:p>
      <w:r>
        <w:br/>
        <w:t>Якось винирнула в бесіді вічна тема про волю й вільні землі, про Поділля, куди кликали на слободи. Якийсь перехожий чоловік, що трапився в шинку, сказав, що він був на Поділлі, й почав його вихваляти.</w:t>
      </w:r>
    </w:p>
    <w:p>
      <w:r>
        <w:br/>
        <w:t>— Земля не міряна — бери, скільки схочеш: чи лан, чи два. А земля така, що з самосійного родить сам п'ятнадцять і більше.</w:t>
      </w:r>
    </w:p>
    <w:p>
      <w:r>
        <w:br/>
        <w:t>— А панщина? Правда, що там нема панщини?..</w:t>
      </w:r>
    </w:p>
    <w:p>
      <w:r>
        <w:br/>
        <w:t>— Ге, панщина — ніхто й не чує за панщину. Ори на себе — та й усе. Ще й запомогу всяку дадуть, і то без відробку. Бо ті землі відібрано в турка, й король сказав залюднити їх якнайборше, щоб не була порожньою, аби турок знову не забрав *.</w:t>
      </w:r>
    </w:p>
    <w:p>
      <w:r>
        <w:br/>
        <w:t>Грицько слухав тих оповідань, і в нього не прокидавсь попередній скептицизм, коли закидав він брехню тим всім оповіданням за подільську волю. Людина все вірить тому, чого собі бажає.</w:t>
      </w:r>
    </w:p>
    <w:p>
      <w:r>
        <w:br/>
        <w:t>Вернувшися додому, Грицько почав оповідати те все жінці. Та прийняла те все зовсім неприхильно й знову вилаяла його волоцюгою.</w:t>
      </w:r>
    </w:p>
    <w:p>
      <w:r>
        <w:br/>
        <w:t>— Як будемо сидіти, то щось придбаємо; менше б ходив до шинку, то було б краще. Верзуть не зна що, а ти слухаєш. Адже ж і сюди йшли — сподівалися волі, а показалося, що така сама, як і деінде; таке саме і з тим Поділлям.</w:t>
      </w:r>
    </w:p>
    <w:p>
      <w:r>
        <w:br/>
        <w:t>Се були власні майже слова Грицька, але тепер вони не зробили на нього найменшого вражіння й не переконали його й трошки. Грицько не був ледащом, як признавала за ним жінка; він міг працювати дуже багато, коли та праця вела просто до його мети — добробуту. Але жертвувати своїми надіями й бажаннями й миритися з життям за всяку ціну — не міг він.</w:t>
      </w:r>
    </w:p>
    <w:p>
      <w:r>
        <w:br/>
        <w:t>III</w:t>
      </w:r>
    </w:p>
    <w:p>
      <w:r>
        <w:br/>
        <w:t>Один випадок був краплею, що переповнила міру Грйць-кового терпіння чи нетерпіння й переконала його в тому, що нема чого доброго чекати йому в Ставках.і треба шукати вільних подільських осад.</w:t>
      </w:r>
    </w:p>
    <w:p>
      <w:r>
        <w:br/>
        <w:t>* Поділля вернулось до Польщі по угоді 1699 р.4</w:t>
      </w:r>
    </w:p>
    <w:p>
      <w:r>
        <w:br/>
        <w:t>При кінці.серпня послав пан Грицька до Луцька з підводою, давши вола до пари з Грицьковим. На повороті з Луцька спіткала Грицька пригода: віл його чогось заслаб у дорозі — чи опився, чи що, тільки після сієї дороги не здався вже до роботи й, полежавши кілька днів на оборі, здох. Грицько пішов дати знати про се панові й прохав у нього собі другого вола, бо сей пропав задля панської потреби, але пан на те не згодився.</w:t>
      </w:r>
    </w:p>
    <w:p>
      <w:r>
        <w:br/>
        <w:t>— Хто ж його знає, чого він здох; може, він зовсім не від дороги, а ти сам його чим-небудь понівечив.</w:t>
      </w:r>
    </w:p>
    <w:p>
      <w:r>
        <w:br/>
        <w:t>Таким чином зістався Грицько без худоби, а був з тим волом винуватий панові немалі гроші: щось за 40 злотих. Грошей сих віддавати Грицько не мав найменшої охоти. Остання історія з волом роздратувала його якнайбільше; він постановив доконче йти^з Ставків на Поділля. Ганна, що так спротивлялася давніше тій думці, притихла, побачивши, що чоловік то вже не жартом узяв собі в голову й помандрував би й сам, коли б вона не схотіла. Та й її зажурив той випадок з волом дуже.</w:t>
      </w:r>
    </w:p>
    <w:p>
      <w:r>
        <w:br/>
        <w:t>Тікати, й годі!</w:t>
      </w:r>
    </w:p>
    <w:p>
      <w:r>
        <w:br/>
        <w:t>Тільки не восени! В тім вже вони мали науку. Далеко ліпше пересидіти тут зиму, на своїм хлібі, аніж позичати на новому місці. Краще йти весною, перед початком оранки. Так і постановили.</w:t>
      </w:r>
    </w:p>
    <w:p>
      <w:r>
        <w:br/>
        <w:t>Аби пан не взяв хліб за позичене, Грицько зараз по тій пригоді з волом кинувся молотити хліб, щоб продати або сховати, та дарма: пан з своєю службою знали добре, скільки в нього повинно бути хліба, і Грицьку зараз задали брехні й вибили, а потому забрали два корці хліба.</w:t>
      </w:r>
    </w:p>
    <w:p>
      <w:r>
        <w:br/>
        <w:t>— Мало я йому відробляв того здохлого вола, ще й хліб забрав; мало ще панові того, що моя озимина йому прийде.</w:t>
      </w:r>
    </w:p>
    <w:p>
      <w:r>
        <w:br/>
        <w:t>Озимини, справді, щось посіяв Грицько, хоч дуже мало: ще вагався* тоді. Се було тим добре, що увільняло його від усякого підозріння про втікачку; але Грицька дуже мучила думка, що його хліб попаде в панські руки.</w:t>
      </w:r>
    </w:p>
    <w:p>
      <w:r>
        <w:br/>
        <w:t>Поки був віл, Грицько думав утекти, поїхавши з ким-небудь возом на ярмарок, а звідти далі. Так можна було забрати й усяке збіжжя — аби тільки знайти де того чоловіка. Після того як віл пропав, Грицько надумав тікати знову пішки, як і той раз — принаймні ніхто не знатиме. Треба було тільки спродати все, й Грицько прийнявся за се.</w:t>
      </w:r>
    </w:p>
    <w:p>
      <w:r>
        <w:br/>
        <w:t>Хоч як обережно він вів сю операцію, щось таки донеслося до панських ух. Пан знову покликав до себе Грицька, і той був настрашився дуже, але, очевидячки, пан знав не багато, бо тільки вилаяв його.</w:t>
      </w:r>
    </w:p>
    <w:p>
      <w:r>
        <w:br/>
        <w:t>— Ти в мене не видумай тікати, бо я то§і своїх грошей не подарую, виколупаю хоч би з Волощини °.</w:t>
      </w:r>
    </w:p>
    <w:p>
      <w:r>
        <w:br/>
        <w:t>— Коли б уже скоріше зима проходила,— міркував Грицько, йдучи від нього,— а тоді виколупуй!</w:t>
      </w:r>
    </w:p>
    <w:p>
      <w:r>
        <w:br/>
        <w:t>Зима тяглася помалу в тім жданні. Грицько вже не шукав собі роботи в пана. Вилічували дні до різдва й по різдві. Але Ганна була смутна: її якось не тішила ся мандрівка.</w:t>
      </w:r>
    </w:p>
    <w:p>
      <w:r>
        <w:br/>
        <w:t>Нарешті таки зима пройшла: наближався піст. Великдень того року припадав пізно. Хліб кінчався — бо що трохи здавалося зайвим, те продали ще перед тим. Вже наче на-, ступала весна, все капало й текло, хоч був тільки кінець лютого.</w:t>
      </w:r>
    </w:p>
    <w:p>
      <w:r>
        <w:br/>
        <w:t>Грицькові не терпілося, він постановив іти зараз, щоб не купувати хліба.</w:t>
      </w:r>
    </w:p>
    <w:p>
      <w:r>
        <w:br/>
        <w:t>— Та підожди, поки зовсім розтане; адже і хлопець слабий,— вмовляла Ганна. Дитина справді хорувала: гарячка напала й по тілу висипало червоне.</w:t>
      </w:r>
    </w:p>
    <w:p>
      <w:r>
        <w:br/>
        <w:t>— Закутай гарненько, то й нічого йому не буде. Світ не близький, треба йти завчасу. Тепер місяць світить, то можна й поночі йти.</w:t>
      </w:r>
    </w:p>
    <w:p>
      <w:r>
        <w:br/>
        <w:t>Ганні й самій вже хотілося скоріше дістатися на нове господарство. Коли йти, так іуи!</w:t>
      </w:r>
    </w:p>
    <w:p>
      <w:r>
        <w:br/>
        <w:t>За тиждень до масниці Круки, відбувши панщину, щоб їх неприсутності не помітили, й виспавшися звечора, рушили опівночі. Все майно забрано було в два клунки, як ї два роки тому, і клунки за той час мало що поважчали. Важче було тільки нести хлопця, що через хоробу нездужав йти сам — батько й мати несли його по черзі. Крадучись, пройшли вони селом і, не оглянувшись на свою оселю, почимчикували дорогою.</w:t>
      </w:r>
    </w:p>
    <w:p>
      <w:r>
        <w:br/>
        <w:t>Ніч була не дуже холодна; розбита дорога трохи підмерзла, йти було добре. Як розвиднилося, звернули в лісок, в лощину, поснідали й спочили, розіславши мішки на снігу... День був ясний та теплий, і ворони крякали по-весняному. Але сонце сідало дуже червоне — на вітер та на мороз. Се непокоїло мандрівників. Ще більшої турботи додавав Ганні хлопець: він хрипів і горів у гарячці. Годі було з ним дати раду.</w:t>
      </w:r>
    </w:p>
    <w:p>
      <w:r>
        <w:br/>
        <w:t>Ще засвітла вийшли на дорх&gt;гу, щоб поспіти на ніч, якби взяв мороз. Швидко смеркалося і що далі, то ставало холодніше. Руки поклякли, держачи клунки; мокрі ноги мерзли дуже. Піднявся вітер, пішов сніг, настала метелиця. Курява застеляла світ перед очима, вітер наче штрикав і різав лице та руки й забивав дух. Йти було дуже тяжко; раз по раз мандрівці збочували з шляху і тільки нерушений сніг на ріллі давав їм знати про се та направляв на дорогу.</w:t>
      </w:r>
    </w:p>
    <w:p>
      <w:r>
        <w:br/>
        <w:t>'Гак пройшла година й друга; нарешті добилися вони до корчми. Яким милим, привітним притулком здалася тепер нона, брудна й смердюча! Але там було повно й без Круків: пристав якийсь пан, занявши покій; в корчмі сидів фурман і хлопець його, ґерґотіло двоє євреїв, що теж пристали, йдучи з містечка, і ще якийсь чоловік подорожній. Корчмар спитав Круків, звідки вони, й Грицько оповів йому казку, що вони ходили в гості до тестя, та забарилися, і ще щось, чому єврей, очевидячки, не поняв віри й трішки. Ганна намовляла Грицька, щоб і собі зістатися ночувати. Грицько сердито відповів, що не можна: єврей, певно, догадався, що вони тікають; ще якраз їх спинять. Зіставатись у тій кумпанії було зовсім небезпечно. Се була правда, і Ганна замовкла.</w:t>
      </w:r>
    </w:p>
    <w:p>
      <w:r>
        <w:br/>
        <w:t>Але дитина була дуже хора, від неї так і пашило вогнем, а замістьтолосу виходив якийсь непевний хрип. Ганна згадала, що на селі так хорувала дитина сусідів: її мастили горілкою, й вона виздоровіла. Грицько купив за гріш горілки, а за гріш бубликів, думаючи потішити хлопця, але той на бублики не звернув і уваги. Хтось з євреїв радив напоїти його чимсь гарячим, розвести меду горілкою та зогріти.</w:t>
      </w:r>
    </w:p>
    <w:p>
      <w:r>
        <w:br/>
        <w:t>Головка бідна, що його робити!</w:t>
      </w:r>
    </w:p>
    <w:p>
      <w:r>
        <w:br/>
        <w:t>Посиділи хвилину ще, й треба було рушати. Думка була така, що якось дасть біг добитися до сусідніх Марковець — до села було тільки п'ять верст, і там можна було заночувати безпечно. Грицька їла нудьга й злість: невже йому і в таку погоду пристати не можна; мусять вони блукати тим часом, коли— й пси сплять у сухому. І він вже каявся й лютився, що пішов із села.</w:t>
      </w:r>
    </w:p>
    <w:p>
      <w:r>
        <w:br/>
        <w:t>Вийшли. В відчинені двері разом полинуло морозне повітря з снігом. Метелиця не переставала. Місяця не було й знаку; все куталося в те сизе, чарівне покривало. Повіє вітер дужче, встануть густіші хмари снігу, і в повітрі мов заколишуться, заточаться якісь чудні істоти, поки не зникнуть у сніговому морі.</w:t>
      </w:r>
    </w:p>
    <w:p>
      <w:r>
        <w:br/>
        <w:t>Швидко корчма зникла за курявою. Круки знову зістали-ся самі, самі в безкрайому, страшному морі метелиці. Вони пройшли верству-другу, ногами намацуючи дорогу, щоб не заблудити. Вітер з усієї сили налітав на них, мовби хотів їх збити з дороги й занести не знати куди; він забирався під свитину й виривав звідти останнє тепло; він гнув набік, не даючи йти просто дорогою; він наспівував насмішкувато на ухо свої пісні, холодні й страшні, як ся снігова пустиня.</w:t>
      </w:r>
    </w:p>
    <w:p>
      <w:r>
        <w:br/>
        <w:t>Іти було дуже тяжко. Вітер далі стих, але мороз був тяжкий. Круки висилювалися з останнього, щоб не пристати. Грицько йшов з якоюсь розпукою й злістю; його брала охота — на зло комусь кинути свій клунок і лягти безрадно на землю; але він тим часом ішов механічно. Ганна все відставала від чоловіка, поки не заточилася.</w:t>
      </w:r>
    </w:p>
    <w:p>
      <w:r>
        <w:br/>
        <w:t>— От, яка-бо ти! Дай мені свого клунка, давно було б мені дати,— сказав Грицько до неї, але побачивши, як вона пробувала йти, додав: — Нічого з сього не буде! Треба розікласти багаття, хоч погрітися! Звернімо в ліс та пошукаймо гілля на огнище.</w:t>
      </w:r>
    </w:p>
    <w:p>
      <w:r>
        <w:br/>
        <w:t>Вони звернули. Снігу в лісі було небагато, вимело звідти; але збирати гілляки було трудно. Ганна поклала дитину на ряднині, вкривши зверху, й стала збирати всякий хмиз. Се забрало досить часу. Грицько нагромадив купку гілляк і почав розпалювати; Ганна скинула й своє гілля та роздмухувала огонь разом з ним.</w:t>
      </w:r>
    </w:p>
    <w:p>
      <w:r>
        <w:br/>
        <w:t>Полум'я розгорілося потроху. Ганна пішла взяти дитину; вийнявши з-під ряднини, вона взяла й понесла хлопця до огнища. Гілляки не хотіли горіти, тріскали і шипіли, бо були мокрі. Грицько все дмухав і увесь вдався в свою роботу... Аж Ганна разом страшно скрикнула. Грицько кинувся до неї: та піднесла дитину до огниьвд й пильно придивлялась до неї: хлопець не ворушився, холодний і блідий...</w:t>
      </w:r>
    </w:p>
    <w:p>
      <w:r>
        <w:br/>
        <w:t>— Воно вмерло, воно захололо! — і Ганна страшно, не по-людськи закричала на весь ліс і заридала.</w:t>
      </w:r>
    </w:p>
    <w:p>
      <w:r>
        <w:br/>
        <w:t>Грицько стояв не рухаючись, немов у сні йому привиділось.</w:t>
      </w:r>
    </w:p>
    <w:p>
      <w:r>
        <w:br/>
        <w:t>— Івасику, голубчику, глянь, глянь на мене, серце моє! — говорила пестливо Ганна до дитини, огортаючи руками, але хлопець мовчав... І Ганна замовкла разом: разом в ній щось перемінилося.</w:t>
      </w:r>
    </w:p>
    <w:p>
      <w:r>
        <w:br/>
        <w:t>— Вмер, вмер, ой боже,— заговорила вона вже іншим голосом.— А я ж тобі казала: зостаньмося в корчмі ночувати; адже ж я тебе прохала, а ти не послухав, а він умер, змерз,— несамовито казала вона, держачи хлопця й простягаючи чоловікові.</w:t>
      </w:r>
    </w:p>
    <w:p>
      <w:r>
        <w:br/>
        <w:t>Грицько стояв несамовито. Попередня злість та нудьга разом підкотилися під серце.</w:t>
      </w:r>
    </w:p>
    <w:p>
      <w:r>
        <w:br/>
        <w:t>— Ганко, мовчи! — крикнув він раптом.</w:t>
      </w:r>
    </w:p>
    <w:p>
      <w:r>
        <w:br/>
        <w:t>— Не замовчу, се ти його вбив, от на, вмер, от,— кричала своє Ганна.</w:t>
      </w:r>
    </w:p>
    <w:p>
      <w:r>
        <w:br/>
        <w:t>— Ганко! — крикнув знову Грицько. В руках ирго опинився ціпок, з яким він ішов. Грицько незчувся, як замірився і вдарив жінку по голові. Та скрикнула і впала на сніг, на огнище.</w:t>
      </w:r>
    </w:p>
    <w:p>
      <w:r>
        <w:br/>
        <w:t>Сей крик вразив Грицька, він опам'ятався, й запал його зник разом. Далеко кинувши свого ціпка, він кинувся до жінки й став її підводити, але та важко хилилася знову. Насилу підвів її він обіруч: Ганна не стояла й хилилася мов нежива. Серце в Грицька заколотилося й дух сперся. Він присунув її до огню, грів, тряс, ворушив. Ганна лежала І дитиною на руках в обіймах, нерухома, тяжка, одубіла. Нона теж була мертва, як і дитина.</w:t>
      </w:r>
    </w:p>
    <w:p>
      <w:r>
        <w:br/>
        <w:t>Ся страшна новина наче памороки забила Грицькові й відняла сили; впустивши Ганну' долі, він і сам без сили, не чуючи себе, спустився на сніг.</w:t>
      </w:r>
    </w:p>
    <w:p>
      <w:r>
        <w:br/>
        <w:t>Так пройшло кілька часу. Багаття розгорілося; гілля весело палало, шиплячи, тріскаючи; полум'я високо підносило блискучі язики, освічуючи сю чудну й страшну картину: мертвих і над ними — живого, що не різнився тепер нічим від мертвого. Тільки не було кому дивитись, не було кому жахатись. Ліс стояв навколо холодний, німий, струшуючи з гілля дрібки снігу на Круків. Що йому до горя, до криків людських? Вони минуть, як і все минає. Буде нова весна, нова зима, нові люди будуть метушитися під дубовим гіллям...</w:t>
      </w:r>
    </w:p>
    <w:p>
      <w:r>
        <w:br/>
        <w:t>VI</w:t>
      </w:r>
    </w:p>
    <w:p>
      <w:r>
        <w:br/>
        <w:t>Грицько посидів так з годину, не чуючи ні холоду від снігу, ні спеки від багаття, не чуючи нічого. Страшна думка, що він убив жінку, щкульнула нарешті його, розбуркала й розбудила перед усім почуття страху й власної охорони. Нестямившися добре, механічно почав він розгортати сніг; виривши яму, положив туди жінку з дитиною, закидав гілляками, що були назбирали удвох, і присипав снігом. Сю роботу зробив він швидко, прихапцем і, втомившися, знову сів коло сієї нової могили.</w:t>
      </w:r>
    </w:p>
    <w:p>
      <w:r>
        <w:br/>
        <w:t>Аж тепер тільки почув він своє горе, і нещаслива пригода стала ясно перед очима. Серце нило, боліло від жалю, й від тяжкої муки вився він, як вуж... Він любив свою жінку, любив щиро, хоч і доводилося часом сваритися, лаятися з нею. Він на цілім світі був чужий, волоцюга давній, чужени-ця; в жінці була його сім'я, його рід, його село — все, що було свого, рідного в світі — так тепер здавалося йому, і все воно' зникло, пропало довіку, і через нього самого; він сам загубив свою долю, своїми власними руками знищив свою єдину підпору, розбив своє життя...</w:t>
      </w:r>
    </w:p>
    <w:p>
      <w:r>
        <w:br/>
        <w:t>Ворон закрякав над головою й розбудив знову Грицька. Він оглянувся — вже розсвіло; крізь стовбури і гілля дерев видно було сіру смугу неба. Огнище згоріло все і вкрилося сивим попелом. Грицько став на ноги й оглянувся ще раз. "Треба йти,— подумав він,— треба кудись тікати!" Він підняв на плечі свого клунка, що лежав коло нього, але за хвилину знову скинув з себе. Йому захотілося ще раз побачити жінку й дитину; він не міг уявити собі їх, аби стали перед очима; коли пригадував їх, ввижалося щось чудне й непевне. Він миттю скинув гілляки, обережно стер руками сніг з Ганниного лиця й хлопця. Ганна лежала навзнак, міцно притуливши до лона сина; вона зблідла й одубла, сльози замерзли на віях, і на лиці зісталося те ж горе, той же жаль, як коли вона ридала й дорікала Грицькові.</w:t>
      </w:r>
    </w:p>
    <w:p>
      <w:r>
        <w:br/>
        <w:t>Грицько стояв навколішки, нагнувшися, й дивився. Потім раптом схопився, перехрестив небіжку, згромадив знову гілляки й хутко, забувши свого клунка, пішов геть з лісу, не оглядаючися.</w:t>
      </w:r>
    </w:p>
    <w:p>
      <w:r>
        <w:br/>
        <w:t>Він вийшов на край, л icy... Недалеко хруснули гілляки, й межи деревами показалася коняка, запряжена в санки, за ними друга. Грицько не скоро завважив їх і, завваживши, разом спинився. Погонич, що йшов спереду, панський парубок, що їхав в ліс по дрова, оглянув Грицька неймовірно, де він узявся тут у лісі?</w:t>
      </w:r>
    </w:p>
    <w:p>
      <w:r>
        <w:br/>
        <w:t>— А що се ви тут робите, дядьку? — спитав він Гриць ка.— Куди се ви йдете?</w:t>
      </w:r>
    </w:p>
    <w:p>
      <w:r>
        <w:br/>
        <w:t>— Я... в село...— сказав той, замішавшися й забувши як звалося село.</w:t>
      </w:r>
    </w:p>
    <w:p>
      <w:r>
        <w:br/>
        <w:t>— В яке село? В Марківці?</w:t>
      </w:r>
    </w:p>
    <w:p>
      <w:r>
        <w:br/>
        <w:t>— Еге, в Марківці,— згадав Грицько.</w:t>
      </w:r>
    </w:p>
    <w:p>
      <w:r>
        <w:br/>
        <w:t>— А чого ж вам у Марківці? Ви не марковецькі, я вас не знаю; що ви тут робите? — допитувався хлопець все сміливіше в сього чудного несамовитого чоловіка. Він кинув свої сани й, узявши Грицька під руку, пішов тими слідами, що проробив Грицько. Той мовчки йшов за ним.</w:t>
      </w:r>
    </w:p>
    <w:p>
      <w:r>
        <w:br/>
        <w:t>Швидко побачили вони перед собою загасле огнище, клунки серед притоптаного снігу." Грицько, побачивши клунки, несвідомо кинувся до них, але хлопець притримав його й сам став розбирати їх. Грицько стояв коло нього й дивився на клунки, наче вперше їх бачив. Оглянувшися навколо, хлопець придивився й до купи гілляк, присипаних снігом: вони надто стирчали. Він поворушив ногою, далі став розкидати руками.</w:t>
      </w:r>
    </w:p>
    <w:p>
      <w:r>
        <w:br/>
        <w:t>— То я вбив, я! — закричав раптом Грицько, коли ще хлопець і не відкрив небіжки.</w:t>
      </w:r>
    </w:p>
    <w:p>
      <w:r>
        <w:br/>
        <w:t>— От воно що! Максиме, гов, іди, держи!</w:t>
      </w:r>
    </w:p>
    <w:p>
      <w:r>
        <w:br/>
        <w:t>Грицька зв'язали й відвезли в село — до Марківець звідти було тільки з верству. Грицька розпитували, але він не хотів розказувати про свою пригоду.</w:t>
      </w:r>
    </w:p>
    <w:p>
      <w:r>
        <w:br/>
        <w:t>— Вбив, та й годі! — відказав він.</w:t>
      </w:r>
    </w:p>
    <w:p>
      <w:r>
        <w:br/>
        <w:t>Два дні просидів він замкнений у панській коморі, потім возом відвезли його до міста. Сніг уже пропав на дорозі; після тієї метелиці знову стояли теплі дні, вже чисто весняні. Круки поспішилися з своєю втікачкою на яких два чи три дні!</w:t>
      </w:r>
    </w:p>
    <w:p>
      <w:r>
        <w:br/>
        <w:t>Грицька посадили в міську "вежу", серед ринку. Ярмарко-иа метушня й гук лунав кругом Грицька, а той ждав свого часу. Він не думав про будуче, не міг навіть його собі уявити; тільки минуле мучило його. Він згадував Ганну ще дівчиною-маймичкою, потім жінкою; бачив перед собою пригоду в лісі гак виразно, так живо: трохи не чув, як тріскали, шипіли гілляки... Сі спогади вражали, лякали його, й він не знав, як втекти від них.</w:t>
      </w:r>
    </w:p>
    <w:p>
      <w:r>
        <w:br/>
        <w:t>Взяли його до слідства. Грицько оповів щиро своє життя: він був з Литви, з-під Новгородка, батька його звали Степан Кривий, його самого — Грицьком. Тому п'ять років як він втік звідти в Ковельське староство, звідти під Володимир, там був парубком і оженився.</w:t>
      </w:r>
    </w:p>
    <w:p>
      <w:r>
        <w:br/>
        <w:t>Як звичайно, не задовольнившися тим, Грицька взяли на тортури — розтягали, прив'язавши за ноги шнуром, припалювали залізом і огнем; так пройшло три дні. Грицько казав одно в одно, не міняючи й слова. Тоді суд видав свій декрет. Там, "пам'ятаючи божу заповідь: "не убий", і вважаючи, що за виною того убийці три душі зійшли з сього світу" (бо жінка Грицькова на той час^була вагітна), постановив суд звести з світу й четверту: "аби той "забойця", неробочий Грицько Кривий, мечем був стятий, тіло його потім на чверті розтято й на шляхах на чотирьох місцях на палях виставлено"... Се мало статися другого ж дня, бо як на те трапився в місті саме на той час кат, позичений для якоїсь іншої екзекуції в столичнім місті Луцьку, що по тій екзекуції пропивав заслужені гроші в міських шинках.</w:t>
      </w:r>
    </w:p>
    <w:p>
      <w:r>
        <w:br/>
        <w:t>Страшний декрет не злякав і не вразив Грицька. Йому хотілося тепер одного лише — втекти від страшних своїх спогадів і тих образів, що його мучили. Він висповідався в панотця й причастився, й уночі йому приснилося, ніби жінка бавиться з дитиною, голосно розмовляючи з нею; він чув, як плескала вона долонею по голому тілу дитини, підкидаючи її. Грицько прокинувся й, не повіривши собі, встав з лавки й пішов до дверей, але тьма стояла навколо, і він вернувся знову на лавку. Вже світало, на ринку чутно було метушню, рип возів. Грицько згадав, який день настав; йому здалося, ніби щось холодне й темне лізе на нього, й він вкрився свитою.</w:t>
      </w:r>
    </w:p>
    <w:p>
      <w:r>
        <w:br/>
        <w:t>За кілька годин його вивели на ринок. Багато цікавого люду тислося навколо шибениці, покинувши свої вози й свій торг. День стояв чудовий: вогкий, ясний, повний нового, весняного життя й сили. Сонце золотило сю купу, людей і шибеницю посеред неї, щоб і вона веселіше виглядала. Грицька вивели, віддали в руки ката, все впорядкували як слід. Тяжко вдарив катівський меч, віддавшися відгомоном по цілому ринку. Кінець!..</w:t>
      </w:r>
    </w:p>
    <w:p>
      <w:r>
        <w:br/>
        <w:t>Ні, не кінець!</w:t>
      </w:r>
    </w:p>
    <w:p>
      <w:r>
        <w:br/>
        <w:t>"Чи то з волі божої, чи то з несправної руки ката, чи то з щастя того забойці сталося", оповідає урядове справо-здання, тільки кат не відрубав Грицькові голови відразу. Був на се звичай спеціальний: "стан духовний" не дав більше рубати, Грицька віддано духовним на вигоєння: не було волі божої на його кару...</w:t>
      </w:r>
    </w:p>
    <w:p>
      <w:r>
        <w:br/>
        <w:t>' Грицька завезли в шпиталь і післали за міським цилюрни-ком-постригачем, що в ті часи служив разом і за єдиного в місті лікаря.</w:t>
      </w:r>
    </w:p>
    <w:p>
      <w:r>
        <w:br/>
        <w:t>V</w:t>
      </w:r>
    </w:p>
    <w:p>
      <w:r>
        <w:br/>
        <w:t>Щастя Грицькове було не велике: шия була утята глибоко. Шию зв'язали, й він конав собі на самоті в шпиталі. Рану тую гоїли, як. уміли; рана не гоїлась і гнила. Грицько тим не клопотався. Його муки й страшні спогади зникли тепер, мов катівський меч їх перетяв. Йому згадувалося щось чудне й невиразне; щебетання ластівки над вікном в його уяві ставало якоюсь чудною лицедією: тони не то що нагадували, а самі ставали якимись істотами; все життя проходило в дивних, невиразних образах, наче чудні фігури хмар, де не знати, де кінчиться одно й починається друге.</w:t>
      </w:r>
    </w:p>
    <w:p>
      <w:r>
        <w:br/>
        <w:t>Так ішов час. Рана гнила. Грицько вмирав, і на дев'ятнадцятий день після^своєї кари вмер він "добровільно", як значиться в тому ж протоколі. Порожніми вулицями містечка пронесли його тихою ходою шпитальні діди.</w:t>
      </w:r>
    </w:p>
    <w:p>
      <w:r>
        <w:br/>
        <w:t>Київ. 1888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Неробочий Грицько Кривий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