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Немовлене ім’я</w:t>
      </w:r>
    </w:p>
    <w:p>
      <w:r>
        <w:br/>
        <w:t xml:space="preserve"> 1 П р а п е р в і н ь&lt;br /&gt;</w:t>
        <w:br/>
        <w:t>У чомусь незнаному,&lt;br /&gt;</w:t>
        <w:br/>
        <w:t>зеленовихрому&lt;br /&gt;</w:t>
        <w:br/>
        <w:t>гуляло невидимо:&lt;br /&gt;</w:t>
        <w:br/>
        <w:t>цвіло безпричинно — буяло безлисто,&lt;br /&gt;</w:t>
        <w:br/>
        <w:t>сміялось безгучно — ридало безслізно,&lt;br /&gt;</w:t>
        <w:br/>
        <w:t>жило безупинно і дихало сріберно,&lt;br /&gt;</w:t>
        <w:br/>
        <w:t>а що — невідомо.&lt;br /&gt;</w:t>
        <w:br/>
        <w:t>І себе являло&lt;br /&gt;</w:t>
        <w:br/>
        <w:t>то зблиском, то променем,&lt;br /&gt;</w:t>
        <w:br/>
        <w:t>дощу крапелиною, сном надозерним,&lt;br /&gt;</w:t>
        <w:br/>
        <w:t>а як — не збагнути.&lt;br /&gt;</w:t>
        <w:br/>
        <w:t>Лиш тільки побачено&lt;br /&gt;</w:t>
        <w:br/>
        <w:t>й названо його, —&lt;br /&gt;</w:t>
        <w:br/>
        <w:t>змаліло й спинилося:&lt;br /&gt;</w:t>
        <w:br/>
        <w:t>що перше — те лугом,&lt;br /&gt;</w:t>
        <w:br/>
        <w:t>що друге — косулею.&lt;br /&gt;</w:t>
        <w:br/>
        <w:t>Безмежна неназваність&lt;br /&gt;</w:t>
        <w:br/>
        <w:t>в імені — берег.</w:t>
      </w:r>
    </w:p>
    <w:p>
      <w:r>
        <w:br/>
        <w:t>2 Я т е б е н е н а з в у&lt;br /&gt;</w:t>
        <w:br/>
        <w:t>Дивишся так далеко,&lt;br /&gt;</w:t>
        <w:br/>
        <w:t>наче далеко в себе:&lt;br /&gt;</w:t>
        <w:br/>
        <w:t>не тривожся, ні, —&lt;br /&gt;</w:t>
        <w:br/>
        <w:t>я тебе не назву.&lt;br /&gt;</w:t>
        <w:br/>
        <w:t>Ген ріки круглі&lt;br /&gt;</w:t>
        <w:br/>
        <w:t>течуть за зграйками риб,&lt;br /&gt;</w:t>
        <w:br/>
        <w:t>що примхливо пролинули тут удосвіта,&lt;br /&gt;</w:t>
        <w:br/>
        <w:t>коли ще дені не усталився, —&lt;br /&gt;</w:t>
        <w:br/>
        <w:t>ти дивишся в них далеко,&lt;br /&gt;</w:t>
        <w:br/>
        <w:t>наче далеко в себе.&lt;br /&gt;</w:t>
        <w:br/>
        <w:t>Табуни безликих і чистих вогнищ&lt;br /&gt;</w:t>
        <w:br/>
        <w:t>блукають по бездоріжжях,&lt;br /&gt;</w:t>
        <w:br/>
        <w:t>шукаючи призабуті яерела світла,&lt;br /&gt;</w:t>
        <w:br/>
        <w:t>щоб ввійти у нього, —&lt;br /&gt;</w:t>
        <w:br/>
        <w:t>ти дивишся в них далеко,&lt;br /&gt;</w:t>
        <w:br/>
        <w:t>наче далеко в себе.&lt;br /&gt;</w:t>
        <w:br/>
        <w:t>Хміль плететься і крутиться,&lt;br /&gt;</w:t>
        <w:br/>
        <w:t>запрагши уподібнитись дневі&lt;br /&gt;</w:t>
        <w:br/>
        <w:t>і сховати в прозорості тих звірят,&lt;br /&gt;</w:t>
        <w:br/>
        <w:t>котрі ще не зазнали&lt;br /&gt;</w:t>
        <w:br/>
        <w:t>від наших поглядів&lt;br /&gt;</w:t>
        <w:br/>
        <w:t>обов’язковості тіла:&lt;br /&gt;</w:t>
        <w:br/>
        <w:t>не тривожся, ні,-&lt;br /&gt;</w:t>
        <w:br/>
        <w:t>я тебе не назву.</w:t>
      </w:r>
    </w:p>
    <w:p>
      <w:r>
        <w:br/>
        <w:t>3 Д и м н а в у с т а х&lt;br /&gt;</w:t>
        <w:br/>
        <w:t>Ім’я твоє — це берег&lt;br /&gt;</w:t>
        <w:br/>
        <w:t>мого існування.&lt;br /&gt;</w:t>
        <w:br/>
        <w:t>Благословляється на світ&lt;br /&gt;</w:t>
        <w:br/>
        <w:t>твоїм розсвітним іменем.&lt;br /&gt;</w:t>
        <w:br/>
        <w:t>Ним означаю кожен день,&lt;br /&gt;</w:t>
        <w:br/>
        <w:t>молюся ним беззвучно&lt;br /&gt;</w:t>
        <w:br/>
        <w:t>й цілющо сповідаюся.&lt;br /&gt;</w:t>
        <w:br/>
        <w:t>Твоїм найменням заклинаю трави&lt;br /&gt;</w:t>
        <w:br/>
        <w:t>і викликаю п’янкі дощі,&lt;br /&gt;</w:t>
        <w:br/>
        <w:t>велю твоїм ім’ям&lt;br /&gt;</w:t>
        <w:br/>
        <w:t>цвісти степам і лукам.&lt;br /&gt;</w:t>
        <w:br/>
        <w:t>Мовчу так іменем твоїм,&lt;br /&gt;</w:t>
        <w:br/>
        <w:t>аж терпне в роті,&lt;br /&gt;</w:t>
        <w:br/>
        <w:t>і дим священний&lt;br /&gt;</w:t>
        <w:br/>
        <w:t>гіркне на вустах.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Немовлене ім’я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