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Нема відповіді</w:t>
      </w:r>
    </w:p>
    <w:p>
      <w:r>
        <w:br/>
        <w:t xml:space="preserve"> Чим я розбестив душу, що не хоче&lt;br /&gt;</w:t>
        <w:br/>
        <w:t>Ані мальвазії, ні з маком пирога?&lt;br /&gt;</w:t>
        <w:br/>
        <w:t>Чи бач, їй воля тільки дорога&lt;br /&gt;</w:t>
        <w:br/>
        <w:t>І слово непідтоптане — пророче.</w:t>
      </w:r>
    </w:p>
    <w:p>
      <w:r>
        <w:br/>
        <w:t>А де ж набрати їх, тих каскадерів,&lt;br /&gt;</w:t>
        <w:br/>
        <w:t>Що зневажають небезпеки вир?..&lt;br /&gt;</w:t>
        <w:br/>
        <w:t>Пігмеїв розвелося вздовж і вшир,&lt;br /&gt;</w:t>
        <w:br/>
        <w:t>Хитаються у мреві, як химери.</w:t>
      </w:r>
    </w:p>
    <w:p>
      <w:r>
        <w:br/>
        <w:t>А Слово яре, мов зерно пшеничне,&lt;br /&gt;</w:t>
        <w:br/>
        <w:t>В ядрі котрого віща Правда й Суть,&lt;br /&gt;</w:t>
        <w:br/>
        <w:t>Сьогодні в роздріб й оптом продають&lt;br /&gt;</w:t>
        <w:br/>
        <w:t>З трибун високих у промовах звичних.</w:t>
      </w:r>
    </w:p>
    <w:p>
      <w:r>
        <w:br/>
        <w:t>Та ще поважно так, із пієтетом,&lt;br /&gt;</w:t>
        <w:br/>
        <w:t>Щоб затуманити некомпетентний ум,&lt;br /&gt;</w:t>
        <w:br/>
        <w:t>Брехня крізь нього пропускає струм&lt;br /&gt;</w:t>
        <w:br/>
        <w:t>І витирає ним брудні паркети.</w:t>
      </w:r>
    </w:p>
    <w:p>
      <w:r>
        <w:br/>
        <w:t>А як же нам, легким на віру, людям?&lt;br /&gt;</w:t>
        <w:br/>
        <w:t>Як відрізнити правду від брехні?..&lt;br /&gt;</w:t>
        <w:br/>
        <w:t>Таке ще не приснилося мені,&lt;br /&gt;</w:t>
        <w:br/>
        <w:t>Тому по світу й досі ходжу блудом.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Нема відповіді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