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з поміж усіх ти мов зірниця сяєш...</w:t>
      </w:r>
    </w:p>
    <w:p>
      <w:r>
        <w:br/>
        <w:t xml:space="preserve"> Нехай з поміж усіх ти мов зірниця сяєш,&lt;br /&gt;</w:t>
        <w:br/>
        <w:t>Хай цінний скарб краса твоя&lt;br /&gt;</w:t>
        <w:br/>
        <w:t>І чарами її ти всіх собі звабляєш,&lt;br /&gt;</w:t>
        <w:br/>
        <w:t>Та коли ти Вкраїну не кохаєш,&lt;br /&gt;</w:t>
        <w:br/>
        <w:t>Ти не моя.</w:t>
      </w:r>
    </w:p>
    <w:p>
      <w:r>
        <w:br/>
        <w:t>Нехай у грудях ти чудове серце маєш,&lt;br /&gt;</w:t>
        <w:br/>
        <w:t>І серце те усіх звабля&lt;br /&gt;</w:t>
        <w:br/>
        <w:t>Бо всіх до нього ти ласкаво пригортаєш,&lt;br /&gt;</w:t>
        <w:br/>
        <w:t>Та коли ти Вкраїну не кохаєш,&lt;br /&gt;</w:t>
        <w:br/>
        <w:t>Ти не моя.</w:t>
      </w:r>
    </w:p>
    <w:p>
      <w:r>
        <w:br/>
        <w:t>Нехай ти розумом всю правду оглядаєш,&lt;br /&gt;</w:t>
        <w:br/>
        <w:t>З гори мов сміливе орля,&lt;br /&gt;</w:t>
        <w:br/>
        <w:t>А стріхи рідної не бачиш і не знаєш,&lt;br /&gt;</w:t>
        <w:br/>
        <w:t>Та коли ти Вкраїну не кохаєш,&lt;br /&gt;</w:t>
        <w:br/>
        <w:t>Ти не моя.</w:t>
      </w:r>
    </w:p>
    <w:p>
      <w:r>
        <w:br/>
        <w:t>Нехай за правду в бій ти чесно виступаєш,&lt;br /&gt;</w:t>
        <w:br/>
        <w:t>Нехай не жалуєш життя,&lt;br /&gt;</w:t>
        <w:br/>
        <w:t>А кривди Нації в душі не відчуваєш,&lt;br /&gt;</w:t>
        <w:br/>
        <w:t>Та коли ти Вкраїну не кохаєш,&lt;br /&gt;</w:t>
        <w:br/>
        <w:t>Ти не моя.</w:t>
      </w:r>
    </w:p>
    <w:p>
      <w:r>
        <w:br/>
        <w:t>Ти не моя, о ні, даремно ти гадаєш,&lt;br /&gt;</w:t>
        <w:br/>
        <w:t>Що сам прийду до тебе я&lt;br /&gt;</w:t>
        <w:br/>
        <w:t>І хоч би ти прийшла мене не ублагаєш,&lt;br /&gt;</w:t>
        <w:br/>
        <w:t>Та коли ти Вкраїну не кохаєш,&lt;br /&gt;</w:t>
        <w:br/>
        <w:t>Ти не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з поміж усіх ти мов зірниця сяєш...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