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Небо, як синя квітка з паперу...</w:t>
      </w:r>
    </w:p>
    <w:p>
      <w:r>
        <w:br/>
        <w:t xml:space="preserve"> Небо, як синя квітка з паперу.&lt;br /&gt;</w:t>
        <w:br/>
        <w:t>Ліфтом – нагору. Журавлі кличуть.&lt;br /&gt;</w:t>
        <w:br/>
        <w:t>Місяць: П’єро з-поза хмари-портьєри&lt;br /&gt;</w:t>
        <w:br/>
        <w:t>Рококо-запудрованим гляне обличчям.</w:t>
      </w:r>
    </w:p>
    <w:p>
      <w:r>
        <w:br/>
        <w:t>Листи коханок – тліє листя бульварами.&lt;br /&gt;</w:t>
        <w:br/>
        <w:t>А вітер дням: літа згаслі парфуми.&lt;br /&gt;</w:t>
        <w:br/>
        <w:t>Біля фонтану – останній парі&lt;br /&gt;</w:t>
        <w:br/>
        <w:t>Скрипка з кафе… так сумно.</w:t>
      </w:r>
    </w:p>
    <w:p>
      <w:r>
        <w:br/>
        <w:t>Сяду невпопад. Не до свого трамваю.&lt;br /&gt;</w:t>
        <w:br/>
        <w:t>Листа до коханої в скриньку не вкину.&lt;br /&gt;</w:t>
        <w:br/>
        <w:t>Щось мені нині… а що? – Не знаю.&lt;br /&gt;</w:t>
        <w:br/>
        <w:t>Дуже хмільна і терпка година.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Небо, як синя квітка з паперу...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