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Небилиці про рукавиці</w:t>
      </w:r>
    </w:p>
    <w:p>
      <w:r>
        <w:br/>
        <w:t xml:space="preserve"> &lt;p&gt;Чи ви знаєте, чому восени жовтіє листя на деревах? Звичайно, через сонечко. Воно втомилося, стало сонне, блякле, неяскраве, а дні сірі, мов дикі гуси, а дощик довгий, плюскає й плюскає. Ось такої пори дерева вмикаються, наче жовті люстри, і світять, світять замість сонця. Навіть опавши, листя лягає долі, мов кружало світла під лампою.</w:t>
      </w:r>
    </w:p>
    <w:p>
      <w:r>
        <w:br/>
        <w:t>З деревами трапляються й інші дива. Про одне я хочу розповісти.</w:t>
      </w:r>
    </w:p>
    <w:p>
      <w:r>
        <w:br/>
        <w:t>Все почалося з того, що бабуся виплела Оксанці м’якенькі, гарненькі, пухнасті рукавички, а Оксанка їх загубила.</w:t>
      </w:r>
    </w:p>
    <w:p>
      <w:r>
        <w:br/>
        <w:t>Точніше, загубила тільки ліву. Але яка користь із правої, коли лівої нема? Сталося це перед Новим роком; сутеніло, вдома чекали ялинка й подарунки під ялинкою, тому Оксанка мовила: "Пошукаю рукавичку завтра".</w:t>
      </w:r>
    </w:p>
    <w:p>
      <w:r>
        <w:br/>
        <w:t>А вночі випав чарівний новорічний сніг, от рукавичка під ним і заховалася. Вона лежала, лежала та й долежала до весни, а весною взяла й проросла. Ніхто з того не здивувався, бо весною все росте. Рукавичний пагінець спокійно собі виріс і зацвів, і з цього знову ніхто не здивувався, бо перед літом усе цвіте. Та коли деревце, що виросло з рукавички, покрилося плодами-рукавичками, м’якесенькими, гарнесенькими, ще й пухнастими, — тут уже здивувалися геть усі.</w:t>
      </w:r>
    </w:p>
    <w:p>
      <w:r>
        <w:br/>
        <w:t>Спочатку здивувалася двірничка Фросина.</w:t>
      </w:r>
    </w:p>
    <w:p>
      <w:r>
        <w:br/>
        <w:t>— Ото ще придумали! — мовила вона. — Хто тут збиратиме рукавичний урожай? Якби це був сад, то його би зібрали садівники та й відвезли до магазину садовини&amp;#769;*1 й горо&amp;#769;дини*2.</w:t>
      </w:r>
    </w:p>
    <w:p>
      <w:r>
        <w:br/>
        <w:t>Та тут був не сад, а масив Оболонь у Києві, до того ж рукавиці зроду не продавали в крамницях з городиною. Тому двірничка Фросина страшенно розгубилась і з тої розгубленості весь день не мела сходів, не мила коридорів, не поливала мальви під вікнами.</w:t>
      </w:r>
    </w:p>
    <w:p>
      <w:r>
        <w:br/>
        <w:t>Другим здивувався професор Петро Петрович. Він вивів на прогулянку свого Бровка Бровковича, і той приніс у зубах рукавичку.</w:t>
      </w:r>
    </w:p>
    <w:p>
      <w:r>
        <w:br/>
        <w:t>— Чиясь дитина загубила, — вирішив професор і поклав рукавичку на лавку під будинком.</w:t>
      </w:r>
    </w:p>
    <w:p>
      <w:r>
        <w:br/>
        <w:t>Бровко Бровкович приніс другу рукавичку, а тоді третю, а тоді четверту.</w:t>
      </w:r>
    </w:p>
    <w:p>
      <w:r>
        <w:br/>
        <w:t>— От неуважна дитина, губить рукавички, і всі ліві, — зітхнув Петро Петрович і поклав рукавичку на другу лавку, а тоді на третю, а тоді на четверту.</w:t>
      </w:r>
    </w:p>
    <w:p>
      <w:r>
        <w:br/>
        <w:t>Раптом дмухнув вітер, і рукавички закружляли зграйкою, плавно опускаючись перед професоровим носом.</w:t>
      </w:r>
    </w:p>
    <w:p>
      <w:r>
        <w:br/>
        <w:t>— Та тут ціле рукавичне дерево... — добачив нарешті Петро Петрович.</w:t>
      </w:r>
    </w:p>
    <w:p>
      <w:r>
        <w:br/>
        <w:t>Вернувшись додому, він налив чорної кави у миску Бровкові Бровковичу, а сам погриз кістку, взув черевики — один сірий, а другий коричневий, зате обидва праві, — і пішов читати лекцію студентам-першокурсникам.</w:t>
      </w:r>
    </w:p>
    <w:p>
      <w:r>
        <w:br/>
        <w:t>— Панове студенти! — сказав він. — Ви починаєте вивчати науку рукавицезнавство.</w:t>
      </w:r>
    </w:p>
    <w:p>
      <w:r>
        <w:br/>
        <w:t>— А чому не шапкознавство? Або черевикоплавство? — спитали студенти.</w:t>
      </w:r>
    </w:p>
    <w:p>
      <w:r>
        <w:br/>
        <w:t>— Тому що рукавиці літають, наче птиці! — пояснив Петро Петрович.</w:t>
      </w:r>
    </w:p>
    <w:p>
      <w:r>
        <w:br/>
        <w:t>Студенти нічогісінько не второпали, зате заповажали Петра Петровича. "Ач, який мудрий! — подумали вони. — Відразу видно, що професор".</w:t>
      </w:r>
    </w:p>
    <w:p>
      <w:r>
        <w:br/>
        <w:t>Та найдужче здивувалися з рукавичного дерева депутати міської ради.</w:t>
      </w:r>
    </w:p>
    <w:p>
      <w:r>
        <w:br/>
        <w:t>— Питання рукавицевиростання треба без зволікання ставити на голосування! — загаласували вони, почавши своє засідання.</w:t>
      </w:r>
    </w:p>
    <w:p>
      <w:r>
        <w:br/>
        <w:t>— Ні, питання рукавицезбирання вимагає доопрацювання! — загаласували інші.</w:t>
      </w:r>
    </w:p>
    <w:p>
      <w:r>
        <w:br/>
        <w:t>І так вони галасували й голосували, голосували й галасували, а деревце стояло собі, і рукавиці з зелених поволі робилися жовтими, жовтогарячими, червоними, вишневими. Бо вже настала глибока осінь!</w:t>
      </w:r>
    </w:p>
    <w:p>
      <w:r>
        <w:br/>
        <w:t>Зірка Мензатюк. Київські казки. Збірка казок для дітей. Небилиці про рукавиці. Казка. Малюнки Тетяни Семенової.Щодень під деревце прибігали діти. Вони також дивувалися, а дужче раділи. Вони підскакували з утіхи, плескали в долоні й танцювали.</w:t>
      </w:r>
    </w:p>
    <w:p>
      <w:r>
        <w:br/>
        <w:t>— У світі бувають хлібні дерева, динні дерева, залізні дерева! Якщо на деревах ростуть паляниці, то хай виростають і рукавиці! — приспівували вони, танцюючи.</w:t>
      </w:r>
    </w:p>
    <w:p>
      <w:r>
        <w:br/>
        <w:t>Одне дітям було жаль: що всі рукавички — ліві. Тому діти бігли собі гратися в хованки, в класики, в резинки, справді-бо: навіщо їм рукавички геть усі ліві й жодної правої?</w:t>
      </w:r>
    </w:p>
    <w:p>
      <w:r>
        <w:br/>
        <w:t>Тільки Оксанці придалася б саме ліва рукавичка. Вона лишалася коло деревця, коли інші діти було собі побіжать, і казала:</w:t>
      </w:r>
    </w:p>
    <w:p>
      <w:r>
        <w:br/>
        <w:t>— Краще я не візьму цю рукавичку до пари до своєї правої! Краще я взимку загублю праву до пари!</w:t>
      </w:r>
    </w:p>
    <w:p>
      <w:r>
        <w:br/>
        <w:t>Хай тоді виростуть ще й праві рукавиці.</w:t>
      </w:r>
    </w:p>
    <w:p>
      <w:r>
        <w:br/>
        <w:t>І тільки-но випав сніг, вона загубила другу рукавицю. То була ніч не новорічна, але однак чарівна (а треба сказати, що чарівних ночей є значно більше, ніж не чарівних). Отож усе трапилось, як і першого разу: рукавичка лежала, лежала, а потім взяла й проросла, а тоді взяла й зацвіла, а тоді нарешті вкрилася рукавицями. Правими, як і належало.</w:t>
      </w:r>
    </w:p>
    <w:p>
      <w:r>
        <w:br/>
        <w:t>— Ото придумали! — мовила двірничка Фросина. — Може, тут справді заведуть рукавичний сад?</w:t>
      </w:r>
    </w:p>
    <w:p>
      <w:r>
        <w:br/>
        <w:t>І вона знов увесь день не мела сходів, не мила коридорів, не поливала мальви під вікнами, бо якщо буде сад, то й працювати випадає садівникам, а не їй, двірничці.</w:t>
      </w:r>
    </w:p>
    <w:p>
      <w:r>
        <w:br/>
        <w:t>Депутати міської ради знову поставили це питання на голосування, професор Петро Петрович написав дуже мудру наукову працю "Про рукавиці, що літають, наче птиці". Одне тільки було прикро: тепер, коли виросло стільки правих рукавиць, не лишилося торішніх лівих! Куди вони поділися?</w:t>
      </w:r>
    </w:p>
    <w:p>
      <w:r>
        <w:br/>
        <w:t>Хтозна... А куди дівається опале осіннє листя? Чи відлітає у вирій? Чи губиться між сторінками книжок, куди його кладуть замріяні дівчата? Чи ховається в порожніх гніздах?</w:t>
      </w:r>
    </w:p>
    <w:p>
      <w:r>
        <w:br/>
        <w:t>Ліві рукавички теж кудись поділися, як торішнє листя. А праві з зелених потроху робилися жовтими, жовтогарячими, червоними, вишневими і — розвівалися за вітром.</w:t>
      </w:r>
    </w:p>
    <w:p>
      <w:r>
        <w:br/>
        <w:t>На весну в місті не стало жодних рукавичних дерев. Мабуть, вони за одне літо витикаються, виганяються, родять і всихають. Тільки проростають надто рідко. А рукавичкам таки хочеться прорости, тож-то вони й губляться, і діти нітрохи в тому не винні.</w:t>
      </w:r>
    </w:p>
    <w:p>
      <w:r>
        <w:br/>
        <w:t>Щоправда, чарівних дерев і так вистачає. Дерев, що вміють осяяти місто, засвітившись, мов люстри.</w:t>
      </w:r>
    </w:p>
    <w:p>
      <w:r>
        <w:br/>
        <w:t>*1 Садовина&amp;#769; — плоди садових дерев.</w:t>
      </w:r>
    </w:p>
    <w:p>
      <w:r>
        <w:br/>
        <w:t>*2 Горо&amp;#769;дина — городні плоди та зелень.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Небилиці про рукавиці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