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безпечне літ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безпечне лі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