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жив я ще зовсім, а лиш шукав дороги…</w:t>
      </w:r>
    </w:p>
    <w:p>
      <w:r>
        <w:br/>
        <w:t xml:space="preserve"> Не жив я ще зовсім, а лиш шукав дороги,&lt;br /&gt;</w:t>
        <w:br/>
        <w:t>Куди іти в життя на завзятющий бій.&lt;br /&gt;</w:t>
        <w:br/>
        <w:t>Чого ж мій дух паде під бременем знемоги&lt;br /&gt;</w:t>
        <w:br/>
        <w:t>І плаче на горбах усіх надій і мрій?&lt;br /&gt;</w:t>
        <w:br/>
        <w:t>На крилах гордих туг буяв я по блакитах,&lt;br /&gt;</w:t>
        <w:br/>
        <w:t>Кидав з-під хмари глум на стухлі низини,&lt;br /&gt;</w:t>
        <w:br/>
        <w:t>Я кинув царство сліз і по альпійських цвітах&lt;br /&gt;</w:t>
        <w:br/>
        <w:t>Розвішував свої неуловимі сни.&lt;br /&gt;</w:t>
        <w:br/>
        <w:t>Скінчився ясний сон, охляли горді крила,—&lt;br /&gt;</w:t>
        <w:br/>
        <w:t>Як метеор з небес, на землю я упав.&lt;br /&gt;</w:t>
        <w:br/>
        <w:t>І що ж тепер? Іти за другими несила;&lt;br /&gt;</w:t>
        <w:br/>
        <w:t>Пропало все, усе: я ставку вже програв.&lt;br /&gt;</w:t>
        <w:br/>
        <w:t>І нині лютий біль шматує грудь до скону,&lt;br /&gt;</w:t>
        <w:br/>
        <w:t>І в серці плаче жаль за втраченим життєм.&lt;br /&gt;</w:t>
        <w:br/>
        <w:t>А від німих могил несеться голос дзвону…&lt;br /&gt;</w:t>
        <w:br/>
        <w:t>Пісні мої гіркі! Самітні ми підем.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жив я ще зовсім, а лиш шукав дороги…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