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щастить!</w:t>
      </w:r>
    </w:p>
    <w:p>
      <w:r>
        <w:br/>
        <w:t xml:space="preserve"> &lt;p&gt;Усе було тихо і спокійно. Закінчувалася велика перерва. Раптом двері рвучко відчинилися, і Маринка закричала із коридора: ї</w:t>
      </w:r>
    </w:p>
    <w:p>
      <w:r>
        <w:br/>
        <w:t>— Потапенка викликає директор!</w:t>
      </w:r>
    </w:p>
    <w:p>
      <w:r>
        <w:br/>
        <w:t>Вона повідомила цю новину страшним голосом, і очі в неї були круглі, ніби ґудзики на платті. Отож усі спочатку подумали, що Грицько Потапенко щонайменше розбив кольоровий телевізор "Електрон-710", який стояв у піонерській кімнаті.</w:t>
      </w:r>
    </w:p>
    <w:p>
      <w:r>
        <w:br/>
        <w:t>— Ти чого сидиш?! Не в гості запрошують.</w:t>
      </w:r>
    </w:p>
    <w:p>
      <w:r>
        <w:br/>
        <w:t>Проводжали Грицька усім класом, як корабель у далеке плавання.</w:t>
      </w:r>
    </w:p>
    <w:p>
      <w:r>
        <w:br/>
        <w:t>Грицько дійшов до дверей класу, взявся за ручку й застиг, ніби статуя.</w:t>
      </w:r>
    </w:p>
    <w:p>
      <w:r>
        <w:br/>
        <w:t>— Тобі що, особливе запрошення потрібне,— торохкотіла, ніби горохом об стіну, Маринка.— Бач, як виламується. Зумів нашкодити, так умій і відповідати.</w:t>
      </w:r>
    </w:p>
    <w:p>
      <w:r>
        <w:br/>
        <w:t>Проте Маринку ніхто не підтримав. Навпаки, на неї накричали, наказали замовкнути.</w:t>
      </w:r>
    </w:p>
    <w:p>
      <w:r>
        <w:br/>
        <w:t>— Ми з тобою, Гришо! — сказав староста класу Якимчук.</w:t>
      </w:r>
    </w:p>
    <w:p>
      <w:r>
        <w:br/>
        <w:t>Старосту підтримали інші голоси.</w:t>
      </w:r>
    </w:p>
    <w:p>
      <w:r>
        <w:br/>
        <w:t>— Прощайте,— подав Грицько кожному руку, ніби старався набратися сил з останнього рукостискання.— Вибачте, якщо когось образив.</w:t>
      </w:r>
    </w:p>
    <w:p>
      <w:r>
        <w:br/>
        <w:t>— Прощаємо! — зітхнув клас.— І ти на нас не ображайся. Мало чого! З ким не буває!</w:t>
      </w:r>
    </w:p>
    <w:p>
      <w:r>
        <w:br/>
        <w:t>Потапенка взяли під руки і повели до кабінету директора.</w:t>
      </w:r>
    </w:p>
    <w:p>
      <w:r>
        <w:br/>
        <w:t>Іван Петрович зустрів Грицька гостинно. Привітавшись, запросив сісти.</w:t>
      </w:r>
    </w:p>
    <w:p>
      <w:r>
        <w:br/>
        <w:t>— Не великий пан, постою,— насилу видавив Грицько, ніби в нього галушка впоперек горла стала. А сам духу перевести не може.</w:t>
      </w:r>
    </w:p>
    <w:p>
      <w:r>
        <w:br/>
        <w:t>— Що з тобою, Григорію? — поцікавився стурбований директор.— Чи не захворів?</w:t>
      </w:r>
    </w:p>
    <w:p>
      <w:r>
        <w:br/>
        <w:t>Грицько ствердно кивнув головою.</w:t>
      </w:r>
    </w:p>
    <w:p>
      <w:r>
        <w:br/>
        <w:t>— Болить!</w:t>
      </w:r>
    </w:p>
    <w:p>
      <w:r>
        <w:br/>
        <w:t>— Де?</w:t>
      </w:r>
    </w:p>
    <w:p>
      <w:r>
        <w:br/>
        <w:t>— Ось тут,— показав на скроню.— Ніби хто молотком гупає. Аж іскри з очей сиплються. Дивлюся оце на вас і не бачу.</w:t>
      </w:r>
    </w:p>
    <w:p>
      <w:r>
        <w:br/>
        <w:t>Потапенко цього разу казав правду. Від страху і всіляких здогадок голова в нього розколювалась на дрібні частини.</w:t>
      </w:r>
    </w:p>
    <w:p>
      <w:r>
        <w:br/>
        <w:t>Директор підвівся.</w:t>
      </w:r>
    </w:p>
    <w:p>
      <w:r>
        <w:br/>
        <w:t>— А я хотів...</w:t>
      </w:r>
    </w:p>
    <w:p>
      <w:r>
        <w:br/>
        <w:t>— Винний я, Іване Петровичу,— признався Потапенко,— І жаліти нічого. Готовий прийняти будь-яку кару. Заслужив.</w:t>
      </w:r>
    </w:p>
    <w:p>
      <w:r>
        <w:br/>
        <w:t>Директор сів.</w:t>
      </w:r>
    </w:p>
    <w:p>
      <w:r>
        <w:br/>
        <w:t>— Не розумію,— машинально провів він розчепіренім ми пальцями, як гребінцем, по волоссі.— Я викликав тебе, щоб...</w:t>
      </w:r>
    </w:p>
    <w:p>
      <w:r>
        <w:br/>
        <w:t>Потапенко благально попрохав:</w:t>
      </w:r>
    </w:p>
    <w:p>
      <w:r>
        <w:br/>
        <w:t>— Не треба! Я сам.</w:t>
      </w:r>
    </w:p>
    <w:p>
      <w:r>
        <w:br/>
        <w:t>І, запинаючись, плутаючи, заходився пояснювати!</w:t>
      </w:r>
    </w:p>
    <w:p>
      <w:r>
        <w:br/>
        <w:t>— Я дійсно вчора списав контрольну у Петрика Семенюти. А що було робити, коли я нічого не знав? Але Петрик не винний. Він нічого не підозрював. Він через три парти від мене сидить. Проте шия у мене довга, зір гострий я все бачу.</w:t>
      </w:r>
    </w:p>
    <w:p>
      <w:r>
        <w:br/>
        <w:t>Іван Петрович спохмурнів і запитав:</w:t>
      </w:r>
    </w:p>
    <w:p>
      <w:r>
        <w:br/>
        <w:t>— І тобі часто доводиться списувати?</w:t>
      </w:r>
    </w:p>
    <w:p>
      <w:r>
        <w:br/>
        <w:t>Грицько замислився, підраховуючи, і, збившись з ліку, сумним поглядом зиркнув на директора.</w:t>
      </w:r>
    </w:p>
    <w:p>
      <w:r>
        <w:br/>
        <w:t>— Та це, Іване Петровичу, іще не все. Це дрібниці. Учора зірвав урок.</w:t>
      </w:r>
    </w:p>
    <w:p>
      <w:r>
        <w:br/>
        <w:t>Іван Петрович широко відкрив очі і міцно вчепився руками за стіл, хотів був вставити якесь слово, та Грицько вирішив покаятись до кінця.</w:t>
      </w:r>
    </w:p>
    <w:p>
      <w:r>
        <w:br/>
        <w:t>— Я, Іване Петровичу, інколи малих ображаю. Можу відібрати портфель і почепити його на деревині. А нещодавно взагалі таке зробив, що навіть соромно розповідати.</w:t>
      </w:r>
    </w:p>
    <w:p>
      <w:r>
        <w:br/>
        <w:t>Директор, примружившись, дивився на свого вихованця.</w:t>
      </w:r>
    </w:p>
    <w:p>
      <w:r>
        <w:br/>
        <w:t>А Грицько, набравшись сміливості, різав правду у вічі. Мовляв, помирати — так з музикою. Та й у народі кажуть, що зігнуту шию й нагай не січе.</w:t>
      </w:r>
    </w:p>
    <w:p>
      <w:r>
        <w:br/>
        <w:t>Півгодини Потапенко викладав свої гріхи, ніби горіхи на поличку, Івану Петровичу. Коли вже нічого було розказувати, заходився вигадувати, дав волю своїй фантазії:</w:t>
      </w:r>
    </w:p>
    <w:p>
      <w:r>
        <w:br/>
        <w:t>Коли він, знесилений, замовк, Іван Петрович скрушно похитав головою.</w:t>
      </w:r>
    </w:p>
    <w:p>
      <w:r>
        <w:br/>
        <w:t>— Ай-я-я! А я й не знав, що ти такий розбишака!</w:t>
      </w:r>
    </w:p>
    <w:p>
      <w:r>
        <w:br/>
        <w:t>Потапенко остовпів.</w:t>
      </w:r>
    </w:p>
    <w:p>
      <w:r>
        <w:br/>
        <w:t>— Як не знали? — насилу видушив.</w:t>
      </w:r>
    </w:p>
    <w:p>
      <w:r>
        <w:br/>
        <w:t>— Дуже просто.</w:t>
      </w:r>
    </w:p>
    <w:p>
      <w:r>
        <w:br/>
        <w:t>— А чому ж викликали?</w:t>
      </w:r>
    </w:p>
    <w:p>
      <w:r>
        <w:br/>
        <w:t>— Наступного вихідного ми кращих спортсменів веземо на екскурсію до Києва на футбольний матч "Динамо" (Київ) — "Динамо" (Мінськ). До списку кандидатів включили й тебе. Отож я й хотів, щоб ти спитав дозволу своїх батьків. А тепер...</w:t>
      </w:r>
    </w:p>
    <w:p>
      <w:r>
        <w:br/>
        <w:t>Далі Грицько вже нічого не чув.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щастить!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