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раз вечірньою добою…</w:t>
      </w:r>
    </w:p>
    <w:p>
      <w:r>
        <w:br/>
        <w:t xml:space="preserve"> Не раз вечірньою добою&lt;br /&gt;</w:t>
        <w:br/>
        <w:t>Снуюся по стернистім полі&lt;br /&gt;</w:t>
        <w:br/>
        <w:t>І раз у раз питаю долі:&lt;br /&gt;</w:t>
        <w:br/>
        <w:t>Чи найдеш ти талан зо мною?</w:t>
      </w:r>
    </w:p>
    <w:p>
      <w:r>
        <w:br/>
        <w:t>Не раз, як сонце за горою&lt;br /&gt;</w:t>
        <w:br/>
        <w:t>В досвітніх росах личко миє,&lt;br /&gt;</w:t>
        <w:br/>
        <w:t>Моє серденько з туги ниє:&lt;br /&gt;</w:t>
        <w:br/>
        <w:t>Чи найдеш ти талан зо мною?</w:t>
      </w:r>
    </w:p>
    <w:p>
      <w:r>
        <w:br/>
        <w:t>Не раз, буває, після зною&lt;br /&gt;</w:t>
        <w:br/>
        <w:t>Сиджу на березі ручаю,&lt;br /&gt;</w:t>
        <w:br/>
        <w:t>Дивлюсь на дно і сню-гадаю:&lt;br /&gt;</w:t>
        <w:br/>
        <w:t>Чи найдеш ти талан зо мною?</w:t>
      </w:r>
    </w:p>
    <w:p>
      <w:r>
        <w:br/>
        <w:t>Не раз гарячою рукою&lt;br /&gt;</w:t>
        <w:br/>
        <w:t>Твою десницю тисну палко&lt;br /&gt;</w:t>
        <w:br/>
        <w:t>І думаю: моя ти галко!&lt;br /&gt;</w:t>
        <w:br/>
        <w:t>Чи найдеш ти талан зо мною?</w:t>
      </w:r>
    </w:p>
    <w:p>
      <w:r>
        <w:br/>
        <w:t>Не раз з задумою важкою&lt;br /&gt;</w:t>
        <w:br/>
        <w:t>В твої очиці задивлюся&lt;br /&gt;</w:t>
        <w:br/>
        <w:t>І в чорних думах затоплюся:&lt;br /&gt;</w:t>
        <w:br/>
        <w:t>Чи найдеш ти талан зо мною?</w:t>
      </w:r>
    </w:p>
    <w:p>
      <w:r>
        <w:br/>
        <w:t>І все гарячою сльозою&lt;br /&gt;</w:t>
        <w:br/>
        <w:t>Лице холодне обливаю&lt;br /&gt;</w:t>
        <w:br/>
        <w:t>І доленьку молю-благаю:&lt;br /&gt;</w:t>
        <w:br/>
        <w:t>Ох, дай же, доле, рай зо мною!</w:t>
      </w:r>
    </w:p>
    <w:p>
      <w:r>
        <w:br/>
        <w:t>Як тиха ніч пов’є долину&lt;br /&gt;</w:t>
        <w:br/>
        <w:t>І місяць посріблить ручай,&lt;br /&gt;</w:t>
        <w:br/>
        <w:t>Тоді на крилах туги злину&lt;br /&gt;</w:t>
        <w:br/>
        <w:t>У задумчивий гай-розмай.</w:t>
      </w:r>
    </w:p>
    <w:p>
      <w:r>
        <w:br/>
        <w:t>І стану під віконцем хати,&lt;br /&gt;</w:t>
        <w:br/>
        <w:t>В якій я тілько перемрів,&lt;br /&gt;</w:t>
        <w:br/>
        <w:t>І буду нишком воркувати&lt;br /&gt;</w:t>
        <w:br/>
        <w:t>Солодку пісню, піснь без слів.</w:t>
      </w:r>
    </w:p>
    <w:p>
      <w:r>
        <w:br/>
        <w:t>І, може, ти крізь сон почуєш&lt;br /&gt;</w:t>
        <w:br/>
        <w:t>Мої тужливії пісні,&lt;br /&gt;</w:t>
        <w:br/>
        <w:t>І, може, нишком забануєш,&lt;br /&gt;</w:t>
        <w:br/>
        <w:t>Бодай у сні, в невиннім сні.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раз вечірньою добою…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