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криюсь</w:t>
      </w:r>
    </w:p>
    <w:p>
      <w:r>
        <w:br/>
        <w:t xml:space="preserve"> Не криюсь: часом хочеться забути&lt;br /&gt;</w:t>
        <w:br/>
        <w:t>Тривожні дні і відгук громовиць, —&lt;br /&gt;</w:t>
        <w:br/>
        <w:t>Тоді б мені в пахуче лоно рути,&lt;br /&gt;</w:t>
        <w:br/>
        <w:t>В тепло землі упасти горілиць.</w:t>
      </w:r>
    </w:p>
    <w:p>
      <w:r>
        <w:br/>
        <w:t>Щоб все було: далекий млин, лелеки,&lt;br /&gt;</w:t>
        <w:br/>
        <w:t>Вітрів дитячих міти і казки…&lt;br /&gt;</w:t>
        <w:br/>
        <w:t>Та то лиш мить! Вона така далека,&lt;br /&gt;</w:t>
        <w:br/>
        <w:t>А гін життя так боляче близький.</w:t>
      </w:r>
    </w:p>
    <w:p>
      <w:r>
        <w:br/>
        <w:t>Ні! хай гримить! Не двічі і не тричі;&lt;br /&gt;</w:t>
        <w:br/>
        <w:t>Хай нам іти під смертоносний град, —&lt;br /&gt;</w:t>
        <w:br/>
        <w:t>Коли людині гляне смерть у вічі,&lt;br /&gt;</w:t>
        <w:br/>
        <w:t>Тоді життя прекрасніше в стократ.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криюсь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