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кляніте мене</w:t>
      </w:r>
    </w:p>
    <w:p>
      <w:r>
        <w:br/>
        <w:t xml:space="preserve"> За печальні пісні&lt;br /&gt;</w:t>
        <w:br/>
        <w:t>Не кляніте мене,&lt;br /&gt;</w:t>
        <w:br/>
        <w:t>Бо ж і так у вогні&lt;br /&gt;</w:t>
        <w:br/>
        <w:t>Моє серце сумне.&lt;br /&gt;</w:t>
        <w:br/>
        <w:t>Кров од болю кипить,&lt;br /&gt;</w:t>
        <w:br/>
        <w:t>Мучить мука німа,&lt;br /&gt;</w:t>
        <w:br/>
        <w:t>Ні на мент, ні на мить&lt;br /&gt;</w:t>
        <w:br/>
        <w:t>Сну про щастя нема.&lt;br /&gt;</w:t>
        <w:br/>
        <w:t>Я не можу здолать&lt;br /&gt;</w:t>
        <w:br/>
        <w:t>В серці горя й жалю,&lt;br /&gt;</w:t>
        <w:br/>
        <w:t>Шум плачів і проклять&lt;br /&gt;</w:t>
        <w:br/>
        <w:t>Я думками ловлю.&lt;br /&gt;</w:t>
        <w:br/>
        <w:t>Я не можу знести&lt;br /&gt;</w:t>
        <w:br/>
        <w:t>Цей гидкий маскарад, —&lt;br /&gt;</w:t>
        <w:br/>
        <w:t>Співи щастя вести,&lt;br /&gt;</w:t>
        <w:br/>
        <w:t>Як ридає мій брат.&lt;br /&gt;</w:t>
        <w:br/>
        <w:t>Скільки горя і сліз&lt;br /&gt;</w:t>
        <w:br/>
        <w:t>Бачу всюди й завжди,&lt;br /&gt;</w:t>
        <w:br/>
        <w:t>Скільки сам переніс&lt;br /&gt;</w:t>
        <w:br/>
        <w:t>Я нещастя й біди!&lt;br /&gt;</w:t>
        <w:br/>
        <w:t>Он стоїть удова,&lt;br /&gt;</w:t>
        <w:br/>
        <w:t>В зорі смуток-туман,&lt;br /&gt;</w:t>
        <w:br/>
        <w:t>В струп'ї вся голова,&lt;br /&gt;</w:t>
        <w:br/>
        <w:t>А на плечах – лахман.&lt;br /&gt;</w:t>
        <w:br/>
        <w:t>Руку, мов неживу,&lt;br /&gt;</w:t>
        <w:br/>
        <w:t>Простягає мені:&lt;br /&gt;</w:t>
        <w:br/>
        <w:t>"Пожалійте вдову,&lt;br /&gt;</w:t>
        <w:br/>
        <w:t>Згинув муж на війні!".&lt;br /&gt;</w:t>
        <w:br/>
        <w:t>І тут сльози – кап-кап!&lt;br /&gt;</w:t>
        <w:br/>
        <w:t>Доле, не доведи…&lt;br /&gt;</w:t>
        <w:br/>
        <w:t>Що ж ти, брате, ослаб, —&lt;br /&gt;</w:t>
        <w:br/>
        <w:t>Кпи з чужої біди!&lt;br /&gt;</w:t>
        <w:br/>
        <w:t>Ось гуляє багач,&lt;br /&gt;</w:t>
        <w:br/>
        <w:t>Аж палата дрижить,&lt;br /&gt;</w:t>
        <w:br/>
        <w:t>А під брамою плач —&lt;br /&gt;</w:t>
        <w:br/>
        <w:t>Там сирітка стоїть.&lt;br /&gt;</w:t>
        <w:br/>
        <w:t>Стужа нею трясе,&lt;br /&gt;</w:t>
        <w:br/>
        <w:t>Мов нагайкою тне,&lt;br /&gt;</w:t>
        <w:br/>
        <w:t>Вітер скарги несе&lt;br /&gt;</w:t>
        <w:br/>
        <w:t>І квиління сумне:&lt;br /&gt;</w:t>
        <w:br/>
        <w:t>"Тут проходив народ,&lt;br /&gt;</w:t>
        <w:br/>
        <w:t>Молоді та старі,&lt;br /&gt;</w:t>
        <w:br/>
        <w:t>Проти гніту й знегод&lt;br /&gt;</w:t>
        <w:br/>
        <w:t>Тут ішли бунтарі.&lt;br /&gt;</w:t>
        <w:br/>
        <w:t>Тато з ними пішов —&lt;br /&gt;</w:t>
        <w:br/>
        <w:t>І донині нема…&lt;br /&gt;</w:t>
        <w:br/>
        <w:t>Стигне з холоду кров,&lt;br /&gt;</w:t>
        <w:br/>
        <w:t>Сипле снігом зима.&lt;br /&gt;</w:t>
        <w:br/>
        <w:t>А мене багатій&lt;br /&gt;</w:t>
        <w:br/>
        <w:t>Вигнав з хати на сніг,&lt;br /&gt;</w:t>
        <w:br/>
        <w:t>Де ж ти, батечку мій,&lt;br /&gt;</w:t>
        <w:br/>
        <w:t>Де знайду я нічліг?!"&lt;br /&gt;</w:t>
        <w:br/>
        <w:t>І тут сльози – кап-кап!&lt;br /&gt;</w:t>
        <w:br/>
        <w:t>Доле, не доведи…&lt;br /&gt;</w:t>
        <w:br/>
        <w:t>Що ж ти, брате, ослаб, —&lt;br /&gt;</w:t>
        <w:br/>
        <w:t>Кпи з чужої біди!&lt;br /&gt;</w:t>
        <w:br/>
        <w:t>Знову стогін… Жебрак&lt;br /&gt;</w:t>
        <w:br/>
        <w:t>Під вікном, наче тінь;&lt;br /&gt;</w:t>
        <w:br/>
        <w:t>Без ноги, неборак,&lt;br /&gt;</w:t>
        <w:br/>
        <w:t>Повен жальних болінь.&lt;br /&gt;</w:t>
        <w:br/>
        <w:t>Він стискає п'ястук,&lt;br /&gt;</w:t>
        <w:br/>
        <w:t>Тягне пісню хрипку, —&lt;br /&gt;</w:t>
        <w:br/>
        <w:t>Скільки злигоднів-мук&lt;br /&gt;</w:t>
        <w:br/>
        <w:t>Пережив на віку:&lt;br /&gt;</w:t>
        <w:br/>
        <w:t>"Відробив я панам,&lt;br /&gt;</w:t>
        <w:br/>
        <w:t>Відслужив сорок літ, —&lt;br /&gt;</w:t>
        <w:br/>
        <w:t>Став на службу дитям,&lt;br /&gt;</w:t>
        <w:br/>
        <w:t>А сьогодні я – дід!&lt;br /&gt;</w:t>
        <w:br/>
        <w:t>Гарував я щодня,&lt;br /&gt;</w:t>
        <w:br/>
        <w:t>Не зважав на батіг,&lt;br /&gt;</w:t>
        <w:br/>
        <w:t>Працював за коня,&lt;br /&gt;</w:t>
        <w:br/>
        <w:t>Рано встав, пізно ліг.&lt;br /&gt;</w:t>
        <w:br/>
        <w:t>Я орав, я косив,&lt;br /&gt;</w:t>
        <w:br/>
        <w:t>Я канави копав,&lt;br /&gt;</w:t>
        <w:br/>
        <w:t>Ліс рубав і возив,&lt;br /&gt;</w:t>
        <w:br/>
        <w:t>Битий, кров'ю спливав.&lt;br /&gt;</w:t>
        <w:br/>
        <w:t>Йшла робота вогнем…&lt;br /&gt;</w:t>
        <w:br/>
        <w:t>А мій пан не тужив:&lt;br /&gt;</w:t>
        <w:br/>
        <w:t>Багатів з кожним днем,&lt;br /&gt;</w:t>
        <w:br/>
        <w:t>Смачно їв, смачно пив.&lt;br /&gt;</w:t>
        <w:br/>
        <w:t>А я чахнув, бідак,&lt;br /&gt;</w:t>
        <w:br/>
        <w:t>Був голодний, як вовк,&lt;br /&gt;</w:t>
        <w:br/>
        <w:t>Та служив вірно так,&lt;br /&gt;</w:t>
        <w:br/>
        <w:t>А тепер…" І замовк.&lt;br /&gt;</w:t>
        <w:br/>
        <w:t>Тільки сльози – кап-кап!&lt;br /&gt;</w:t>
        <w:br/>
        <w:t>Доле, не доведи…&lt;br /&gt;</w:t>
        <w:br/>
        <w:t>Що ж ти, брате, ослаб, —&lt;br /&gt;</w:t>
        <w:br/>
        <w:t>Кпи з чужої біди!&lt;br /&gt;</w:t>
        <w:br/>
        <w:t>Та за скорбні пісні&lt;br /&gt;</w:t>
        <w:br/>
        <w:t>Не обсмішуй мене,&lt;br /&gt;</w:t>
        <w:br/>
        <w:t>Бо ж і так у вогні&lt;br /&gt;</w:t>
        <w:br/>
        <w:t>Моє серце сумне.</w:t>
      </w:r>
    </w:p>
    <w:p>
      <w:r>
        <w:br/>
        <w:t>15 квітня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кляніте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