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чув я оповідок Оссіана...</w:t>
      </w:r>
    </w:p>
    <w:p>
      <w:r>
        <w:br/>
        <w:t xml:space="preserve"> Осип Мандельштам&lt;br /&gt;</w:t>
        <w:br/>
        <w:t>Не чув я оповідок Оссіана...</w:t>
      </w:r>
    </w:p>
    <w:p>
      <w:r>
        <w:br/>
        <w:t>Перекладач: Ю. Буряк</w:t>
      </w:r>
    </w:p>
    <w:p>
      <w:r>
        <w:br/>
        <w:t>Не чув я оповідок Оссіана*,&lt;br /&gt;</w:t>
        <w:br/>
        <w:t>Не пробував на смак я вин старих, —&lt;br /&gt;</w:t>
        <w:br/>
        <w:t>Навіщо ж мені мариться поляна,&lt;br /&gt;</w:t>
        <w:br/>
        <w:t>Шотландії кривавий молодик?</w:t>
      </w:r>
    </w:p>
    <w:p>
      <w:r>
        <w:br/>
        <w:t>І перегомін ворона і арфи&lt;br /&gt;</w:t>
        <w:br/>
        <w:t>Ввижається в мовчанці гробовій,&lt;br /&gt;</w:t>
        <w:br/>
        <w:t>Дружинників розвіювані шарфи&lt;br /&gt;</w:t>
        <w:br/>
        <w:t>При місяці мигтять навперебій!</w:t>
      </w:r>
    </w:p>
    <w:p>
      <w:r>
        <w:br/>
        <w:t>Я спадщину одержав на сирітство —&lt;br /&gt;</w:t>
        <w:br/>
        <w:t>Чужих мені співців мандрівні сни;&lt;br /&gt;</w:t>
        <w:br/>
        <w:t>Свою покревність і нудне сусідство&lt;br /&gt;</w:t>
        <w:br/>
        <w:t>Ми вільні зневажати з давнини.</w:t>
      </w:r>
    </w:p>
    <w:p>
      <w:r>
        <w:br/>
        <w:t>І не одній, можливо, ще дідизні&lt;br /&gt;</w:t>
        <w:br/>
        <w:t>Шукати правнука в чужинському краю.&lt;br /&gt;</w:t>
        <w:br/>
        <w:t>І знову скальд складе чужої пісні&lt;br /&gt;</w:t>
        <w:br/>
        <w:t>І проспіває так, немов свою.</w:t>
      </w:r>
    </w:p>
    <w:p>
      <w:r>
        <w:br/>
        <w:t>-----------------&lt;br /&gt;</w:t>
        <w:br/>
        <w:t>* Оссіан — легендарний давньоірландський бард, який жив у III ст.,&lt;br /&gt;</w:t>
        <w:br/>
        <w:t>якому Д.Макферсон приписав підроблені "Твори Оссіана" (1765),&lt;br /&gt;</w:t>
        <w:br/>
        <w:t>нібито перекладені з гельської мови.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чув я оповідок Оссіана...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