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Навшпиньки повертаюся в ті дні...</w:t>
      </w:r>
    </w:p>
    <w:p>
      <w:r>
        <w:br/>
        <w:t xml:space="preserve"> Навшпиньки повертаюся в ті дні.&lt;br /&gt;</w:t>
        <w:br/>
        <w:t>Вони, як сонце, сходять у мені.</w:t>
      </w:r>
    </w:p>
    <w:p>
      <w:r>
        <w:br/>
        <w:t>Там є наш дім і обрій твоїх рук,&lt;br /&gt;</w:t>
        <w:br/>
        <w:t>і ще душа не відає розлук</w:t>
      </w:r>
    </w:p>
    <w:p>
      <w:r>
        <w:br/>
        <w:t>І ще є час для друзів і гостей.&lt;br /&gt;</w:t>
        <w:br/>
        <w:t>І щастя є. І донечка росте.</w:t>
      </w:r>
    </w:p>
    <w:p>
      <w:r>
        <w:br/>
        <w:t>І син малює квіточку зорі,&lt;br /&gt;</w:t>
        <w:br/>
        <w:t>як той Маленький принц Екзюпері.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Навшпиньки повертаюся в ті дні...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