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Навпроти, по той бік вулиці</w:t>
      </w:r>
    </w:p>
    <w:p>
      <w:r>
        <w:br/>
        <w:t xml:space="preserve"> &lt;p&gt;Зі мною твориться щось неймовірне. Повертаюся з роботи і на розі Каштанової вулиці чую, як хтось кричить. Оглядаюсь — нікого. Іду далі — воно знов. Тоді зупиняюсь і довго стою посеред вулиці.</w:t>
      </w:r>
    </w:p>
    <w:p>
      <w:r>
        <w:br/>
        <w:t>Тут і там, немов холостяцькі штани, теліпаються ліхтарі. Древні підсліпуваті будиночки поприсідали за огорожами і чекають, що буде. А може, й нічого, може, це привиділось?</w:t>
      </w:r>
    </w:p>
    <w:p>
      <w:r>
        <w:br/>
        <w:t>— Е-ег-хх-х! Е-ег-хх!</w:t>
      </w:r>
    </w:p>
    <w:p>
      <w:r>
        <w:br/>
        <w:t>Що воно? Хто це міг? Асфальт після дощу аж мигтить, дерева тихо колихають сповиточок місяця.</w:t>
      </w:r>
    </w:p>
    <w:p>
      <w:r>
        <w:br/>
        <w:t>Щоб людина — так ні. Але ж позавчора Савенкового Миколая гадюка вкусила за ногу. До вечора зробився весь пухлий, наче торба, і гекав так тужно, аж сусіди сходили з дому.</w:t>
      </w:r>
    </w:p>
    <w:p>
      <w:r>
        <w:br/>
        <w:t>Діло ж як було. Миколай подався по опеньки, хотів черевики взувать, а мати ні в яку — тільки чоботи. Кирзаки йому ноги понадирали, а тут іще опеньки, як решета, лежать. Він чоботи під кущ, а сам хапає (знай душа міру!). Наглимачив кошика, а тоді ще майку з себе та в майку. Такий радий, у чоботи шуг, а в чоботі гадюка, щоб ти пощезла. Бідний Миколай, десь повіз його батько по лікарях, другу ніч не ночують удома. Чи буде з нього діло, чи ні. Так я ото стою й думаю, чи не Миколая привезли помирать і він кричить. Так де ж, не поверталися, машина біля двору не стоїть.</w:t>
      </w:r>
    </w:p>
    <w:p>
      <w:r>
        <w:br/>
        <w:t>Рушаю знову, оглядаюся, але вже ніхто не гукає. Стара, як світ, дуплиста тополя, здається, ось-ось полетить сторчака, надушить будинки, сади і гаражі. І навіть пісочницю, де нічийний ґумовий ведмедик захляло дивиться всім у вічі. Є ж, врешті, вуличком, є ж і міськрада, а чому ніхто не подумає, як нам загрожує тополя? Найстаріше дерево в місті? Ну й що, всьому свій вік.</w:t>
      </w:r>
    </w:p>
    <w:p>
      <w:r>
        <w:br/>
        <w:t>— А що воно таке, бабусю, — питаю перегодя, — коли вчувається стогін?</w:t>
      </w:r>
    </w:p>
    <w:p>
      <w:r>
        <w:br/>
        <w:t>— То дуже погано, — не зразу каже моя довгоборода Зоя Митрофанівна, на ходу запинає хустку й ховає жовте лисиння в голові. — То на вмируще. Та не бійся, воно не проти тебе. Тобі ще й тридцяти не стукнуло, ти ще й заміж не ходила.</w:t>
      </w:r>
    </w:p>
    <w:p>
      <w:r>
        <w:br/>
        <w:t>Ставить на стіл самовар, а я ріжу тоненькими скибками батон, виставляю чашки, жовті й вухаті, як бабуся. Вона, як завжди, сідає до вікна, раз по раз ворушить ліктем фіранку. Дратує мене. Сьогодні все дратує: і оце її кахкання, і плаття з ґувернантськими зборками, і звичка двиготіти ногою під столом, і присьорбування.</w:t>
      </w:r>
    </w:p>
    <w:p>
      <w:r>
        <w:br/>
        <w:t>Це не моя бабуся, моя була Марта, мамина мама. Жили ми з нею в селі на березі малої річки, яку ніхто ніяк не звав: просто вода або болото, а навесні, коли розливалась і вилизувала городи, — п’явушник.</w:t>
      </w:r>
    </w:p>
    <w:p>
      <w:r>
        <w:br/>
        <w:t>Моя бабуся пекла по неділях пиріжки з капустою і, коли я прокидалася, ставила біля ліжка миску зі сметаною, приносила жаровню й казала: "Вставай, храмувать будем!"</w:t>
      </w:r>
    </w:p>
    <w:p>
      <w:r>
        <w:br/>
        <w:t>Щомісяця поштар приносив їй пенсію, дванадцять карбованців і скількись копійок. Бабуся зав’язувала гроші в носовичок, а ввечері підкликала мене й казала: на, піди купи щось таке. Та відчепіться, сердилась я. Купи, гримала бабуся, тобі скоро заміж, а з чим ти підеш? Люди думають, як сирота, так і гола. Ми їм покажемо. Купи, купи щось таке. А я насіннячка продам — та й ще копійка буде.</w:t>
      </w:r>
    </w:p>
    <w:p>
      <w:r>
        <w:br/>
        <w:t>Так ми жили. Восени копали картоплю, зносили гарбузи, обставляли очеретом хату. Взимку били очерет і топили піч. А потім лягали вдвох на теплій черені, співали всяких-усяких пісень — "Стоїть гора високая", "Ой, на горі та й женці жнуть". Часом бабуся замовкала й казала:</w:t>
      </w:r>
    </w:p>
    <w:p>
      <w:r>
        <w:br/>
        <w:t>— А я думаю, тебе повинен узяти такий… не лестивий, але добрий, як Толя Сербинівський. І хазяйновитий, щоб на цім місці величезну хату поставив.</w:t>
      </w:r>
    </w:p>
    <w:p>
      <w:r>
        <w:br/>
        <w:t>— Щоб у город не рвався, а після жнив півмашини зерна біля комор одержував…</w:t>
      </w:r>
    </w:p>
    <w:p>
      <w:r>
        <w:br/>
        <w:t>— Тобі смішки. А Толя хлопець для тебе.</w:t>
      </w:r>
    </w:p>
    <w:p>
      <w:r>
        <w:br/>
        <w:t>Я дуріла: не хочу, поганий! А насправді він накивав од мене п’ятами.</w:t>
      </w:r>
    </w:p>
    <w:p>
      <w:r>
        <w:br/>
        <w:t>У день Толикового весілля бабуся перестріла його на дорозі, тихенько сказала: "Маня згодна за тебе, одстав, чуєш, це весілля". — "Чхав я на її згоду", — сказав Толик.</w:t>
      </w:r>
    </w:p>
    <w:p>
      <w:r>
        <w:br/>
        <w:t>Бабуся прийшла додому, вибрала помідори, а тоді прилягла на обніжку відпочити і вже не встала. Її покручені, як гудиння, руки лежали на чужому городі і тримали суху, як каменюка, грудку.</w:t>
      </w:r>
    </w:p>
    <w:p>
      <w:r>
        <w:br/>
        <w:t>Хату я не продала, але жити сама там не змогла. Вже другий рік у Чернігові. Це мене Зоя Митрофанівна зманила, батькова мати. Приїжджай, каже, мо’, скоріше заміж вийдеш. Покинула свою швальню в селі — тепер працюю в ательє. Втомлююсь, приходжу, зігнута в рубчик, і не завжди пристаю до чаю, як тепер.</w:t>
      </w:r>
    </w:p>
    <w:p>
      <w:r>
        <w:br/>
        <w:t>— Бач, деренчить у шибку, — бурчить вона, — а ти чого як надкопана?</w:t>
      </w:r>
    </w:p>
    <w:p>
      <w:r>
        <w:br/>
        <w:t>Це місто відставників і самотніх жінок. Тут частіше розлучаються, ніж одружуються.</w:t>
      </w:r>
    </w:p>
    <w:p>
      <w:r>
        <w:br/>
        <w:t>— Усе думаєш про ТЕ. Пий.</w:t>
      </w:r>
    </w:p>
    <w:p>
      <w:r>
        <w:br/>
        <w:t>Захрумкала цукром, умочила булочку і стала висмоктувати з неї чай. "Не думай, лице почорніє, — все чіпляється Зоя Митрофанівна, — от як я служила у Вишневецьких…"</w:t>
      </w:r>
    </w:p>
    <w:p>
      <w:r>
        <w:br/>
        <w:t>Краплі шелестять по дикому винограду, десь там мокне й осувається моя хата. А тут усе чуже: оцей столітній дім, у якому не скрипить підлога, оці кімнати з етажерками й полицями, високими ліжками — наче птахоферма. І склянки, що пахнуть еліксиром, і фортепіано, оце старе, на вишуканих лапах фортепіано, і навіть вугільний самовар. А що вже говорити про Зоїні манери — про комірці та воланчики, про її "ах", що виходить чомусь, як "ках".</w:t>
      </w:r>
    </w:p>
    <w:p>
      <w:r>
        <w:br/>
        <w:t>Думаю про бабусину хату. Про знавіснілих куниць на горищі (оце, дитинко моя, встережу я її, ох, устережу, пошиємо тобі ватянку, а комірець пухнастий, дай мені тільки вила нові з кузні принести), про домоткані фіранки і про скриню з посагом. І про латаття, що цвіте так, аж очі одбира.</w:t>
      </w:r>
    </w:p>
    <w:p>
      <w:r>
        <w:br/>
        <w:t>Там по вихідних ми з бабусею ставили ятері або сапували город, а тут я їду в кінотеатр "Дружба", п’ю коктейлі, їм морозиво і шурую на всі боки очима, чи не встрелю якогось дефективного — нормальні давно розібрані. Часом Зоя Митрофанівна одягає чепчика, виношене до луски пальто, і ми пливемо з нею в кіно. Вона аж надто ініціативна, атакує капітаників.</w:t>
      </w:r>
    </w:p>
    <w:p>
      <w:r>
        <w:br/>
        <w:t>Мене хилить на сон. Допиваю чашку, кажу пісне "добраніч", іду до своєї кімнати. Ліжко холодне. Простирадло обгортає, як хвиля, а потім звикаю до нього, вгріваюсь.</w:t>
      </w:r>
    </w:p>
    <w:p>
      <w:r>
        <w:br/>
        <w:t>Але сну немає. Я стала аж надто забобонна. І цей стогін — хто, звідки, чому? Кого чекає біда? Невже проти Зої? Їй пішов дев’яносто третій. Вона моя остання рідня. Ні, Зоя не вмре. Сама каже: як грім.</w:t>
      </w:r>
    </w:p>
    <w:p>
      <w:r>
        <w:br/>
        <w:t>Я вже звикла до її сухого кашлю, до обідніх трапез. Зоя одягає найкраще плаття до столу і сколює мишкою волоюсся. В кожному кріслі лежать Зоїні книжки, на кожному столі — її окуляри і наперстки.</w:t>
      </w:r>
    </w:p>
    <w:p>
      <w:r>
        <w:br/>
        <w:t>Тоді хто ж — Миколай? Але чому ознака прийшла мені? У нього є батько, мати, сестра. Він молодший на десять років. Миколай негарний. У нього квадратна голова, коли розмовляє, приставляє зігнутий палець до губів.</w:t>
      </w:r>
    </w:p>
    <w:p>
      <w:r>
        <w:br/>
        <w:t>Так трапилось, що вперше я з Миколаєм зустрілася в ліску біля Количівки. Гуляла пішки по околицях, а Миколай тоді влаштовувався в аеропорту на роботу. Дивлюсь — назустріч хлопець у військовому, вітер чуб розвіває. Іде впевнено, як хазяїн. Щось заговорив, а я в кущі. Наче пробка, застряла — ні туди, ні сюди.</w:t>
      </w:r>
    </w:p>
    <w:p>
      <w:r>
        <w:br/>
        <w:t>Щось між нами тоді промайнуло, наче гілка заспівала.</w:t>
      </w:r>
    </w:p>
    <w:p>
      <w:r>
        <w:br/>
        <w:t>А другого дня зустрілися в місті, і я помітила, які будкуваті в нього черевики, які обкурені пальці і як незугарно стоїть він у тролейбусі, всі на нього гиркають, у мене туман одразу вивітрився з голови.</w:t>
      </w:r>
    </w:p>
    <w:p>
      <w:r>
        <w:br/>
        <w:t>Пізніше Миколай став заробляти з батьком у Гомелі на хату — часник продавав. Я тільки тебе братиму, казав мені не раз похапцем, а я дивилася на його чоботи, з яких підмотки визирали. Мені й мачина не падала з ока, коли говорила, що на весілля одягну вінок зі стрічками, як він хоче, і що ліжко нам треба купити тільки маслинове, воно щастя приносить.</w:t>
      </w:r>
    </w:p>
    <w:p>
      <w:r>
        <w:br/>
        <w:t>Це нарешті дійшло до батьків, і майбутня свекрушенція прийшла до Зої спитати, що в мене є на книжці. Зоя не терпіла здольщини, тим більше, коли йшлося про весілля, тому одчинила двері і гукнула:</w:t>
      </w:r>
    </w:p>
    <w:p>
      <w:r>
        <w:br/>
        <w:t>— Ми люди достойні і знайдемо собі достойних!</w:t>
      </w:r>
    </w:p>
    <w:p>
      <w:r>
        <w:br/>
        <w:t>— Ну й дивися на свою стару вішалку, — крикнула Миколаєва мати і поставила печатку, шелеснула черевиками по шибках.</w:t>
      </w:r>
    </w:p>
    <w:p>
      <w:r>
        <w:br/>
        <w:t>Склив крадькома Миколай. Він же не переймав мене більше на дорозі і не хапав за руки, але якби подався до іншої, я б здуріла. Все-таки приємно, коли за тобою хтось так бігає.</w:t>
      </w:r>
    </w:p>
    <w:p>
      <w:r>
        <w:br/>
        <w:t>Аж не віриться, що з Миколаєм горе. Ні, я б не вийшла за нього заміж — обминати оті іржаві черевики, перекидати заюшені мазутом штани — чорта з два! А коли я не люблю його, то чому б за Миколая був мені знак? Хто він мені?</w:t>
      </w:r>
    </w:p>
    <w:p>
      <w:r>
        <w:br/>
        <w:t>ЗНАК БУВ ДЛЯ МЕНЕ. Лежу в темряві, прислухаюсь до свого тіла, до шарудіння листя за вікном. Дощ не стихає.</w:t>
      </w:r>
    </w:p>
    <w:p>
      <w:r>
        <w:br/>
        <w:t>Тієї осені, коли померла бабуся, у нас цвіли вишні. Люди проходили і казали: Мартин сад свайбу справляє. Бабусі вчувалося, що її покійники гукають — то батько, то чоловік. Чуєш, Маню, що воно никає коло вікон, одчини піди, не лінуйся, дитино, одчини.</w:t>
      </w:r>
    </w:p>
    <w:p>
      <w:r>
        <w:br/>
        <w:t>Тепер цей дивовижний стогін до мене. Перебираю всі болячки: артрит, хронічна ангіна, якесь дивне мереживо на шкірі. Але біда, напевне, наступить не звідти. В мене давно коле під пахвою, до лікарів іти боюся. Обмацую з усіх боків те місце — болить, а посередині невелика тверда ґулька — ось вона грає під пальцями. Ще два дні тому була менша. Зриваю нічну сорочку, мене кидає в жар, у холод, починає трясти.</w:t>
      </w:r>
    </w:p>
    <w:p>
      <w:r>
        <w:br/>
        <w:t>Так, ґулька збільшилась. Тепер вона ростиме. Спочатку буде, як яйце, потім, як картоплина, а одного ранку прокинулась, і вона буде з відро. А якщо піти в лікарню завтра… У мене ще буде цілий місяць, а може, й не один. Я встигну з’їздити в село, викопати біля хати бабусині грушки і розсадити їх у лісі. Потім виполю на могилі портулаки, навідаюсь у швальню до дівчат, розпитаю всі новини. Свої викрійки покажу.</w:t>
      </w:r>
    </w:p>
    <w:p>
      <w:r>
        <w:br/>
        <w:t>Довгенько побуду в хаті — одчиню скриню з посагом, розкладу все і передивлюся. Ми з бабусею часто розкладали і дивились… Рушника з півнями вона вишивала при місяці, щоб чоловік тримався дому, а ту скатертину у перекупщиці придбала — обдурили стареньку, а вона й тому рада.</w:t>
      </w:r>
    </w:p>
    <w:p>
      <w:r>
        <w:br/>
        <w:t>Проклята ґулька розболілася, я повертаюся на спину. Колись в однієї жінки була така хвороба. Вона місяць пролежала в лікарні, виписалась, як квітка, і всі казали: придурюється, комусь за групу інвалідності підсунула грошей. А вона й городу не вибрала, пішла…</w:t>
      </w:r>
    </w:p>
    <w:p>
      <w:r>
        <w:br/>
        <w:t>Починається якась хвороблива дрімота. Мені ввижається то пухлий, як наволочка, Миколай, то бабуся Марта на обніжку, то біла палата. Тарабанить будильник. Накидаю халат, виходжу на кухню, запалюю газ.</w:t>
      </w:r>
    </w:p>
    <w:p>
      <w:r>
        <w:br/>
        <w:t>Зоя Митрофанівна тільки знадвору, ставить відро з яблуками "Слава переможцям". Це їх дощ натрусив. Смачніших не буває. Іду вмиватись, а вона мудрує яєчню і раптом каже:</w:t>
      </w:r>
    </w:p>
    <w:p>
      <w:r>
        <w:br/>
        <w:t>— Знаєш, що то вчора було? Дерево кричало. Хтось у дуплі вогонь розіклав. Бідолашне, шарахнуло вночі. На дорогу, трохи тільки огорожу пом’яло.</w:t>
      </w:r>
    </w:p>
    <w:p>
      <w:r>
        <w:br/>
        <w:t>Я швидко їм, одягаю все найкраще, накидаю плащ і вискакую на вулицю. Світить сонце і грає на падолисті промінням. Навпроти сміються на мотузці випрані Миколаєві сорочки. Мені хочеться загорнутися в них обличчям. І стояти. Але я вчасно повертаюся і біжу в інший бік, на іншу зупинку.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Навпроти, по той бік вулиці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