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Навколо світу за три години</w:t>
      </w:r>
    </w:p>
    <w:p>
      <w:r>
        <w:br/>
        <w:t xml:space="preserve"> &lt;p&gt;Кір Буличов</w:t>
      </w:r>
    </w:p>
    <w:p>
      <w:r>
        <w:br/>
        <w:t>Навколо світу за три години</w:t>
      </w:r>
    </w:p>
    <w:p>
      <w:r>
        <w:br/>
        <w:t>* * *</w:t>
      </w:r>
    </w:p>
    <w:p>
      <w:r>
        <w:br/>
        <w:t>Ця історія почалася дуже мирно. Ніщо не передбачало драматичних подій.</w:t>
      </w:r>
    </w:p>
    <w:p>
      <w:r>
        <w:br/>
        <w:t>В середині вересня, в четвер, відразу після школи, Аліса і її друг Пашка</w:t>
      </w:r>
    </w:p>
    <w:p>
      <w:r>
        <w:br/>
        <w:t>Гераскін вирішили злітати на Волгу, в ліси за містом Калязіним, де, як говорили, чудові уродилися рижики. Аліса любить збирати гриби, а Пашка готовий до будь-якої пригоди, тільки б не сидіти вдома.</w:t>
      </w:r>
    </w:p>
    <w:p>
      <w:r>
        <w:br/>
        <w:t>Вони взяли Пашин флаєр і не поспішаючи полетіли на північний захід тихими манівцями – повітряною трасою. Паші все не терпілося спуститися шукати гриби, тому він, як побачив хороший ліс, почав запевняти, що, на його думку, саме тут ростуть найкращі рижики. Але Аліса на здавалася і вперто вела машину далі. Справжні рижики водяться далеко не скрізь.</w:t>
      </w:r>
    </w:p>
    <w:p>
      <w:r>
        <w:br/>
        <w:t>Нарешті внизу пропливли білі хмарочоси Калязіна, показалася річка, посеред якої стояла дзвіниця. Колись, в першій половині XX століття, Волгу біля Углича перегородили греблею, вода піднялася і затопила частину старого Калязіна, в тому числі і собор. Так і залишилася дзвіниця посеред річки, подібно до високої гострої скелі.</w:t>
      </w:r>
    </w:p>
    <w:p>
      <w:r>
        <w:br/>
        <w:t>Іще через декілька хвилин флаєр опустився на березі невеликої річки. Було тихо, сонце іще гріло, але від річки тягнуло холодком. Дерева вже почали облітати, хоча трава іще була зелена.</w:t>
      </w:r>
    </w:p>
    <w:p>
      <w:r>
        <w:br/>
        <w:t>Аліса взяла корзину, а Пашка пішов поруч, розмірковуючи про те, що давно пора винайти грибошукач, і навіть придумав принцип його роботи – по запаху. Для того щоб довести, що грибошукач придумати неважко, він зривав поганки і сироїжки, нюхав і щось диктував на свій дуже важкий браслет, у якому поєднувалися телевізор, диктофон і секундомір, не говорячи вже про термометр і барометр.</w:t>
      </w:r>
    </w:p>
    <w:p>
      <w:r>
        <w:br/>
        <w:t>Пашка заважав Алісі своєю балаканиною, тому що гриби потребують тиші і зосередженості, і вона веліла йому відійти. Тоді він заявив, що скоро почнеться футбол і він буде дивитися його, тому вийде зараз до річки, нею вернеться до флаєра і там дочекається Алісу. Аліса погодилася.</w:t>
      </w:r>
    </w:p>
    <w:p>
      <w:r>
        <w:br/>
        <w:t>Пашка побіг направо, забув про гриби, а Аліса майже тут же побачила в траві невелику рожеву шляпку, яка темніла до центру – рижик. За ним другий, третій... Але через хвилину її заняття було перерване відчайдушним криком Пашки:</w:t>
      </w:r>
    </w:p>
    <w:p>
      <w:r>
        <w:br/>
        <w:t>– Алісо-о-о! Сюди!</w:t>
      </w:r>
    </w:p>
    <w:p>
      <w:r>
        <w:br/>
        <w:t>Він кричав так, ніби на нього напав ведмідь. Аліса кинулася в ту сторону.</w:t>
      </w:r>
    </w:p>
    <w:p>
      <w:r>
        <w:br/>
        <w:t>Метрів через двісті дерева розступилися, показалася поляна, за нею текла річка.</w:t>
      </w:r>
    </w:p>
    <w:p>
      <w:r>
        <w:br/>
        <w:t>Пашка скакав по краю поляни, розмахуючи руками.</w:t>
      </w:r>
    </w:p>
    <w:p>
      <w:r>
        <w:br/>
        <w:t>– Що з тобою?</w:t>
      </w:r>
    </w:p>
    <w:p>
      <w:r>
        <w:br/>
        <w:t>– А ти подивися!</w:t>
      </w:r>
    </w:p>
    <w:p>
      <w:r>
        <w:br/>
        <w:t>І тут Аліса побачила, що Пашка вовтузиться біля недавно погашеного вогнища, а далі на траві валяються консервні банки, пластикові пакети, зіжмаканий папір і інше сміття.</w:t>
      </w:r>
    </w:p>
    <w:p>
      <w:r>
        <w:br/>
        <w:t>Такого Аліса за своє життя ще не бачила.</w:t>
      </w:r>
    </w:p>
    <w:p>
      <w:r>
        <w:br/>
        <w:t>Вона знала, звичайно, що колись зустрічалися люди, які засмічували ліси, палили дерева, псували річки, і через це довелося витратити величезні кошти і зусилля, щоб зараз привести Землю в порядок. Але ці сумні події уже ввійшли в історію. На всій Землі не знайшлося б людини, яка могла не прибрати за собою сміття в лісі, розорити мурашник чи вбити жабу. Всі з грудного віку розуміли, що Земля – це наш дім і наша годувальниця. І псувати її гірше, ніж образити маленьку дитину.</w:t>
      </w:r>
    </w:p>
    <w:p>
      <w:r>
        <w:br/>
        <w:t>Але ось, виявляється, знайшлася така людина.</w:t>
      </w:r>
    </w:p>
    <w:p>
      <w:r>
        <w:br/>
        <w:t>– Цього не може бути, – вимовила Аліса.</w:t>
      </w:r>
    </w:p>
    <w:p>
      <w:r>
        <w:br/>
        <w:t>– От я й кричу, – відповів Пашка.</w:t>
      </w:r>
    </w:p>
    <w:p>
      <w:r>
        <w:br/>
        <w:t>Аліса оглянулася. Може, ця людина просто відійшла і через неуважність забула за собою прибрати? Але тут же вона зрозуміла, що намагається себе втішити. Сміття було мокре, а дощ ішов тільки вранці, до того ж на банках і папірцях валялися голки і буре листя – вони насипалися не тільки що.</w:t>
      </w:r>
    </w:p>
    <w:p>
      <w:r>
        <w:br/>
        <w:t>А Пашка, ніби вгадав думки Аліси, показав на прим'яту під деревом траву і заглиблення від кріплень – тут була надувна плащ-палатка, в якій цей негідник ночував.</w:t>
      </w:r>
    </w:p>
    <w:p>
      <w:r>
        <w:br/>
        <w:t>– Ну що, приберемо, а потім повідомимо лісному патрулю? – спитав Пашка.</w:t>
      </w:r>
    </w:p>
    <w:p>
      <w:r>
        <w:br/>
        <w:t>– Зачекай, – заперечила Аліса. – Це жахливий злочин. Якщо дізнається лісний патруль, він буде нещадний.</w:t>
      </w:r>
    </w:p>
    <w:p>
      <w:r>
        <w:br/>
        <w:t>– А що буде?</w:t>
      </w:r>
    </w:p>
    <w:p>
      <w:r>
        <w:br/>
        <w:t>– З ним ніхто вітатися не стане, – припустила Аліса. – Його дружина піде, його діти візьмуть собі інше прізвище, ніхто не захоче з ним поруч працювати.</w:t>
      </w:r>
    </w:p>
    <w:p>
      <w:r>
        <w:br/>
        <w:t>– Так, важкий випадок, – сказав Пашка. – Давай тоді самі швиденько приберемо – нехай живе.</w:t>
      </w:r>
    </w:p>
    <w:p>
      <w:r>
        <w:br/>
        <w:t>– А він і далі буде паскудити? Якщо людина почала скоювати злочини, її важко зупинити, поки вона переконана в своїй безкарності. Я читала про це. Уявляєш, серед нас буде ходити такий тип і іще посміхатися.</w:t>
      </w:r>
    </w:p>
    <w:p>
      <w:r>
        <w:br/>
        <w:t>– Ну що ж тоді робити?</w:t>
      </w:r>
    </w:p>
    <w:p>
      <w:r>
        <w:br/>
        <w:t>– Я знаю, – сказала Аліса. – Ми змусимо його самого все прибрати.</w:t>
      </w:r>
    </w:p>
    <w:p>
      <w:r>
        <w:br/>
        <w:t>– Правильно! – зрадів Пашка. – І нехай він знає, що тільки наше надзвичайне благородство і доброта його врятували. Йому розплати ніколи не уникнути.</w:t>
      </w:r>
    </w:p>
    <w:p>
      <w:r>
        <w:br/>
        <w:t>Все було чудово. Рішення прийнято.</w:t>
      </w:r>
    </w:p>
    <w:p>
      <w:r>
        <w:br/>
        <w:t>– Постій, – сказала Аліса. – А де він?</w:t>
      </w:r>
    </w:p>
    <w:p>
      <w:r>
        <w:br/>
        <w:t>– Він? – здивувався Пашка. – Він тремтить перед неминучим покаранням. Він ховає своє жирне тіло в стрімчаках.</w:t>
      </w:r>
    </w:p>
    <w:p>
      <w:r>
        <w:br/>
        <w:t>– Вибач, а в яких конкретно стрімчаках?</w:t>
      </w:r>
    </w:p>
    <w:p>
      <w:r>
        <w:br/>
        <w:t>– Не знаю.</w:t>
      </w:r>
    </w:p>
    <w:p>
      <w:r>
        <w:br/>
        <w:t>– А як ми його знайдемо і змусимо за собою прибрати?</w:t>
      </w:r>
    </w:p>
    <w:p>
      <w:r>
        <w:br/>
        <w:t>– Не подумав, – сказав Пашка. – Із голови вилетіло. А й справді, як?</w:t>
      </w:r>
    </w:p>
    <w:p>
      <w:r>
        <w:br/>
        <w:t>Аліса опустилася навшпиньки, розглядаючи сміття. Вся їх затія висіла на волоску. Якщо не знайти злочинця, то як його наказати? Цю проблему іще ніхто і ніколи не зміг вирішити.</w:t>
      </w:r>
    </w:p>
    <w:p>
      <w:r>
        <w:br/>
        <w:t>Аліса взяла консервну банку. Надпис на ній був англійський. "Біфштекс з жареною картоплею. Саморозігріваючий. Трохи недосмажений. Зроблено в Дарвіні".</w:t>
      </w:r>
    </w:p>
    <w:p>
      <w:r>
        <w:br/>
        <w:t>– От так, – сказала Аліса. – Уже щось.</w:t>
      </w:r>
    </w:p>
    <w:p>
      <w:r>
        <w:br/>
        <w:t>– Дарвін, – вимовив Пашка. – Це, напевно, в Англії. Я думаю, що це місто, в якому народився Чарльз Дарвін.</w:t>
      </w:r>
    </w:p>
    <w:p>
      <w:r>
        <w:br/>
        <w:t>Він теж присів поруч і почав розглядати пластиковий лантух, на якому було зображене красиве місто на фоні невисоких гір. Маленькими буквами під картинкою було написано: "Веллінгтон".</w:t>
      </w:r>
    </w:p>
    <w:p>
      <w:r>
        <w:br/>
        <w:t>– Ну, що я говорив! – зрадів Пашка. – Веллінгтон. Це англійський маршал, він переміг Наполеона. А в цьому місті він народився. Треба летіти в Англію і з'ясувати, хто там любить рижики.</w:t>
      </w:r>
    </w:p>
    <w:p>
      <w:r>
        <w:br/>
        <w:t>– Павле, – сказала Аліса. – Ти як доктор Паганель, який завів своїх друзів в іншу частину світу, тому що був надто вченим.</w:t>
      </w:r>
    </w:p>
    <w:p>
      <w:r>
        <w:br/>
        <w:t>– А що? – насторожився Пашка, який Жуля Верна знав напам'ять і відразу зрозумів, що дав маху. – Хіба Дарвін народився в Америці?</w:t>
      </w:r>
    </w:p>
    <w:p>
      <w:r>
        <w:br/>
        <w:t>– Вернешся в школу, – строго сказала Аліса, – добровільно підеш до географа і попросиш, щоб він тобі поставив незалік за перше півріччя. В минулому році ми проходили Австралію. Там є місто Дарвін. Веллінгтон знаходиться в Новій Зеландії.</w:t>
      </w:r>
    </w:p>
    <w:p>
      <w:r>
        <w:br/>
        <w:t>– Я і говорю, – ні трохи не зніяковів Пашка. – Але тим не менш Веллінгтон переміг Наполеона при Ватерлоо. А ти про це і не підозрювала.</w:t>
      </w:r>
    </w:p>
    <w:p>
      <w:r>
        <w:br/>
        <w:t>І Алісі нічого не залишалося, як усміхнутися і продовжити пошуки.</w:t>
      </w:r>
    </w:p>
    <w:p>
      <w:r>
        <w:br/>
        <w:t>Вона тепер знала, що злочинець прилетів сюди з Австралії або Нової Зеландії. Навряд чи він спеціально злітав туди за пакетом і консервними банками. До речі, решта банок теж були австралійськими і новозеландськими. Але все-таки цього було мало, щоб його знайти. Двадцять мільйонів австралійців і п'ять мільйонів новозеландців ні в чому не винні і ніколи не були в лісі під Калязіним.</w:t>
      </w:r>
    </w:p>
    <w:p>
      <w:r>
        <w:br/>
        <w:t>Так як більше нічого знайти на тому місці не вдалося, Аліса пішла вниз, до річки. Там вона побачила іще сліди вандалізму. Та людина ловила там рибу, чистила гриби і не тільки за собою не прибрала, але й залишила біля води брудну миску. І миска послужила останнім доказом. На її бортику був відтиснутий в обрамленні хвиль і гілок англійський надпис: "Підводна база Морсбі. Новозеландський океанографічний центр".</w:t>
      </w:r>
    </w:p>
    <w:p>
      <w:r>
        <w:br/>
        <w:t>З тарілкою в руці Аліса піднялася наверх, де Пашка дивився футбол на мініатюрному телеекрані свого браслета, і сказала:</w:t>
      </w:r>
    </w:p>
    <w:p>
      <w:r>
        <w:br/>
        <w:t>– Пашо, ти тут поки що посидь, а я злітаю в Нову Зеландію.</w:t>
      </w:r>
    </w:p>
    <w:p>
      <w:r>
        <w:br/>
        <w:t>Аліса показала йому тарілку.</w:t>
      </w:r>
    </w:p>
    <w:p>
      <w:r>
        <w:br/>
        <w:t>– Ясно, – сказав Пашка. – Я з тобою. Як тільки закінчиться футбол, відразу полетимо.</w:t>
      </w:r>
    </w:p>
    <w:p>
      <w:r>
        <w:br/>
        <w:t>– Ні, – відповіла Аліса. – Я швиденько – туди і назад. А ти залишайся тут, тому що може прилетіти лісний патруль, а вони нічого не знають. Ти їм все поясниш, скажеш, що я полетіла, щоб притягти цього негідника сюди.</w:t>
      </w:r>
    </w:p>
    <w:p>
      <w:r>
        <w:br/>
        <w:t>– Може, все-таки я, га? Раптом він буде чинити опір?</w:t>
      </w:r>
    </w:p>
    <w:p>
      <w:r>
        <w:br/>
        <w:t>– Я там буду не одна.</w:t>
      </w:r>
    </w:p>
    <w:p>
      <w:r>
        <w:br/>
        <w:t>– Ну, тобі видніше, – сказав Пашка. – Тільки я в сторонці посиджу, щоб його неподобство не бачити. А то мені захочеться прибрати, я не витримаю і все тобі зіпсую.</w:t>
      </w:r>
    </w:p>
    <w:p>
      <w:r>
        <w:br/>
        <w:t>Аліса за декілька хвилин добігла берегом до флаєра. У неї була іще одна ідея, і її вона здійснила, коли пролітала над Калязіним. Вона визвала зверху міський готель і, коли на екрані з'явилося лице чергової, спитала:</w:t>
      </w:r>
    </w:p>
    <w:p>
      <w:r>
        <w:br/>
        <w:t>– Вибачте, у вас не зупинявся тут один турист із Нової Зеландії?</w:t>
      </w:r>
    </w:p>
    <w:p>
      <w:r>
        <w:br/>
        <w:t>– Ні, – відповіла чергова. – Із Нової Зеландії у нас туристи не зупинялися. Зараз взагалі не сезон... За останні два дні прилетіли тільки воднолижники, а також С. Іванов, Пуркінеллі і Смайлс з дітьми.</w:t>
      </w:r>
    </w:p>
    <w:p>
      <w:r>
        <w:br/>
        <w:t>– Смайлс? Очевидно, це той, хто мені потрібен.</w:t>
      </w:r>
    </w:p>
    <w:p>
      <w:r>
        <w:br/>
        <w:t>– Він лікар із Канади і проходить стажування в нашій лікарні.</w:t>
      </w:r>
    </w:p>
    <w:p>
      <w:r>
        <w:br/>
        <w:t>– Тоді він мені не потрібен.</w:t>
      </w:r>
    </w:p>
    <w:p>
      <w:r>
        <w:br/>
        <w:t>Аліса подякувала черговій і взяла курс на Москву. Вона гнала з усіх сил. На щастя, аеропорт Внуково розташований по цю сторону міста, так що Аліса через сорок хвилин уже бігла до стойки, де йшла реєстрація на виліт в Сідней.</w:t>
      </w:r>
    </w:p>
    <w:p>
      <w:r>
        <w:br/>
        <w:t>Іще через двадцять хвилин стратоліт злетів свічею в небо, покинув земну атмосферу і по крутій дузі пішов на південний захід. Через п'ятдесят хвилин він опустився в Сіднеї, і Аліса місцевим рейсом долетіла до Веллінгтона, звідки на таксоліті добралася до підводної бази Морсбі.</w:t>
      </w:r>
    </w:p>
    <w:p>
      <w:r>
        <w:br/>
        <w:t>Таксі опустилося на квадратну платформу, посеред якої піднімалася невелика будова – сама станція лежала на морському дні, на глибині кілометра, а платформу з нею зв'язували швидкісні ліфти.</w:t>
      </w:r>
    </w:p>
    <w:p>
      <w:r>
        <w:br/>
        <w:t>Аліса вбігла в будову.</w:t>
      </w:r>
    </w:p>
    <w:p>
      <w:r>
        <w:br/>
        <w:t>Вид у неї був кострубатий, посунутий, та й одягнена вона була для осіннього лісу під Калязіним, а зовсім не для теплого океанського клімату.</w:t>
      </w:r>
    </w:p>
    <w:p>
      <w:r>
        <w:br/>
        <w:t>Молоденька дівчина в білому купальнику при вигляді Аліси скочила з-за столу.</w:t>
      </w:r>
    </w:p>
    <w:p>
      <w:r>
        <w:br/>
        <w:t>– Що сталося? – запитала вона.</w:t>
      </w:r>
    </w:p>
    <w:p>
      <w:r>
        <w:br/>
        <w:t>– Вибачте, – сказала Аліса. – Я до вас на хвилинку. Мені тільки треба запитати, хто-небудь з ваших співробітників в останні дні літав на північ?</w:t>
      </w:r>
    </w:p>
    <w:p>
      <w:r>
        <w:br/>
        <w:t>– Я навіть і не знаю, – відповіла дівчина. – Хочеш води, дівчинко? Або соку? У нас багато співробітників, і всі літають туди-сюди.</w:t>
      </w:r>
    </w:p>
    <w:p>
      <w:r>
        <w:br/>
        <w:t>– А хто-небудь із них любить рижики?</w:t>
      </w:r>
    </w:p>
    <w:p>
      <w:r>
        <w:br/>
        <w:t>Дівчина від здивування відкрила рот. І якщо при цьому врахувати, що розмова йшла на англійській, а Аліса не знала, як рижики англійською, а сказала просто "рижі гриби", то здивування чергової можна зрозуміти.</w:t>
      </w:r>
    </w:p>
    <w:p>
      <w:r>
        <w:br/>
        <w:t>– Що сталося? Ти звідки прилетіла?</w:t>
      </w:r>
    </w:p>
    <w:p>
      <w:r>
        <w:br/>
        <w:t>– З Москви. Вірніше, з лісу.</w:t>
      </w:r>
    </w:p>
    <w:p>
      <w:r>
        <w:br/>
        <w:t>– А що було в лісі?</w:t>
      </w:r>
    </w:p>
    <w:p>
      <w:r>
        <w:br/>
        <w:t>– Я не можу сказати, – відповіла Аліса. – Це надто жахливо. Я не маю права кидати підозру на людину, якої не знаю.</w:t>
      </w:r>
    </w:p>
    <w:p>
      <w:r>
        <w:br/>
        <w:t>– Але на кого?</w:t>
      </w:r>
    </w:p>
    <w:p>
      <w:r>
        <w:br/>
        <w:t>– Ви мені можете сказати, хто з ваших підводників прилетів сьогодні?</w:t>
      </w:r>
    </w:p>
    <w:p>
      <w:r>
        <w:br/>
        <w:t>– Будь ласка.</w:t>
      </w:r>
    </w:p>
    <w:p>
      <w:r>
        <w:br/>
        <w:t>Дівчина протягнула Алісі склянку соку, а сама набрала запит на комп'ютері. Через декілька секунд жовта карточка лежала перед Алісою.</w:t>
      </w:r>
    </w:p>
    <w:p>
      <w:r>
        <w:br/>
        <w:t>Вона не встигла глянути на неї, тому що в двері влетіли три чоловіки, обвішані камерами, освітлювальними приборами і штативами.</w:t>
      </w:r>
    </w:p>
    <w:p>
      <w:r>
        <w:br/>
        <w:t>— Де? – закричав з порогу перший із них.</w:t>
      </w:r>
    </w:p>
    <w:p>
      <w:r>
        <w:br/>
        <w:t>– Ви запізнилися, – відповіла дівчина.</w:t>
      </w:r>
    </w:p>
    <w:p>
      <w:r>
        <w:br/>
        <w:t>– Як запізнилися?</w:t>
      </w:r>
    </w:p>
    <w:p>
      <w:r>
        <w:br/>
        <w:t>– Його уже майже загнали в сіть, але він зник у підводній тріщині.</w:t>
      </w:r>
    </w:p>
    <w:p>
      <w:r>
        <w:br/>
        <w:t>– І не встигли сфотографувати?</w:t>
      </w:r>
    </w:p>
    <w:p>
      <w:r>
        <w:br/>
        <w:t>– На щастя, Семен устиг це зробити, – відповіла дівчина.</w:t>
      </w:r>
    </w:p>
    <w:p>
      <w:r>
        <w:br/>
        <w:t>Аліса так і не зрозуміла, про що йдеться. Вона вже знову дивилася на карточку. На ній в стовпчик було виписано шість імен. Вона дуже надіялася відшукати серед них ім'я Смайлса. Але імені Смайлса там не було. Там були: Сато, Пірсон, Емінеску, Чакравартін, Поло і С. Іванов.</w:t>
      </w:r>
    </w:p>
    <w:p>
      <w:r>
        <w:br/>
        <w:t>– Іванов! – буквально підскочила Аліса. – От ти мені де попався!</w:t>
      </w:r>
    </w:p>
    <w:p>
      <w:r>
        <w:br/>
        <w:t>Вона не стала нічого запитувати у дівчини. Вниз вів тільки один шлях – ліфтом.</w:t>
      </w:r>
    </w:p>
    <w:p>
      <w:r>
        <w:br/>
        <w:t>Аліса вбігла в ліфт і натиснула кнопку нижнього поверху.</w:t>
      </w:r>
    </w:p>
    <w:p>
      <w:r>
        <w:br/>
        <w:t>Ліфт зупинився у великому залі, перекритому прозорим куполом. Купол був схожий на зоряне небо. І Аліса не відразу зрозуміла, що це не небо, а чорна вода, в якій снують, плавають і висять на місці риби, які світяться, та інші морські тварини.</w:t>
      </w:r>
    </w:p>
    <w:p>
      <w:r>
        <w:br/>
        <w:t>В залі було досить багато народу. Всі голосно розмовляли, сперечалися, навіть кричали. Багато хто розглядав кольорові фотографії.</w:t>
      </w:r>
    </w:p>
    <w:p>
      <w:r>
        <w:br/>
        <w:t>– Вибачте, – запитала Аліса, коли підійшла до першої групи людей. – Ви не бачили С. Іванова?</w:t>
      </w:r>
    </w:p>
    <w:p>
      <w:r>
        <w:br/>
        <w:t>– Семена? – запитав сивий бородач в плавках. – Хвилин п'ять назад тут був.</w:t>
      </w:r>
    </w:p>
    <w:p>
      <w:r>
        <w:br/>
        <w:t>Аліса кинулася до другої групи людей.</w:t>
      </w:r>
    </w:p>
    <w:p>
      <w:r>
        <w:br/>
        <w:t>– Скажіть, – запитала вона в худенької японки, – ви не бачили С. Іванова?</w:t>
      </w:r>
    </w:p>
    <w:p>
      <w:r>
        <w:br/>
        <w:t>– Звичайно, бачила, – відповіла японка. – Він мені віддав цю фотографію. Хочете подивитися?</w:t>
      </w:r>
    </w:p>
    <w:p>
      <w:r>
        <w:br/>
        <w:t>Вона протягнула фотографію Алісі. На фотографії була зображена тварина, схожа на тюленя, тільки з дуже довгою шиєю і головою. Поруч з твариною пливла людина, і ясно було, що тварина дуже велика, метрів шість довжиною, а може, й більше.</w:t>
      </w:r>
    </w:p>
    <w:p>
      <w:r>
        <w:br/>
        <w:t>– Що це? – спитала Аліса.</w:t>
      </w:r>
    </w:p>
    <w:p>
      <w:r>
        <w:br/>
        <w:t>– Невже не здогадалася? Це ж морський змій! Ми його переслідували і вистежували шість місяців. І коли б не С. Іванов з його геніальним умінням фотографувати, все наше багаточасове переслідування морського змія пропало б впусту.</w:t>
      </w:r>
    </w:p>
    <w:p>
      <w:r>
        <w:br/>
        <w:t>– Він уміє не тільки фотографувати, – уїдливо сказала Аліса, але японка її не зрозуміла, вона вже знову розглядала фотографію загадкового чудовиська.</w:t>
      </w:r>
    </w:p>
    <w:p>
      <w:r>
        <w:br/>
        <w:t>Аліса оббігла весь зал, підходила до всіх, усіх опитувала про С. Іванова. Всі його тільки що бачили, але ніхто не знав, куди він подівався.</w:t>
      </w:r>
    </w:p>
    <w:p>
      <w:r>
        <w:br/>
        <w:t>Хвилин через п'ятнадцять, зрозумівши, що Іванова в підводному залі немає, Аліса піднялася наверх.</w:t>
      </w:r>
    </w:p>
    <w:p>
      <w:r>
        <w:br/>
        <w:t>– Ну що? – спитала чергова. – Знайшла, кого шукала?</w:t>
      </w:r>
    </w:p>
    <w:p>
      <w:r>
        <w:br/>
        <w:t>– Він тільки що був. Може, втік?</w:t>
      </w:r>
    </w:p>
    <w:p>
      <w:r>
        <w:br/>
        <w:t>– А хто тобі все-таки потрібен?</w:t>
      </w:r>
    </w:p>
    <w:p>
      <w:r>
        <w:br/>
        <w:t>– Мені потрібен ваш геніальний фотограф С. Іванов, – сказала Аліса.</w:t>
      </w:r>
    </w:p>
    <w:p>
      <w:r>
        <w:br/>
        <w:t>– Але він хвилину назад промчав мимо мене як блискавка, – сказала дівчина. – Ось, дав мені фотографію і зник.</w:t>
      </w:r>
    </w:p>
    <w:p>
      <w:r>
        <w:br/>
        <w:t>– Куди? – майже закричала Аліса.</w:t>
      </w:r>
    </w:p>
    <w:p>
      <w:r>
        <w:br/>
        <w:t>– Він не сказав, – відповіла дівчина. – Але ти не переймайся. Може, він ще вернеться. Хочеш фотографію на пам'ять? Перший морський змій!</w:t>
      </w:r>
    </w:p>
    <w:p>
      <w:r>
        <w:br/>
        <w:t>– Спасибі, – сказала Аліса і вийшла на платформу, біля якої на маслянистих лінивих хвилях покачувалися декілька пустих флаєрів.</w:t>
      </w:r>
    </w:p>
    <w:p>
      <w:r>
        <w:br/>
        <w:t>Аліса подивилася вгору. Їй здалося, що на фоні голубих гір Нової Зеландії вона бачить точку флаєра. Це він!</w:t>
      </w:r>
    </w:p>
    <w:p>
      <w:r>
        <w:br/>
        <w:t>Тепер він не укриється!</w:t>
      </w:r>
    </w:p>
    <w:p>
      <w:r>
        <w:br/>
        <w:t>Аліса скочила у флаєр і полетіла навздогін. Але вже через три хвилини виявилося, що вона гналася за альбатросом.</w:t>
      </w:r>
    </w:p>
    <w:p>
      <w:r>
        <w:br/>
        <w:t>Так закінчилася її гонитва.</w:t>
      </w:r>
    </w:p>
    <w:p>
      <w:r>
        <w:br/>
        <w:t>Аліса не знала, що їй робити. Звичайно, можна вернутися на підводну станцію і чекати, поки С. Іванов вернеться назад. Можна об'явити його в розшук у Веллінгтоні.</w:t>
      </w:r>
    </w:p>
    <w:p>
      <w:r>
        <w:br/>
        <w:t>Але тут Аліса подивилася на годинника і зрозуміла, що пройшло уже більше двох годин, як вона вилетіла з лісу, і Пашка сидить там голодний і хвилюється, куди вона поділася. Та й сама вона втомилася.</w:t>
      </w:r>
    </w:p>
    <w:p>
      <w:r>
        <w:br/>
        <w:t>"Гаразд, – подумала Аліса. – Нехай Іванову буде гірше. Не треба було ховатися. Я прилечу назад, ми приберемо з Павлом сміття, а потім розкажемо про все лісному патрулю. Ім'я зловмисника відомо. Більше йому не прийдеться роздарювати фотографії морських зміїв".</w:t>
      </w:r>
    </w:p>
    <w:p>
      <w:r>
        <w:br/>
        <w:t>З такими думками Аліса добралася до аеропорту, сіла в перший же стратоліт, який ішов через Антарктиду в Африку, в Дакарі пересіла на московський рейс і через три години і десять хвилин після відльоту з лісу вернулася на галявину біля річки.</w:t>
      </w:r>
    </w:p>
    <w:p>
      <w:r>
        <w:br/>
        <w:t>Вона посадила флаєр там, де повинен був її чекати Пашка.</w:t>
      </w:r>
    </w:p>
    <w:p>
      <w:r>
        <w:br/>
        <w:t>Але галявина була пуста. Більше того, Пашка, виявляється, не дочекався її і все прибрав. Галявина була чиста, і лише прим'ята трава там, де була палатка зловмисника С. Іванова, нагадувала про те, що тут сталося.</w:t>
      </w:r>
    </w:p>
    <w:p>
      <w:r>
        <w:br/>
        <w:t>– Пашка! – закричала Аліса. – Гей, ти де?</w:t>
      </w:r>
    </w:p>
    <w:p>
      <w:r>
        <w:br/>
        <w:t>Ніхто не відгукнувся.</w:t>
      </w:r>
    </w:p>
    <w:p>
      <w:r>
        <w:br/>
        <w:t>Аліса втомилася, навіть гриби збирати не хотілося.</w:t>
      </w:r>
    </w:p>
    <w:p>
      <w:r>
        <w:br/>
        <w:t>Тим більше що її кошика ніде не було видно. Але відлітати без Пашки не можна: у нього немає флаєра.</w:t>
      </w:r>
    </w:p>
    <w:p>
      <w:r>
        <w:br/>
        <w:t>Аліса присіла на траву і стала чекати. Вона розглядала фотографію морського змія.</w:t>
      </w:r>
    </w:p>
    <w:p>
      <w:r>
        <w:br/>
        <w:t>– А ось і ти! – роздався веселий Павлів голос.</w:t>
      </w:r>
    </w:p>
    <w:p>
      <w:r>
        <w:br/>
        <w:t>Аліса обернулася. Пашка вийшов із лісу. За ним ішов молодий чоловік з повним кошиком рижиків у руці.</w:t>
      </w:r>
    </w:p>
    <w:p>
      <w:r>
        <w:br/>
        <w:t>– Здрастуйте, – сказав молодий чоловік, – вибачте, що через мене вам прийшлося витратити стільки часу. – Він протягнув руку і представився. – Семен Іванов.</w:t>
      </w:r>
    </w:p>
    <w:p>
      <w:r>
        <w:br/>
        <w:t>– Ах, це ви... – вимовила Аліса, вклавши в ці слова все своє невдоволення.</w:t>
      </w:r>
    </w:p>
    <w:p>
      <w:r>
        <w:br/>
        <w:t>– Та почекай ти, не сердься, – засміявся Пашка. – Сеня так хотів рижиків, він сам із Санкт-Петербурга, а працює на підводній станції, що взяв відпустку на три дні і прилетів сюди. А тут терміновий виклик із станції – знайшли морського змія...</w:t>
      </w:r>
    </w:p>
    <w:p>
      <w:r>
        <w:br/>
        <w:t>– Ми півроку за ним полювали, – перебив Пашку Іванов. – Не можна було втрачати ні секунди. Я згорнув палатку, скочив у флаєр і помчав на станцію. На щастя, встиг сфотографувати чудовисько, перш ніж воно від нас втекло.</w:t>
      </w:r>
    </w:p>
    <w:p>
      <w:r>
        <w:br/>
        <w:t>– І як тільки зміг, – сказав Пашка, – відразу на стратоліт і назад. Ви з ним, певно, зовсім поруч були.</w:t>
      </w:r>
    </w:p>
    <w:p>
      <w:r>
        <w:br/>
        <w:t>– Я вас бачив, – сказав Семен. – Ви як раз із ліфту вискочили і вбігли у підводний зал. А я чекав ліфт, щоб наверх піднятися. Мене дуже мучила совість, але ж я так спішив...</w:t>
      </w:r>
    </w:p>
    <w:p>
      <w:r>
        <w:br/>
        <w:t>– Все в порядку, – сказала Аліса. – Ви мені підпишете фотографію?</w:t>
      </w:r>
    </w:p>
    <w:p>
      <w:r>
        <w:br/>
        <w:t>І вона протягнула йому фотографію морського змія.</w:t>
      </w:r>
    </w:p>
    <w:p>
      <w:r>
        <w:br/>
        <w:t>А потім, як Аліса не відмовлялася, Семен змусив її взяти кошик рижиків. Він іще назбирає, а Аліса через нього залишилась без грибів. Пашка, звичайно, підтримав Іванова.</w:t>
      </w:r>
    </w:p>
    <w:p>
      <w:r>
        <w:br/>
        <w:t>Так що Аліса повернулася додому з грибами.</w:t>
      </w:r>
    </w:p>
    <w:p>
      <w:r>
        <w:br/>
        <w:t>Переклад з російської Євдокії Кашуби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Навколо світу за три години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