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якби ти покинула ті місця...</w:t>
      </w:r>
    </w:p>
    <w:p>
      <w:r>
        <w:br/>
        <w:t xml:space="preserve"> Навіть якби ти покинула ті місця&lt;br /&gt;</w:t>
        <w:br/>
        <w:t>в яких народилась і де лишалась чекати,&lt;br /&gt;</w:t>
        <w:br/>
        <w:t>де формувались риси твого лиця&lt;br /&gt;</w:t>
        <w:br/>
        <w:t>і починались географічні карти,</w:t>
      </w:r>
    </w:p>
    <w:p>
      <w:r>
        <w:br/>
        <w:t>навіть якби ти вживала чужі слова,&lt;br /&gt;</w:t>
        <w:br/>
        <w:t>торкалась чужих плечей і чужих простирадел,&lt;br /&gt;</w:t>
        <w:br/>
        <w:t>і навіть звідтіль, куди мало хто заплива,&lt;br /&gt;</w:t>
        <w:br/>
        <w:t>не поверталась, хоч хто би тобі не радив,</w:t>
      </w:r>
    </w:p>
    <w:p>
      <w:r>
        <w:br/>
        <w:t>навіть якби ти тікала від власних слідів,&lt;br /&gt;</w:t>
        <w:br/>
        <w:t>від власних снігів на подвір’ї і сонця в ринвах,&lt;br /&gt;</w:t>
        <w:br/>
        <w:t>якби уникала присмерків і холодів,&lt;br /&gt;</w:t>
        <w:br/>
        <w:t>приспавши чужих кошенят на своїх колінах,</w:t>
      </w:r>
    </w:p>
    <w:p>
      <w:r>
        <w:br/>
        <w:t>ти би примчала, всупереч всім листам,&lt;br /&gt;</w:t>
        <w:br/>
        <w:t>назад — де високі дими і гарячі стіни,&lt;br /&gt;</w:t>
        <w:br/>
        <w:t>напевне знаючи, що навіть там&lt;br /&gt;</w:t>
        <w:br/>
        <w:t>ти його не зустрінеш.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якби ти покинула ті місця...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