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Навіщо сі думи?..</w:t>
      </w:r>
    </w:p>
    <w:p>
      <w:r>
        <w:br/>
        <w:t xml:space="preserve"> Навіщо сі думи?&lt;br /&gt;</w:t>
        <w:br/>
        <w:t>навіщо сі жалі?&lt;br /&gt;</w:t>
        <w:br/>
        <w:t>Пощо розсівати&lt;br /&gt;</w:t>
        <w:br/>
        <w:t>полин і кукіль?&lt;br /&gt;</w:t>
        <w:br/>
        <w:t>Весь світ поринає&lt;br /&gt;</w:t>
        <w:br/>
        <w:t>в потопі печалі —&lt;br /&gt;</w:t>
        <w:br/>
        <w:t>Чого ще співати&lt;br /&gt;</w:t>
        <w:br/>
        <w:t>про горе і біль?</w:t>
      </w:r>
    </w:p>
    <w:p>
      <w:r>
        <w:br/>
        <w:t>Ой рад би я звуків&lt;br /&gt;</w:t>
        <w:br/>
        <w:t>гучних розпустити&lt;br /&gt;</w:t>
        <w:br/>
        <w:t>Цілий бистроногий&lt;br /&gt;</w:t>
        <w:br/>
        <w:t>нестримний табун,&lt;br /&gt;</w:t>
        <w:br/>
        <w:t>Ой, рад би я грати&lt;br /&gt;</w:t>
        <w:br/>
        <w:t>і світ звеселити,&lt;br /&gt;</w:t>
        <w:br/>
        <w:t>Та в мене не много,&lt;br /&gt;</w:t>
        <w:br/>
        <w:t>не много тих струн.</w:t>
      </w:r>
    </w:p>
    <w:p>
      <w:r>
        <w:br/>
        <w:t>Що перша — то неньки&lt;br /&gt;</w:t>
        <w:br/>
        <w:t>мозолі пекучі,&lt;br /&gt;</w:t>
        <w:br/>
        <w:t>Що друга — то черні&lt;br /&gt;</w:t>
        <w:br/>
        <w:t>нещасні сини,&lt;br /&gt;</w:t>
        <w:br/>
        <w:t>А третя між нами&lt;br /&gt;</w:t>
        <w:br/>
        <w:t>найбільше плакуча:&lt;br /&gt;</w:t>
        <w:br/>
        <w:t>Гірке до полину&lt;br /&gt;</w:t>
        <w:br/>
        <w:t>ярмо вітчини.</w:t>
      </w:r>
    </w:p>
    <w:p>
      <w:r>
        <w:br/>
        <w:t>Ударю по струнах —&lt;br /&gt;</w:t>
        <w:br/>
        <w:t>бандура заплаче,&lt;br /&gt;</w:t>
        <w:br/>
        <w:t>Несила мажорних&lt;br /&gt;</w:t>
        <w:br/>
        <w:t>акордів дібрать.&lt;br /&gt;</w:t>
        <w:br/>
        <w:t>Розбив би я, брате,&lt;br /&gt;</w:t>
        <w:br/>
        <w:t>бандуру ледачу,&lt;br /&gt;</w:t>
        <w:br/>
        <w:t>Та що ж! коли мушу&lt;br /&gt;</w:t>
        <w:br/>
        <w:t>часами заграть…</w:t>
      </w:r>
    </w:p>
    <w:p>
      <w:r>
        <w:br/>
        <w:t>Затлілись ясні зорі,&lt;br /&gt;</w:t>
        <w:br/>
        <w:t>Бренить вечірній рій,&lt;br /&gt;</w:t>
        <w:br/>
        <w:t>Душа купаєсь в морі&lt;br /&gt;</w:t>
        <w:br/>
        <w:t>Розкішних мрій-надій.</w:t>
      </w:r>
    </w:p>
    <w:p>
      <w:r>
        <w:br/>
        <w:t>По рожі пнуться блющі,&lt;br /&gt;</w:t>
        <w:br/>
        <w:t>А кипарис шумить.&lt;br /&gt;</w:t>
        <w:br/>
        <w:t>Я п’ю меди пахущі,&lt;br /&gt;</w:t>
        <w:br/>
        <w:t>А грудь болить, болить.</w:t>
      </w:r>
    </w:p>
    <w:p>
      <w:r>
        <w:br/>
        <w:t>З небес котяться зорі,&lt;br /&gt;</w:t>
        <w:br/>
        <w:t>А хор цикад цвірчить:&lt;br /&gt;</w:t>
        <w:br/>
        <w:t>Хвилюють груди хворі,&lt;br /&gt;</w:t>
        <w:br/>
        <w:t>А кипарис шумить.</w:t>
      </w:r>
    </w:p>
    <w:p>
      <w:r>
        <w:br/>
        <w:t>Куку! куку! Дзвінко ллється&lt;br /&gt;</w:t>
        <w:br/>
        <w:t>Кришталевий звук;&lt;br /&gt;</w:t>
        <w:br/>
        <w:t>Звук несеться, гай сміється,&lt;br /&gt;</w:t>
        <w:br/>
        <w:t>Серце стук-стук-стук…</w:t>
      </w:r>
    </w:p>
    <w:p>
      <w:r>
        <w:br/>
        <w:t>Куку! куку! Нуте, пташко,&lt;br /&gt;</w:t>
        <w:br/>
        <w:t>Поворож мені,&lt;br /&gt;</w:t>
        <w:br/>
        <w:t>Бо тут, пташко, жить так важко,&lt;br /&gt;</w:t>
        <w:br/>
        <w:t>Краще вже в труні.</w:t>
      </w:r>
    </w:p>
    <w:p>
      <w:r>
        <w:br/>
        <w:t>Сумовито гнуться віти,&lt;br /&gt;</w:t>
        <w:br/>
        <w:t>Листя шевелить,&lt;br /&gt;</w:t>
        <w:br/>
        <w:t>Гнуться віти, в’януть квіти —&lt;br /&gt;</w:t>
        <w:br/>
        <w:t>Птах мовчить, мовчить…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Навіщо сі думи?..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