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Наука</w:t>
      </w:r>
    </w:p>
    <w:p>
      <w:r>
        <w:br/>
        <w:t xml:space="preserve"> &lt;p&gt;Людей у церкві повно. Церква — городська, та гарно в їй так. Громовинне світло сяє, свічки палають, образи блищать, а еполети на панах, ризи на батюшках так і мигтять. Батюшки кадять та:</w:t>
      </w:r>
    </w:p>
    <w:p>
      <w:r>
        <w:br/>
        <w:t>— "Сей день, его же сотвори господь, возрадуемся и возвеселимся в онь!"</w:t>
      </w:r>
    </w:p>
    <w:p>
      <w:r>
        <w:br/>
        <w:t>Півчі:</w:t>
      </w:r>
    </w:p>
    <w:p>
      <w:r>
        <w:br/>
        <w:t>— "Христос воскресе!.."</w:t>
      </w:r>
    </w:p>
    <w:p>
      <w:r>
        <w:br/>
        <w:t>Люди так і ворушаться, зодів так і шамтить на їх: христосуються, цілуються... Весело. Так і всміхаються всі.</w:t>
      </w:r>
    </w:p>
    <w:p>
      <w:r>
        <w:br/>
        <w:t>Надворі, на східцях, по боках теж ворушаться люде. Тільки ці люде не всміхаються вже, не радіть. Ці, мабуть, не чують "возрадуемся и возвеселимся". Ці, пообдирані, позгорблювані, простягають руки до кожного та тільки:</w:t>
      </w:r>
    </w:p>
    <w:p>
      <w:r>
        <w:br/>
        <w:t>— Христос воскресе!.. Подайте, що милость ваша!</w:t>
      </w:r>
    </w:p>
    <w:p>
      <w:r>
        <w:br/>
        <w:t>Між ними і одна молодиця стоїть, теж обідрана така, та така худа, бліда. Перед молодицею — дівчинка малесенька, в лахмітті в якомусь та в чобітках, що так і червоніють пальчики з їх. Надворі холодненько, вітрець проймає, і воно, чорнобривеньке, мабуть, не помалу змерзло, бо щічки ті, круглесенькі, сині-сині, оченята карі повні слізок, а само аж на місці не встоїть: одно ніжки ті то сюди, то туди ворочає, а рученятка свої, манісінькі, одно до живітка під лахміттячко стромляє, одно стромляє.</w:t>
      </w:r>
    </w:p>
    <w:p>
      <w:r>
        <w:br/>
        <w:t>Молодиця оце дивиться на дідів, та й собі: і пригнеться інший раз оце, і голову схилить набік, і рот роззявить, та й нічого, почервоніє тільки.</w:t>
      </w:r>
    </w:p>
    <w:p>
      <w:r>
        <w:br/>
        <w:t>Кашлянула, та й собі-таки — тільки так несмілко:</w:t>
      </w:r>
    </w:p>
    <w:p>
      <w:r>
        <w:br/>
        <w:t>— Здр... Христос воскрес... з празником з святим будьте... — та й руку простягла-таки.</w:t>
      </w:r>
    </w:p>
    <w:p>
      <w:r>
        <w:br/>
        <w:t>Ніхто нічого їй, тільки дід один з хрестами на грудіх:</w:t>
      </w:r>
    </w:p>
    <w:p>
      <w:r>
        <w:br/>
        <w:t>— Пху! І сорому немає їй!.. Хай уже ми...</w:t>
      </w:r>
    </w:p>
    <w:p>
      <w:r>
        <w:br/>
        <w:t>Молодиця почервоніла зразу так, далі затулилась полою..</w:t>
      </w:r>
    </w:p>
    <w:p>
      <w:r>
        <w:br/>
        <w:t>— Боже мій, боже мій, — каже, — хіба ж хто й повірить, що тобі горе? Хіба ж хто й повірить, що ти тільки раз учора годувала дитинку скориночками?..</w:t>
      </w:r>
    </w:p>
    <w:p>
      <w:r>
        <w:br/>
        <w:t>— Молода, не каліка, — дід їй, — заробила б... і нам би не заважала отут.</w:t>
      </w:r>
    </w:p>
    <w:p>
      <w:r>
        <w:br/>
        <w:t>— Мої рідні! — молодиця йому. — Де ж би я заробила? Я ж ждала, я ж виглядала... Що ж я робитиму, коли є нас... і без діток є...</w:t>
      </w:r>
    </w:p>
    <w:p>
      <w:r>
        <w:br/>
        <w:t>Молодиця втерлась, помовчала, далі:</w:t>
      </w:r>
    </w:p>
    <w:p>
      <w:r>
        <w:br/>
        <w:t>— Було б у мене що, була б хата, чи я б виглядала наймів отих?.. Чи я б оце стояла тут?.. Боже мій!.. — Молодиця знов полу до очей: — Умер... умер покійник-чоловік... добре й зробив.</w:t>
      </w:r>
    </w:p>
    <w:p>
      <w:r>
        <w:br/>
        <w:t>— Ну, киснеш! — визвірився дід з хрестами. — Хтось подивиться на тебе оце.</w:t>
      </w:r>
    </w:p>
    <w:p>
      <w:r>
        <w:br/>
        <w:t>Молодиця перехлипала, постояла, подивилась кругом, пригнулась ще разів з скільки, далі до дівчинки:</w:t>
      </w:r>
    </w:p>
    <w:p>
      <w:r>
        <w:br/>
        <w:t>— Парасю, моя дитино, проси ти!..</w:t>
      </w:r>
    </w:p>
    <w:p>
      <w:r>
        <w:br/>
        <w:t>— Мамо, я змелзла, — дівчинка їй.</w:t>
      </w:r>
    </w:p>
    <w:p>
      <w:r>
        <w:br/>
        <w:t>— Проси, моя дитино! Христос воскресе, кажи. Тобі зручніш.</w:t>
      </w:r>
    </w:p>
    <w:p>
      <w:r>
        <w:br/>
        <w:t>Дівчинка:</w:t>
      </w:r>
    </w:p>
    <w:p>
      <w:r>
        <w:br/>
        <w:t>— Мамо, я їсти хоцу.</w:t>
      </w:r>
    </w:p>
    <w:p>
      <w:r>
        <w:br/>
        <w:t>— Ну, ото ж і кажи: їсти нічого, кажи, удягтися ні в віщо.</w:t>
      </w:r>
    </w:p>
    <w:p>
      <w:r>
        <w:br/>
        <w:t>— Спатки хоцу, мамо.</w:t>
      </w:r>
    </w:p>
    <w:p>
      <w:r>
        <w:br/>
        <w:t>Мати аж з серцем на неї:</w:t>
      </w:r>
    </w:p>
    <w:p>
      <w:r>
        <w:br/>
        <w:t>— Проси, я тобі кажу, зараз!</w:t>
      </w:r>
    </w:p>
    <w:p>
      <w:r>
        <w:br/>
        <w:t>Дівчина:</w:t>
      </w:r>
    </w:p>
    <w:p>
      <w:r>
        <w:br/>
        <w:t>— Боюсь.</w:t>
      </w:r>
    </w:p>
    <w:p>
      <w:r>
        <w:br/>
        <w:t>— Проси!.. Христос воскрес, кажи. Ось пан іде... зараз!</w:t>
      </w:r>
    </w:p>
    <w:p>
      <w:r>
        <w:br/>
        <w:t>Дівчинка:</w:t>
      </w:r>
    </w:p>
    <w:p>
      <w:r>
        <w:br/>
        <w:t>— Хли... Хлистос... Восклес... — та й затулилась пальчиками.</w:t>
      </w:r>
    </w:p>
    <w:p>
      <w:r>
        <w:br/>
        <w:t>— Чому ж ти руки не простягла ото? Ну й!.. Руку сюди! Отак держи!</w:t>
      </w:r>
    </w:p>
    <w:p>
      <w:r>
        <w:br/>
        <w:t>Дівчинка:</w:t>
      </w:r>
    </w:p>
    <w:p>
      <w:r>
        <w:br/>
        <w:t>— Змелзла он... змелзла так, а вони... а вони... — одвернулась до рундука, заплакала. Плаче так гірко, аж здригається вся.</w:t>
      </w:r>
    </w:p>
    <w:p>
      <w:r>
        <w:br/>
        <w:t>Дивиться мати. Сльози тільки кап-кап у самої. Зітхнула, подивилась сюди й туди та знов пригинаться давай.</w:t>
      </w:r>
    </w:p>
    <w:p>
      <w:r>
        <w:br/>
        <w:t>Пригиналась-пригиналась — нічого.</w:t>
      </w:r>
    </w:p>
    <w:p>
      <w:r>
        <w:br/>
        <w:t>— От, боже мій, — каже. — Ходім, Парасю, між паски ще.</w:t>
      </w:r>
    </w:p>
    <w:p>
      <w:r>
        <w:br/>
        <w:t>Взяла за ручку, веде...</w:t>
      </w:r>
    </w:p>
    <w:p>
      <w:r>
        <w:br/>
        <w:t>— Пра-а-зников пра...зник, — чується з церкви.</w:t>
      </w:r>
    </w:p>
    <w:p>
      <w:r>
        <w:br/>
        <w:t>Пасок коло церкви багато, та все такі жовті... Поміж пасками ліхтарі горять скрізь, люде стоять, гомін... Мати каже:</w:t>
      </w:r>
    </w:p>
    <w:p>
      <w:r>
        <w:br/>
        <w:t>— Ну, підходь, Парасю... до жінки до тії. Христос воскресе, кажи.</w:t>
      </w:r>
    </w:p>
    <w:p>
      <w:r>
        <w:br/>
        <w:t>Дівчинка мов не чує.</w:t>
      </w:r>
    </w:p>
    <w:p>
      <w:r>
        <w:br/>
        <w:t>— Мамо, он спідницка гарна яка в дівцини.</w:t>
      </w:r>
    </w:p>
    <w:p>
      <w:r>
        <w:br/>
        <w:t>— Христос воскрес, кажи!</w:t>
      </w:r>
    </w:p>
    <w:p>
      <w:r>
        <w:br/>
        <w:t>— Мамо, он паска яка, а яєцка які... червоні, дивіться! — показує, та аж осміхається.</w:t>
      </w:r>
    </w:p>
    <w:p>
      <w:r>
        <w:br/>
        <w:t>— Я тобі... Я тобі що кажу? — гнівається мати.</w:t>
      </w:r>
    </w:p>
    <w:p>
      <w:r>
        <w:br/>
        <w:t>— Що там? Куди прешся? Народ! — прогонить їх поліціянт.</w:t>
      </w:r>
    </w:p>
    <w:p>
      <w:r>
        <w:br/>
        <w:t>Ось трохи згодом ревуть дзвони — паски святять. Забирають люди, несуть. Молодиця дивиться — стоїть, тільки сльози грають їй.</w:t>
      </w:r>
    </w:p>
    <w:p>
      <w:r>
        <w:br/>
        <w:t>— Мамо, ходімте взе й ми, — каже дівчинка.</w:t>
      </w:r>
    </w:p>
    <w:p>
      <w:r>
        <w:br/>
        <w:t>Мати за ручку її, похнюпилась, ідуть.</w:t>
      </w:r>
    </w:p>
    <w:p>
      <w:r>
        <w:br/>
        <w:t>Люди скрізь так юрбами й сунуть. Звощики скрізь так і торохтять. Дзвони ревуть десь. Майорять хлаки улицями. Громовина сяє. А на небі ані хмариночки; зорі тільки миг-миг.</w:t>
      </w:r>
    </w:p>
    <w:p>
      <w:r>
        <w:br/>
        <w:t>Дійшли до базарю, стала мати, думає.</w:t>
      </w:r>
    </w:p>
    <w:p>
      <w:r>
        <w:br/>
        <w:t>— Мамо, ходімте взе! — каже дівчинка.</w:t>
      </w:r>
    </w:p>
    <w:p>
      <w:r>
        <w:br/>
        <w:t>— Куди підемо?</w:t>
      </w:r>
    </w:p>
    <w:p>
      <w:r>
        <w:br/>
        <w:t>Мати скривилась, за ручку дівчинку та під крамницю на піддашшя.</w:t>
      </w:r>
    </w:p>
    <w:p>
      <w:r>
        <w:br/>
        <w:t>— Мамо, ну й спідницку бацила я!</w:t>
      </w:r>
    </w:p>
    <w:p>
      <w:r>
        <w:br/>
        <w:t>Мовчить мати.</w:t>
      </w:r>
    </w:p>
    <w:p>
      <w:r>
        <w:br/>
        <w:t>— Мамо, я яєцка хоцу.</w:t>
      </w:r>
    </w:p>
    <w:p>
      <w:r>
        <w:br/>
        <w:t>Мовчить.</w:t>
      </w:r>
    </w:p>
    <w:p>
      <w:r>
        <w:br/>
        <w:t>— Мамо, дасте паски?</w:t>
      </w:r>
    </w:p>
    <w:p>
      <w:r>
        <w:br/>
        <w:t>— А чом ти не слухалась, як я тебе навчала? Казала: проси! А ти слухалась моєї науки?</w:t>
      </w:r>
    </w:p>
    <w:p>
      <w:r>
        <w:br/>
        <w:t>Дитина в плач.</w:t>
      </w:r>
    </w:p>
    <w:p>
      <w:r>
        <w:br/>
        <w:t>Мати помовчала, нахилилась і пригорнула дочку.</w:t>
      </w:r>
    </w:p>
    <w:p>
      <w:r>
        <w:br/>
        <w:t>— Моя дитино! Дай хоч поцілую тебе!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