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Настрої вечірньої години (збірка)</w:t>
      </w:r>
    </w:p>
    <w:p>
      <w:r>
        <w:br/>
        <w:t xml:space="preserve"> Настрої вечірньої години&lt;br /&gt;</w:t>
        <w:br/>
        <w:t>"Коли до сну кладешся ти вночі…"&lt;br /&gt;</w:t>
        <w:br/>
        <w:t>Коли до сну кладешся ти вночі&lt;br /&gt;</w:t>
        <w:br/>
        <w:t>І, в тишу мрій ідучи, ждеш мене,&lt;br /&gt;</w:t>
        <w:br/>
        <w:t>Я хилю скронь у марево ясне,&lt;br /&gt;</w:t>
        <w:br/>
        <w:t>Що тисне ум, як тугі обручі.&lt;br /&gt;</w:t>
        <w:br/>
        <w:t>Коли до сну зложилась ти по дні,&lt;br /&gt;</w:t>
        <w:br/>
        <w:t>Заснула вмить в теплі шовкових мрій&lt;br /&gt;</w:t>
        <w:br/>
        <w:t>Я йду в борню, я йду в кривавий бій&lt;br /&gt;</w:t>
        <w:br/>
        <w:t>З розпукою, що серце рве мені.</w:t>
      </w:r>
    </w:p>
    <w:p>
      <w:r>
        <w:br/>
        <w:t>"Порвав би я розпуки тужні пута…"&lt;br /&gt;</w:t>
        <w:br/>
        <w:t>Порвав би я розпуки тужні пута,&lt;br /&gt;</w:t>
        <w:br/>
        <w:t>Коли б були залізнії вони,&lt;br /&gt;</w:t>
        <w:br/>
        <w:t>Поплила б пісня вільна і нескута&lt;br /&gt;</w:t>
        <w:br/>
        <w:t>В даль над розспівані лани.&lt;br /&gt;</w:t>
        <w:br/>
        <w:t>Я б у розпуці тій летів піснями&lt;br /&gt;</w:t>
        <w:br/>
        <w:t>Над синню гір до захисту села,&lt;br /&gt;</w:t>
        <w:br/>
        <w:t>Де шепчеш ти лагідними устами&lt;br /&gt;</w:t>
        <w:br/>
        <w:t>З квітками утлими, як сміх весла.&lt;br /&gt;</w:t>
        <w:br/>
        <w:t>Я сплив би шумом над твоїм подвір’ям,&lt;br /&gt;</w:t>
        <w:br/>
        <w:t>Що взяв на себе мрії всі мої,&lt;br /&gt;</w:t>
        <w:br/>
        <w:t>І з дальніх борів, з дальнього міжгір’я&lt;br /&gt;</w:t>
        <w:br/>
        <w:t>Носив до тебе співанок рої.&lt;br /&gt;</w:t>
        <w:br/>
        <w:t>Порвав би я розпуки чорну тугу,&lt;br /&gt;</w:t>
        <w:br/>
        <w:t>Коли б я знав, що ждеш мене десь ти,&lt;br /&gt;</w:t>
        <w:br/>
        <w:t>Надлюдську всю зібрав би я потугу,&lt;br /&gt;</w:t>
        <w:br/>
        <w:t>Щоб лиш туди крізь бурю доплисти.</w:t>
      </w:r>
    </w:p>
    <w:p>
      <w:r>
        <w:br/>
        <w:t>"Я лиш одно, одно…"&lt;br /&gt;</w:t>
        <w:br/>
        <w:t>Я лиш одно, одно&lt;br /&gt;</w:t>
        <w:br/>
        <w:t>Скажу тобі сьогодні:&lt;br /&gt;</w:t>
        <w:br/>
        <w:t>Криниць глибоких дно,&lt;br /&gt;</w:t>
        <w:br/>
        <w:t>Шляхів далеких даль,&lt;br /&gt;</w:t>
        <w:br/>
        <w:t>Небес одлегла синь,&lt;br /&gt;</w:t>
        <w:br/>
        <w:t>Найбільше чулий жаль, —&lt;br /&gt;</w:t>
        <w:br/>
        <w:t>Вони всі – смагла рінь,&lt;br /&gt;</w:t>
        <w:br/>
        <w:t>А ти… ти – та безодня,&lt;br /&gt;</w:t>
        <w:br/>
        <w:t>Що втонув я у ній,&lt;br /&gt;</w:t>
        <w:br/>
        <w:t>Ти – той чужинний шлях,&lt;br /&gt;</w:t>
        <w:br/>
        <w:t>Де я зблудив, як стій,&lt;br /&gt;</w:t>
        <w:br/>
        <w:t>Ти – та блакить блискуча,&lt;br /&gt;</w:t>
        <w:br/>
        <w:t>Де стриму мрій нема…&lt;br /&gt;</w:t>
        <w:br/>
        <w:t>Ти – та любов жагуча,&lt;br /&gt;</w:t>
        <w:br/>
        <w:t>Що, хоч сліпа й німа,&lt;br /&gt;</w:t>
        <w:br/>
        <w:t>Збудила у піснях&lt;br /&gt;</w:t>
        <w:br/>
        <w:t>Потужний зрив чуття,&lt;br /&gt;</w:t>
        <w:br/>
        <w:t>Натхненну бурю в серці…&lt;br /&gt;</w:t>
        <w:br/>
        <w:t>Благословлю життя,&lt;br /&gt;</w:t>
        <w:br/>
        <w:t>Що в нім цвітуть ці герці.</w:t>
      </w:r>
    </w:p>
    <w:p>
      <w:r>
        <w:br/>
        <w:t>"Жаром палають тугі обняття…"&lt;br /&gt;</w:t>
        <w:br/>
        <w:t>Жаром палають тугі обняття,&lt;br /&gt;</w:t>
        <w:br/>
        <w:t>Морем хвилюється виступ грудей,&lt;br /&gt;</w:t>
        <w:br/>
        <w:t>І спалахують теплим завзяттям&lt;br /&gt;</w:t>
        <w:br/>
        <w:t>Блиски зелених любих очей.&lt;br /&gt;</w:t>
        <w:br/>
        <w:t>Буря цілунків, юрб голубиних,&lt;br /&gt;</w:t>
        <w:br/>
        <w:t>Голосно пестить лиця мої.&lt;br /&gt;</w:t>
        <w:br/>
        <w:t>Ген з-поза річки, стиха з долини&lt;br /&gt;</w:t>
        <w:br/>
        <w:t>Місяць підводить ріжки свої…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Настрої вечірньої години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