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Наші "старі"</w:t>
      </w:r>
    </w:p>
    <w:p>
      <w:r>
        <w:br/>
        <w:t xml:space="preserve"> "Лиш пес старий, — так кажуть люди, —&lt;br /&gt;</w:t>
        <w:br/>
        <w:t>А чоловік все молодий".&lt;br /&gt;</w:t>
        <w:br/>
        <w:t>Се, може, й правда у людей;&lt;br /&gt;</w:t>
        <w:br/>
        <w:t>А в нас, у русинів, на чудо,&lt;br /&gt;</w:t>
        <w:br/>
        <w:t>Ще в пеленках, а вже "старий",&lt;br /&gt;</w:t>
        <w:br/>
        <w:t>І вже — о божа мати, крий! —</w:t>
      </w:r>
    </w:p>
    <w:p>
      <w:r>
        <w:br/>
        <w:t>Уже учиться, собака,&lt;br /&gt;</w:t>
        <w:br/>
        <w:t>Нарід продавати&lt;br /&gt;</w:t>
        <w:br/>
        <w:t>І за руські, людські душі&lt;br /&gt;</w:t>
        <w:br/>
        <w:t>Карбованці брати,&lt;br /&gt;</w:t>
        <w:br/>
        <w:t>Як за Христа невинного&lt;br /&gt;</w:t>
        <w:br/>
        <w:t>Іскаріот Юда.&lt;br /&gt;</w:t>
        <w:br/>
        <w:t>А доки ще й на них впадуть&lt;br /&gt;</w:t>
        <w:br/>
        <w:t>Жасні божі суди,&lt;br /&gt;</w:t>
        <w:br/>
        <w:t>Як на того предателя, —&lt;br /&gt;</w:t>
        <w:br/>
        <w:t>А нас розпинають&lt;br /&gt;</w:t>
        <w:br/>
        <w:t>І терновими вінцями&lt;br /&gt;</w:t>
        <w:br/>
        <w:t>Щоднини вінчають,&lt;br /&gt;</w:t>
        <w:br/>
        <w:t>І привалюють камінєм&lt;br /&gt;</w:t>
        <w:br/>
        <w:t>У новій могилі,&lt;br /&gt;</w:t>
        <w:br/>
        <w:t>Бо бояться, щоб не вскресла&lt;br /&gt;</w:t>
        <w:br/>
        <w:t>Божественна сила.</w:t>
      </w:r>
    </w:p>
    <w:p>
      <w:r>
        <w:br/>
        <w:t>Але та сила вже й ожила, —&lt;br /&gt;</w:t>
        <w:br/>
        <w:t>Од гроба камінь відвалила&lt;br /&gt;</w:t>
        <w:br/>
        <w:t>І засіяла на ввесь світ.&lt;br /&gt;</w:t>
        <w:br/>
        <w:t>Щез нечестивих скверн совіт,&lt;br /&gt;</w:t>
        <w:br/>
        <w:t>А фарисеї невсипущі,&lt;br /&gt;</w:t>
        <w:br/>
        <w:t>Як пси на ярмарку де сущі,&lt;br /&gt;</w:t>
        <w:br/>
        <w:t>Пропали без вісті, як тьма.&lt;br /&gt;</w:t>
        <w:br/>
        <w:t>Насправді жизні-бо нема!</w:t>
      </w:r>
    </w:p>
    <w:p>
      <w:r>
        <w:br/>
        <w:t>Отаке-то й ваше буде,&lt;br /&gt;</w:t>
        <w:br/>
        <w:t>Старі ви собаки!&lt;br /&gt;</w:t>
        <w:br/>
        <w:t>Пес гавкає і на бога,&lt;br /&gt;</w:t>
        <w:br/>
        <w:t>А бог все однакий, —&lt;br /&gt;</w:t>
        <w:br/>
        <w:t>Не боїться ваших пащей,&lt;br /&gt;</w:t>
        <w:br/>
        <w:t>Ні вашого зуба;&lt;br /&gt;</w:t>
        <w:br/>
        <w:t>Бо неправда сама себе&lt;br /&gt;</w:t>
        <w:br/>
        <w:t>Самов себе губить, —&lt;br /&gt;</w:t>
        <w:br/>
        <w:t>Як той шкорпій їдовитий&lt;br /&gt;</w:t>
        <w:br/>
        <w:t>Себе собов тратить,&lt;br /&gt;</w:t>
        <w:br/>
        <w:t>Засадивши своє жало&lt;br /&gt;</w:t>
        <w:br/>
        <w:t>В грудь свою прокляту.&lt;br /&gt;</w:t>
        <w:br/>
        <w:t>О, схаменіться уже раз&lt;br /&gt;</w:t>
        <w:br/>
        <w:t>Ви, обскуранти, ідіоти!&lt;br /&gt;</w:t>
        <w:br/>
        <w:t>Бо ми вже люди, а не скоти,&lt;br /&gt;</w:t>
        <w:br/>
        <w:t>Бо правда з нами і за нас,&lt;br /&gt;</w:t>
        <w:br/>
        <w:t>А з вами лож одна мерзенна,&lt;br /&gt;</w:t>
        <w:br/>
        <w:t>Та Абля кров свята, невинна&lt;br /&gt;</w:t>
        <w:br/>
        <w:t>На ваших каїнських руках!&lt;br /&gt;</w:t>
        <w:br/>
        <w:t>І буде Каїна вас жах&lt;br /&gt;</w:t>
        <w:br/>
        <w:t>Всім на покай, усім на диво,&lt;br /&gt;</w:t>
        <w:br/>
        <w:t>Гадюки, гнати аж у Неву,&lt;br /&gt;</w:t>
        <w:br/>
        <w:t>А фурії — за вами вслід!..&lt;br /&gt;</w:t>
        <w:br/>
        <w:t>Се божий суд і наш завіт.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Наші "старі"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