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Наші мами</w:t>
      </w:r>
    </w:p>
    <w:p>
      <w:r>
        <w:br/>
        <w:t xml:space="preserve"> Пам'ятаймо, милі діти,&lt;br /&gt;</w:t>
        <w:br/>
        <w:t>Пам'ятаймо завжди з вами,&lt;br /&gt;</w:t>
        <w:br/>
        <w:t>Що для нас у всьому світі&lt;br /&gt;</w:t>
        <w:br/>
        <w:t>Найдорожчі — наші мами.</w:t>
      </w:r>
    </w:p>
    <w:p>
      <w:r>
        <w:br/>
        <w:t>Нам — маленьким і дорослим —&lt;br /&gt;</w:t>
        <w:br/>
        <w:t>Все дають вони з любов'ю:&lt;br /&gt;</w:t>
        <w:br/>
        <w:t>Ніжне серце, світлий розум,&lt;br /&gt;</w:t>
        <w:br/>
        <w:t>Сили нашому здоров'ю.</w:t>
      </w:r>
    </w:p>
    <w:p>
      <w:r>
        <w:br/>
        <w:t>Ми в житті усі сказали&lt;br /&gt;</w:t>
        <w:br/>
        <w:t>Своє перше слово — ма-ма!&lt;br /&gt;</w:t>
        <w:br/>
        <w:t>Скільки б ми не підростали,&lt;br /&gt;</w:t>
        <w:br/>
        <w:t>А любов у них та ж сама.</w:t>
      </w:r>
    </w:p>
    <w:p>
      <w:r>
        <w:br/>
        <w:t>Як ставали ми на ноги,&lt;br /&gt;</w:t>
        <w:br/>
        <w:t>Перший крок наш був — до мами.&lt;br /&gt;</w:t>
        <w:br/>
        <w:t>Радість маєм чи тривогу —&lt;br /&gt;</w:t>
        <w:br/>
        <w:t>Серце мами завжди з нами.</w:t>
      </w:r>
    </w:p>
    <w:p>
      <w:r>
        <w:br/>
        <w:t>Де сини її та дочки —&lt;br /&gt;</w:t>
        <w:br/>
        <w:t>Завжди там вона думками.&lt;br /&gt;</w:t>
        <w:br/>
        <w:t>Пишем в класі ми на дошці&lt;br /&gt;</w:t>
        <w:br/>
        <w:t>Наше перше слово — мама!</w:t>
      </w:r>
    </w:p>
    <w:p>
      <w:r>
        <w:br/>
        <w:t>Найдорожчі мамі діти.&lt;br /&gt;</w:t>
        <w:br/>
        <w:t>Дітям мама їх — так само.&lt;br /&gt;</w:t>
        <w:br/>
        <w:t>Треба вчитись і робити&lt;br /&gt;</w:t>
        <w:br/>
        <w:t>Так, щоб радувати маму!</w:t>
      </w:r>
    </w:p>
    <w:p>
      <w:r>
        <w:br/>
        <w:t>Пам'ятайте, діти, всюди&lt;br /&gt;</w:t>
        <w:br/>
        <w:t>Вірну мамину науку.&lt;br /&gt;</w:t>
        <w:br/>
        <w:t>У ясне життя і в люди&lt;br /&gt;</w:t>
        <w:br/>
        <w:t>Мама вас веде за руку.</w:t>
      </w:r>
    </w:p>
    <w:p>
      <w:r>
        <w:br/>
        <w:t>А як вивчитесь з літами,&lt;br /&gt;</w:t>
        <w:br/>
        <w:t>Вдячні мамі за турботу,&lt;br /&gt;</w:t>
        <w:br/>
        <w:t>І поїдете від мами&lt;br /&gt;</w:t>
        <w:br/>
        <w:t>В інший край десь на роботу&lt;br /&gt;</w:t>
        <w:br/>
        <w:t>Хай усі запам'ятають:&lt;br /&gt;</w:t>
        <w:br/>
        <w:t>І листи і телеграми&lt;br /&gt;</w:t>
        <w:br/>
        <w:t>Шліть туди, де їх чекають,&lt;br /&gt;</w:t>
        <w:br/>
        <w:t>Виглядають ваші мами!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Наші мами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