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співать про тугу серця...</w:t>
      </w:r>
    </w:p>
    <w:p>
      <w:r>
        <w:br/>
        <w:t xml:space="preserve"> Нащо співать про тугу серця, —&lt;br /&gt;</w:t>
        <w:br/>
        <w:t>Співали досить про любов…&lt;br /&gt;</w:t>
        <w:br/>
        <w:t>Хай краще у музичнім скерцо&lt;br /&gt;</w:t>
        <w:br/>
        <w:t>Зросте симфонія будов.</w:t>
      </w:r>
    </w:p>
    <w:p>
      <w:r>
        <w:br/>
        <w:t>Любов у мріях не шукати,&lt;br /&gt;</w:t>
        <w:br/>
        <w:t>Бо не знайти її. У світ,&lt;br /&gt;</w:t>
        <w:br/>
        <w:t>У працю вийду я із хати&lt;br /&gt;</w:t>
        <w:br/>
        <w:t>І землякам пішлю привіт.</w:t>
      </w:r>
    </w:p>
    <w:p>
      <w:r>
        <w:br/>
        <w:t>І праця буде нам, як пісня,&lt;br /&gt;</w:t>
        <w:br/>
        <w:t>Як джерело, як рідний степ…&lt;br /&gt;</w:t>
        <w:br/>
        <w:t>Зоря у небі зійде пізня&lt;br /&gt;</w:t>
        <w:br/>
        <w:t>І край оновлений вросте.</w:t>
      </w:r>
    </w:p>
    <w:p>
      <w:r>
        <w:br/>
        <w:t>І, може, як останній камінь&lt;br /&gt;</w:t>
        <w:br/>
        <w:t>Я покладу в одній з будов,&lt;br /&gt;</w:t>
        <w:br/>
        <w:t>Дівчина в теплими очами&lt;br /&gt;</w:t>
        <w:br/>
        <w:t>Мені щось скаже про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співать про тугу серця...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