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Нащадок тарпанів</w:t>
      </w:r>
    </w:p>
    <w:p>
      <w:r>
        <w:br/>
        <w:t xml:space="preserve"> &lt;p&gt;1</w:t>
      </w:r>
    </w:p>
    <w:p>
      <w:r>
        <w:br/>
        <w:t>Його знову розбудили ластівки.</w:t>
      </w:r>
    </w:p>
    <w:p>
      <w:r>
        <w:br/>
        <w:t>Вони про щось перемовлялися, вичепурювали гнізда, пурхали прямо в нього над головою.</w:t>
      </w:r>
    </w:p>
    <w:p>
      <w:r>
        <w:br/>
        <w:t>Їм було з чого радіти, бо вони знали, що знову йде гожий день і поспішали зустріти його в польоті над зарошеними полями.</w:t>
      </w:r>
    </w:p>
    <w:p>
      <w:r>
        <w:br/>
        <w:t>А він давно нікуди не поспішав.</w:t>
      </w:r>
    </w:p>
    <w:p>
      <w:r>
        <w:br/>
        <w:t>Знехотя розплющив очі, побачив посріблене світанком вікно, почув з жолоба запах прив'ялої конюшини. Але їсти йому знову не хотілося, не хотілося і вставати. Він з важким придихом зітхнув і подумав, що сьогодні буде нестерпно довгий день.</w:t>
      </w:r>
    </w:p>
    <w:p>
      <w:r>
        <w:br/>
        <w:t>Довгий, мов та безкінечна дорога його життя, якою він пройшов, тягнучи за собою осоружний віз.</w:t>
      </w:r>
    </w:p>
    <w:p>
      <w:r>
        <w:br/>
        <w:t>Інші коні, мабуть, тепер заздрили йому. Хочеш — лежи в затишному холодочку, хочеш — шукай свіжу пашу, а хочеш — тюпай собі до річки. І ніхто на тебе не крикне, не заверне назад. Та він не втішався цією волею. Вона була йому байдужа, мовби тінь.</w:t>
      </w:r>
    </w:p>
    <w:p>
      <w:r>
        <w:br/>
        <w:t>Поволеньки звівся на ноги, струснувся всім тілом, щоб прогнати з нього дрімоту, й пішов порожньою конюшнею до виходу, слухаючи, як незвично гулко бухкають його копита.</w:t>
      </w:r>
    </w:p>
    <w:p>
      <w:r>
        <w:br/>
        <w:t>Всі коні були вже на роботі. Він знову проспав той час, коли їх виводили зі стайні, запрягали, прикрикуючи, і вони гриміли від конюшні возами в різні кінці села.</w:t>
      </w:r>
    </w:p>
    <w:p>
      <w:r>
        <w:br/>
        <w:t>Він висунув голову в прочинену браму і зажмурив од сонця очі.</w:t>
      </w:r>
    </w:p>
    <w:p>
      <w:r>
        <w:br/>
        <w:t>— Ну ж і спиш ти, Каштане, відсипаєшся за все життя,— почувся йому назустріч Степанів голос.</w:t>
      </w:r>
    </w:p>
    <w:p>
      <w:r>
        <w:br/>
        <w:t>Кінь байдуже подивився в його обличчя і вийшов на подвір'я.</w:t>
      </w:r>
    </w:p>
    <w:p>
      <w:r>
        <w:br/>
        <w:t>— А й правильно робиш. Спи, якщо спиться... Не ходи без діла... Бо все ходиш та принюхуєшся, начеб щось загубив, а знайти не можеш...</w:t>
      </w:r>
    </w:p>
    <w:p>
      <w:r>
        <w:br/>
        <w:t>Похиливши голову, кінь слухав Степана і, здавалося, розумів, про що той говорить, випльовуючи слова з рота, як лушпиння. Аж здивувався тому Степан, навіть вузькими плеченятами стенув:</w:t>
      </w:r>
    </w:p>
    <w:p>
      <w:r>
        <w:br/>
        <w:t>— Дивишся, як людина, начебто все розумієш... То йди вже, йди, Каштане, гуляй. Оце тільки твого й зосталося.</w:t>
      </w:r>
    </w:p>
    <w:p>
      <w:r>
        <w:br/>
        <w:t>Кінь іще раз подивився Степанові в лице, мовби чекав, чи не скаже той щось знову, а потім повернувся й потюпачив з подвір'я.</w:t>
      </w:r>
    </w:p>
    <w:p>
      <w:r>
        <w:br/>
        <w:t>Зігнутий і дочасно постарілий Степан-довго дивився йому вслід, чухав рідкочубу маківку і роздумливо примовляв:</w:t>
      </w:r>
    </w:p>
    <w:p>
      <w:r>
        <w:br/>
        <w:t>— Ич, яким сумирним та плохим конягою став на старість... Старість, вона, брат, нікого на світі не милує. Перед нею всі рівні — і людина, і худоба... Старість, вона своє візьме, і нікуди ти од неї не заховаєшся.</w:t>
      </w:r>
    </w:p>
    <w:p>
      <w:r>
        <w:br/>
        <w:t>Але Каштан уже забув буркотливого Степана, несучи запиленою вулицею спітніле тіло до річки і тихо радіючи майбутньому купанню.</w:t>
      </w:r>
    </w:p>
    <w:p>
      <w:r>
        <w:br/>
        <w:t>Запливаючи в свіжу ранкову річку, він нараз відчував, що його важке й неповоротке тіло відмолоджується, задоволено фиркав у воду й зухвало іржав, а відтак довго наслуховував, чи не почується звідкілясь іржання у відповідь.</w:t>
      </w:r>
    </w:p>
    <w:p>
      <w:r>
        <w:br/>
        <w:t>2</w:t>
      </w:r>
    </w:p>
    <w:p>
      <w:r>
        <w:br/>
        <w:t>Каштан вичалапав з річки на берег і ліг на піску. Заплющив очі і слухав, як угрівається живіт, як приємно полоскотують краплі води, стікаючи з гриви на шию. Вже засинаючи, відчув пронизливий запах полину й чебрецю, що його приніс до річки сухий вітер з полів.</w:t>
      </w:r>
    </w:p>
    <w:p>
      <w:r>
        <w:br/>
        <w:t>І приснився йому неоглядний степ, який виходить з обрію і заходить в обрій. А тим степом, сторожко нагостривши вуха, копитять низенькі прудконогі коники. А під ними зеленим полум'ям спалахують трави, і ряхтять, бризкають увсібіч, мов іскри, свіжі роси, і вже аж під самими хмарами відлунює гул кінських копит.</w:t>
      </w:r>
    </w:p>
    <w:p>
      <w:r>
        <w:br/>
        <w:t>Коли раптом надбіг теплий літній дощ. Погасив спалахи трав і копитний гул. Стало тихо-тихо. Аж моторошно. Кудись за обрій щезли коні. Лишилися тільки він, мале лоша, і його мати. Вони стояли в теплім подощів'ї, і мати тепло фиркала йому у вухо. Йому стало лоскітно, і він прокинувся.</w:t>
      </w:r>
    </w:p>
    <w:p>
      <w:r>
        <w:br/>
        <w:t>Намагався розплющити очі, але не міг, бо чиїсь обережні долоні затулили їх і хтось із гарячим віддихом шептав йому у вухо.</w:t>
      </w:r>
    </w:p>
    <w:p>
      <w:r>
        <w:br/>
        <w:t>— Конику, вгадай хто я. Вгадай, конику...</w:t>
      </w:r>
    </w:p>
    <w:p>
      <w:r>
        <w:br/>
        <w:t>Каштан норовливо крутнув головою і скинув ті руки з очей. Скосив око й побачив біля себе схожу на кульбабу хлоп'ячу голівку.</w:t>
      </w:r>
    </w:p>
    <w:p>
      <w:r>
        <w:br/>
        <w:t>Він знову заплющив очі, щоб повернутися до недодивленого сну, але сон не повертався, в очах завирувала болісна темрява, і він знову їх розплющив. Лінькувато скинув погляд на хлопчака, що сидів навпочіпки й перебирав його гриву. Дивувався: звідки ця проява, а потім вирішив чекати, доки його знову знеможе сон. Він уже хотів зручніше вмостити голову на передні ноги, як хлопчина сказав:</w:t>
      </w:r>
    </w:p>
    <w:p>
      <w:r>
        <w:br/>
        <w:t>— Давай знайомитися. Мене звати Славко. Я приїхав до бабусі на канікули...</w:t>
      </w:r>
    </w:p>
    <w:p>
      <w:r>
        <w:br/>
        <w:t>Кінь мовчав, і хлопчина заговорив знову:</w:t>
      </w:r>
    </w:p>
    <w:p>
      <w:r>
        <w:br/>
        <w:t>— Який же ти гарний! В тебе така чорна грива, а сам ти такий незвичний, ти на колір — як асфальт... Ти, я бачу, не звичайний кінь...</w:t>
      </w:r>
    </w:p>
    <w:p>
      <w:r>
        <w:br/>
        <w:t>Каштан уже примирився з хлопчиком. Знову задрімав і крізь дрімоту слухав, як гуляють у нього на шиї теплі долоньки і звучить над вухом тоненький голос.</w:t>
      </w:r>
    </w:p>
    <w:p>
      <w:r>
        <w:br/>
        <w:t>— Ти, мабуть, нащадок знаменитих тарпанів. Я про них усе в книжках вичитав. Он і на ногах у тебе такі смуги, як у тарпанів були. І грива сторчма стоїть. Чи знаєш ти, які горді тарпани були? Вони жили тільки на волі. Я тобі про них розкажу...</w:t>
      </w:r>
    </w:p>
    <w:p>
      <w:r>
        <w:br/>
        <w:t>Той голосок його і приспав.</w:t>
      </w:r>
    </w:p>
    <w:p>
      <w:r>
        <w:br/>
        <w:t>Каштанові знову снився розгінний степ, гул кінських копит і тривожний солодкий посвист вітру в молодій гриві.</w:t>
      </w:r>
    </w:p>
    <w:p>
      <w:r>
        <w:br/>
        <w:t>3</w:t>
      </w:r>
    </w:p>
    <w:p>
      <w:r>
        <w:br/>
        <w:t>На хлопчину й коня здивовано зглядалися розморені спекою дачники.</w:t>
      </w:r>
    </w:p>
    <w:p>
      <w:r>
        <w:br/>
        <w:t>— І куди ті батьки дивляться,— сказав, одірвавши пляшку пива від рота, опасистий чоловік з потрійним підборіддям,— це ж тварина. Візьме ото й затопче дитину.</w:t>
      </w:r>
    </w:p>
    <w:p>
      <w:r>
        <w:br/>
        <w:t>Він одкоркував нову пляшку, вицмулив її до дна, витер брудні патьоки на всіх своїх підборіддях і загукав:</w:t>
      </w:r>
    </w:p>
    <w:p>
      <w:r>
        <w:br/>
        <w:t>— Ей ти, голубе, чи не скажеш нам, де ця конина взялася на пляжі?</w:t>
      </w:r>
    </w:p>
    <w:p>
      <w:r>
        <w:br/>
        <w:t>— Ви мене питаєте?</w:t>
      </w:r>
    </w:p>
    <w:p>
      <w:r>
        <w:br/>
        <w:t>— Таж не папу римського.</w:t>
      </w:r>
    </w:p>
    <w:p>
      <w:r>
        <w:br/>
        <w:t>— А хіба коням тут бувати заборонено?</w:t>
      </w:r>
    </w:p>
    <w:p>
      <w:r>
        <w:br/>
        <w:t>— Ти що, з мене сміятися надумав? Чого вас тепер у тій школі вчать?</w:t>
      </w:r>
    </w:p>
    <w:p>
      <w:r>
        <w:br/>
        <w:t>— Я не сміюся, а запитую. Тут ніде не написано, що коням відвідувати пляж суворо заборонено...</w:t>
      </w:r>
    </w:p>
    <w:p>
      <w:r>
        <w:br/>
        <w:t>— Недодивилися, того й не написано...</w:t>
      </w:r>
    </w:p>
    <w:p>
      <w:r>
        <w:br/>
        <w:t>— А хіба це пляж? Це ж — не пляж!</w:t>
      </w:r>
    </w:p>
    <w:p>
      <w:r>
        <w:br/>
        <w:t>— Ти, бачу, клепаний на язик, як циганське дитя на одне місце. І де такий взявся-уродився?</w:t>
      </w:r>
    </w:p>
    <w:p>
      <w:r>
        <w:br/>
        <w:t>— Я приїхав з Києва.</w:t>
      </w:r>
    </w:p>
    <w:p>
      <w:r>
        <w:br/>
        <w:t>— То й що? Ми теж приїхали...</w:t>
      </w:r>
    </w:p>
    <w:p>
      <w:r>
        <w:br/>
        <w:t>— А хіба я що? Я нічого,— невпевнено сказав Славко.</w:t>
      </w:r>
    </w:p>
    <w:p>
      <w:r>
        <w:br/>
        <w:t>— Отож-то,— сказав уже геть посоловілий дядько, якому тепер невсилки було згадати, з чого ж почалася розмова, тому він пом'якшав, але вирішив на всяк випадок приструнчити цього урвителя. А що Славко обов'язково урвитель — дядько чомусь анітрохи не сумнівався.— Ти мені дивися, туману в очі не напускай. І... щоб усе було з тобою в акураті. Пойняв?</w:t>
      </w:r>
    </w:p>
    <w:p>
      <w:r>
        <w:br/>
        <w:t>— Атож,— з готовністю відказав Славко, щоб припинити незрозумілу балачку. Навіть і не перепитав, що ж саме повинно бути "в акураті", бо скільки не силкувався, так і не збагнув чудернацьких дядькових слів.</w:t>
      </w:r>
    </w:p>
    <w:p>
      <w:r>
        <w:br/>
        <w:t>Дядько підставив сонцю круглого, як глобус, живота й захропів на весь берег. Аж Каштан прокинувся і вуха нашорошив.</w:t>
      </w:r>
    </w:p>
    <w:p>
      <w:r>
        <w:br/>
        <w:t>— Як тракторець під горою,— прокоментував те Славко й лукаво підморгнув Каштанові.— Нічого, йому своє, а нам своє, правда ж?</w:t>
      </w:r>
    </w:p>
    <w:p>
      <w:r>
        <w:br/>
        <w:t>Кінь уважно подивився на нього і начеб задумався.</w:t>
      </w:r>
    </w:p>
    <w:p>
      <w:r>
        <w:br/>
        <w:t>— Ех, якби ж ти говорити вмів,— раптом з жалем сказав Славко.</w:t>
      </w:r>
    </w:p>
    <w:p>
      <w:r>
        <w:br/>
        <w:t>4</w:t>
      </w:r>
    </w:p>
    <w:p>
      <w:r>
        <w:br/>
        <w:t>Батьки вже не сварили його за цю дивну дружбу з Каштаном. Побачивши тоді, як обіймав сонного коня біля річки, злякалися. Мати й досі не може відійти, як те згадає.</w:t>
      </w:r>
    </w:p>
    <w:p>
      <w:r>
        <w:br/>
        <w:t>— Тебе не можна без нагляду кидати. Завжди знайдеш на свою голову пригоду. Уперше побачив коняку й давай з нею обійматися. А як хвицне?</w:t>
      </w:r>
    </w:p>
    <w:p>
      <w:r>
        <w:br/>
        <w:t>— Не хвицне,— впевнено мовив Славко.</w:t>
      </w:r>
    </w:p>
    <w:p>
      <w:r>
        <w:br/>
        <w:t>— Звідки ти знаєш?</w:t>
      </w:r>
    </w:p>
    <w:p>
      <w:r>
        <w:br/>
        <w:t>— А так і знаю. Він, по-перше, дуже мирний і лагідний кінь, а по-друге, коні спереду ніколи не хвицаються.</w:t>
      </w:r>
    </w:p>
    <w:p>
      <w:r>
        <w:br/>
        <w:t>— Подумати тільки: нещасне дитя асфальту побачило коня і не злякалося до нього підійти,— вкотре вже дивувалася мати.</w:t>
      </w:r>
    </w:p>
    <w:p>
      <w:r>
        <w:br/>
        <w:t>— А чого б ото я лякався? Це ж кінь, а не тигр чи леопард, наприклад. Коні ж такі розумні!..</w:t>
      </w:r>
    </w:p>
    <w:p>
      <w:r>
        <w:br/>
        <w:t>— Де тобі знати, які вони розумні?</w:t>
      </w:r>
    </w:p>
    <w:p>
      <w:r>
        <w:br/>
        <w:t>— А я читав. Читав і про арабських скакунів, і про дончаків, і про коня Пржевальського, і про тарпанів. Ти, мамо, знаєш, наприклад, що таке квотерхос?</w:t>
      </w:r>
    </w:p>
    <w:p>
      <w:r>
        <w:br/>
        <w:t>— То й що ж це таке? — зніяковіла мама.</w:t>
      </w:r>
    </w:p>
    <w:p>
      <w:r>
        <w:br/>
        <w:t>— Це порода коней, виведених в американських штатах Кароліна і Віргінія. Їх ще називають ковбойськими кіньми. Перед нашим від'їздом у село по телевізору показували родео...</w:t>
      </w:r>
    </w:p>
    <w:p>
      <w:r>
        <w:br/>
        <w:t>— Ти в нас коняча енциклопедія,— засміялася мама і махнула рукою: — Виховуй уже свого мустанга.</w:t>
      </w:r>
    </w:p>
    <w:p>
      <w:r>
        <w:br/>
        <w:t>— Не мустанга, а тарпана.</w:t>
      </w:r>
    </w:p>
    <w:p>
      <w:r>
        <w:br/>
        <w:t>— Хіба не все одно?</w:t>
      </w:r>
    </w:p>
    <w:p>
      <w:r>
        <w:br/>
        <w:t>— Це різні речі,— авторитетно пояснив Славко,— і їх не можна плутати. Ти ж не назвеш сенбернара фокстер'єром?</w:t>
      </w:r>
    </w:p>
    <w:p>
      <w:r>
        <w:br/>
        <w:t>— Так то ж — собаки...</w:t>
      </w:r>
    </w:p>
    <w:p>
      <w:r>
        <w:br/>
        <w:t>— А це — коні. І вони, до речі, такі ж розумні, як і собаки.</w:t>
      </w:r>
    </w:p>
    <w:p>
      <w:r>
        <w:br/>
        <w:t>— Хай буде гречка,— сказав батько й утупився в екран телевізора, де вже починався футбол.</w:t>
      </w:r>
    </w:p>
    <w:p>
      <w:r>
        <w:br/>
        <w:t>— Оце так: одному футбол, другому — кінь, а я не знаю, де себе й діти!</w:t>
      </w:r>
    </w:p>
    <w:p>
      <w:r>
        <w:br/>
        <w:t>Славко подумав трохи, що б його порадити мамі, а потім сказав:</w:t>
      </w:r>
    </w:p>
    <w:p>
      <w:r>
        <w:br/>
        <w:t>— Купи собі сенбернара, водитимеш його на прогулянку.</w:t>
      </w:r>
    </w:p>
    <w:p>
      <w:r>
        <w:br/>
        <w:t>— Ще сенбернара мені до вас не вистачало!</w:t>
      </w:r>
    </w:p>
    <w:p>
      <w:r>
        <w:br/>
        <w:t>А Славко вже вискочив з хати. Побіг до колгоспного двору, бо подумав, що Каштан уже заскучав там без нього.</w:t>
      </w:r>
    </w:p>
    <w:p>
      <w:r>
        <w:br/>
        <w:t>5</w:t>
      </w:r>
    </w:p>
    <w:p>
      <w:r>
        <w:br/>
        <w:t>Споночіло.</w:t>
      </w:r>
    </w:p>
    <w:p>
      <w:r>
        <w:br/>
        <w:t>Степан попихкував цигаркою і розповідав Славкові про коней:</w:t>
      </w:r>
    </w:p>
    <w:p>
      <w:r>
        <w:br/>
        <w:t>— Вони просто як люди, у кожного своя манорія. То, буває, плохий, затюканий, а то — як твій Каштан. Ох, і з характером був змолоду — сама гординя. Тільки крикнеш на нього або оперіщиш батогом — скаженів, звірюкою ставав. Правда, й до роботи скажений був. У хор кається в плузі — а й виду не подає. І де воно таке гонорове серед коней узялося?</w:t>
      </w:r>
    </w:p>
    <w:p>
      <w:r>
        <w:br/>
        <w:t>Од комарів уже не було ніякого спасу, все тіло Славкові свербіло, але він, безперервно чухмарячись, не пропускав жодного Степанового слова.</w:t>
      </w:r>
    </w:p>
    <w:p>
      <w:r>
        <w:br/>
        <w:t>— Я ще лошатком добре його пам'ятаю. Таке ловкеньке було... Його б у цирк, щоб артистом був. Там би він себе показав. Та бач, як життя склалося. Багато хто змушений робити не те, що йому хотілося б.</w:t>
      </w:r>
    </w:p>
    <w:p>
      <w:r>
        <w:br/>
        <w:t>Славко слухав і чудувався з того, як кумедно вилітають із Степанового рота слова, як ніби він підштовхує кожне язиком, щоб швидше вискакувало з рота.</w:t>
      </w:r>
    </w:p>
    <w:p>
      <w:r>
        <w:br/>
        <w:t>— Засиділися з тобою, рушатимем додому, бо комарі з'їдять.</w:t>
      </w:r>
    </w:p>
    <w:p>
      <w:r>
        <w:br/>
        <w:t>— Я зараз тільки з Каштаном попрощаюся, ось рафінаду дам...</w:t>
      </w:r>
    </w:p>
    <w:p>
      <w:r>
        <w:br/>
        <w:t>— Ти думаєш, він голодний? Цілий рептух качанів улолокав. Їсти знову став — як не в себе...</w:t>
      </w:r>
    </w:p>
    <w:p>
      <w:r>
        <w:br/>
        <w:t>— То це ж добре. Ви казали, раніше не хотів їсти.</w:t>
      </w:r>
    </w:p>
    <w:p>
      <w:r>
        <w:br/>
        <w:t>— Та непогано ж. Харч — він усіх на ногах тримає.</w:t>
      </w:r>
    </w:p>
    <w:p>
      <w:r>
        <w:br/>
        <w:t>Каштан уже впізнавав Славкові кроки. Зачувши їх зараз, він</w:t>
      </w:r>
    </w:p>
    <w:p>
      <w:r>
        <w:br/>
        <w:t>повернувся і заіржав. Очі його ожили темним блиском.</w:t>
      </w:r>
    </w:p>
    <w:p>
      <w:r>
        <w:br/>
        <w:t>Славко простяг йому на долоні рафінад, і він обережно взяв його губами. Потім довірливо, як собака, потерся головою об хлопчикове плече.</w:t>
      </w:r>
    </w:p>
    <w:p>
      <w:r>
        <w:br/>
        <w:t>— Ну й мазун ти в мене! — засміявся Славко.</w:t>
      </w:r>
    </w:p>
    <w:p>
      <w:r>
        <w:br/>
        <w:t>А Каштан легенько куснув його за плече.</w:t>
      </w:r>
    </w:p>
    <w:p>
      <w:r>
        <w:br/>
        <w:t>— Диви, яким кусючкою став! Кусатимеш — зуби більше не виростуть!</w:t>
      </w:r>
    </w:p>
    <w:p>
      <w:r>
        <w:br/>
        <w:t>— Ходімо, козаче, додому, бо пізно вже. Перепаде тобі од батька на горіхи,— сказав Степан, що підійшов і з цікавістю дивився на хлопчину й коня.</w:t>
      </w:r>
    </w:p>
    <w:p>
      <w:r>
        <w:br/>
        <w:t>— До завтра, Каштане! Жди, я зранку за тобою зайду.</w:t>
      </w:r>
    </w:p>
    <w:p>
      <w:r>
        <w:br/>
        <w:t>— Та діждеться ж, не помре.</w:t>
      </w:r>
    </w:p>
    <w:p>
      <w:r>
        <w:br/>
        <w:t>— Скільки йому вже може бути років? — спитав Славко дорогою.</w:t>
      </w:r>
    </w:p>
    <w:p>
      <w:r>
        <w:br/>
        <w:t>— Може, тридцять, а може, й усі сорок, хто його зна...</w:t>
      </w:r>
    </w:p>
    <w:p>
      <w:r>
        <w:br/>
        <w:t>— То він уже дуже старий?</w:t>
      </w:r>
    </w:p>
    <w:p>
      <w:r>
        <w:br/>
        <w:t>— Та старий. Як світ, старий.</w:t>
      </w:r>
    </w:p>
    <w:p>
      <w:r>
        <w:br/>
        <w:t>— Шкода.</w:t>
      </w:r>
    </w:p>
    <w:p>
      <w:r>
        <w:br/>
        <w:t>— Багато чого шкода, та нічого не вдієш,— відповів Степан, думаючи про щось своє.</w:t>
      </w:r>
    </w:p>
    <w:p>
      <w:r>
        <w:br/>
        <w:t>6</w:t>
      </w:r>
    </w:p>
    <w:p>
      <w:r>
        <w:br/>
        <w:t>— Знов конину сюди приплуганив?.. А нащо? — питає дядько-пиворіз.</w:t>
      </w:r>
    </w:p>
    <w:p>
      <w:r>
        <w:br/>
        <w:t>Він сидить на тому ж місці, що й учора. Начеб і на ніч нікуди не ходив. Біля нього знову ціла батарея пляшок пива.</w:t>
      </w:r>
    </w:p>
    <w:p>
      <w:r>
        <w:br/>
        <w:t>— Не турбуйтесь, дядьку, все буде в акураті. Це ж не простий, а вчений кінь.</w:t>
      </w:r>
    </w:p>
    <w:p>
      <w:r>
        <w:br/>
        <w:t>— Розкажи кому-небудь...</w:t>
      </w:r>
    </w:p>
    <w:p>
      <w:r>
        <w:br/>
        <w:t>— Хочте — вірте, хочте — ні.</w:t>
      </w:r>
    </w:p>
    <w:p>
      <w:r>
        <w:br/>
        <w:t>— Ніколи не повірю,— каже і береться до пива, пожадливо заливає його в себе, і живіт йому з кожною пляшкою роздувається, роздувається...</w:t>
      </w:r>
    </w:p>
    <w:p>
      <w:r>
        <w:br/>
        <w:t>Славко з усіх сил затискає долонями рота, щоб дядько не почув його сміху, й летить до води, вигукуючи на ходу:</w:t>
      </w:r>
    </w:p>
    <w:p>
      <w:r>
        <w:br/>
        <w:t>— Каштан, за мною! Вперед!</w:t>
      </w:r>
    </w:p>
    <w:p>
      <w:r>
        <w:br/>
        <w:t>Кінь потрусив важке тіло за ним.</w:t>
      </w:r>
    </w:p>
    <w:p>
      <w:r>
        <w:br/>
        <w:t>Плавають наввипередки. Згодом Славко хапає Каштана за хвіст і змушує, щоб той буксирував його.</w:t>
      </w:r>
    </w:p>
    <w:p>
      <w:r>
        <w:br/>
        <w:t>Сонце вже випливло зовсім високо, а хлопець усе не виходить з води й коня не випускає.</w:t>
      </w:r>
    </w:p>
    <w:p>
      <w:r>
        <w:br/>
        <w:t>Дядько на березі вже повипивав усі пляшки, нудиться без пива, як дитя без соски. Знічев'я обводить важким поглядом річку й гукає:</w:t>
      </w:r>
    </w:p>
    <w:p>
      <w:r>
        <w:br/>
        <w:t>— Вилазь, хлопче, бо на голові верба виросте. І коневі дай спокій — він у тебе вже на ладан дише.</w:t>
      </w:r>
    </w:p>
    <w:p>
      <w:r>
        <w:br/>
        <w:t>Коли вийшли з води, в Каштана довго ходили ходором, а потім глибоко позападали здухвини. Кінь упав і відразу ж заснув.</w:t>
      </w:r>
    </w:p>
    <w:p>
      <w:r>
        <w:br/>
        <w:t>7</w:t>
      </w:r>
    </w:p>
    <w:p>
      <w:r>
        <w:br/>
        <w:t>Він плив спокійною рікою сну, і нараз якась владна сила вихопила його з тої ріки, як рибу.</w:t>
      </w:r>
    </w:p>
    <w:p>
      <w:r>
        <w:br/>
        <w:t>Увесь змокрілий, спраглий, із болісним копитним гулом у гарячій голові, лежав він на встеленім соломою помості й задихався.</w:t>
      </w:r>
    </w:p>
    <w:p>
      <w:r>
        <w:br/>
        <w:t>Він з усіх сил напружив зір і намагався щось побачити крізь важку пелену темряви.</w:t>
      </w:r>
    </w:p>
    <w:p>
      <w:r>
        <w:br/>
        <w:t>Він нашорошив вуха: чи не зазвучать знайомі кроки?</w:t>
      </w:r>
    </w:p>
    <w:p>
      <w:r>
        <w:br/>
        <w:t>Але ніхто нізвідки до нього не йшов.</w:t>
      </w:r>
    </w:p>
    <w:p>
      <w:r>
        <w:br/>
        <w:t>Він хотів звестися. Задер голову і вже навіть ставав на передні ноги, та вони затремтіли і підкосилися.</w:t>
      </w:r>
    </w:p>
    <w:p>
      <w:r>
        <w:br/>
        <w:t>Каштан незграбно впав набік і боляче вдарився головою об перегородку.</w:t>
      </w:r>
    </w:p>
    <w:p>
      <w:r>
        <w:br/>
        <w:t>Він полежав тихцем, прислухаючись до свого болю і намагаючись зібратися на силі. Біль переходив з голови у груди, в ноги, в живіт. Тіло йому всередині стало аж закипати холодним дрижем, а шкура боляче стяглася, мовби на морозі.</w:t>
      </w:r>
    </w:p>
    <w:p>
      <w:r>
        <w:br/>
        <w:t>Важка й густа темінь у вікні над ним поволі розмивалася, вікно сіріло, виразнішим ставав його чотирикутник на стіні.</w:t>
      </w:r>
    </w:p>
    <w:p>
      <w:r>
        <w:br/>
        <w:t>Каштан подивився на той сірий чотирикутник довгим тужливим поглядом і знову прислухався. В конюшні було тихо й темно. І лише в голові йому то наростав, то стишувався копитний гул.</w:t>
      </w:r>
    </w:p>
    <w:p>
      <w:r>
        <w:br/>
        <w:t>Каштан напружився і конвульсивно заіржав, кинувши в те іржання рештки згасаючих сил.</w:t>
      </w:r>
    </w:p>
    <w:p>
      <w:r>
        <w:br/>
        <w:t>Іржання розбудило всіх коней. Вони позривалися на ноги. Нажахано іржали, хропіли, били ногами в перегородки, свердлили темряву налитими кров'ю очима, гриміли ланцюгами, намагаючись попереривати їх.</w:t>
      </w:r>
    </w:p>
    <w:p>
      <w:r>
        <w:br/>
        <w:t>Але Капітан уже не чув того вировиська в конюшні, слух йому раптово відібрало. Він ще раз спроквола підняв голову і подивився майже невидющим поглядом, чи ніхто до нього не йде.</w:t>
      </w:r>
    </w:p>
    <w:p>
      <w:r>
        <w:br/>
        <w:t>Життя виходило з нього, мов тепло з усіма забутого вогнища.</w:t>
      </w:r>
    </w:p>
    <w:p>
      <w:r>
        <w:br/>
        <w:t>Він уже зовсім знеможено заплющив очі, щоб більше не розплющити їх. І з них викотилися гарячі, важкі, як свинець, сльозини.</w:t>
      </w:r>
    </w:p>
    <w:p>
      <w:r>
        <w:br/>
        <w:t>Йому раптово полегшало, але це відчуття було миттєвим, як спалах блискавки на нічному небі,— майнуло і щезло.</w:t>
      </w:r>
    </w:p>
    <w:p>
      <w:r>
        <w:br/>
        <w:t>І тоді на нього навально впала темрява.</w:t>
      </w:r>
    </w:p>
    <w:p>
      <w:r>
        <w:br/>
        <w:t>Він зітхнув і затих.</w:t>
      </w:r>
    </w:p>
    <w:p>
      <w:r>
        <w:br/>
        <w:t>8</w:t>
      </w:r>
    </w:p>
    <w:p>
      <w:r>
        <w:br/>
        <w:t>— Та це ще з тиждень тому було,— сказав Степан...</w:t>
      </w:r>
    </w:p>
    <w:p>
      <w:r>
        <w:br/>
        <w:t>Славко мовчки пішов у конюшню. Подивився туди, де завжди</w:t>
      </w:r>
    </w:p>
    <w:p>
      <w:r>
        <w:br/>
        <w:t>був Каштан. Перед очима йому попливли жолоби, вікна, двері. Він безсило схилився на перегородку й зайшовся ридма.</w:t>
      </w:r>
    </w:p>
    <w:p>
      <w:r>
        <w:br/>
        <w:t>Степан стояв збоку, дивився на хлопцеву голову і зніяковіло казав:</w:t>
      </w:r>
    </w:p>
    <w:p>
      <w:r>
        <w:br/>
        <w:t>— Ти, козаче, той... не плач, значить. Не можна буть таким тонкосльозим. Добрий ти дуже — отого й сльози зразу... Вік вийшов коневі — от і все. Та й за тобою заскучав, поки ти хворів...</w:t>
      </w:r>
    </w:p>
    <w:p>
      <w:r>
        <w:br/>
        <w:t>Степан говорив незвично повільно. Слова вже не вилітали з рота, мов лушпиння, а тихо просочувались крізь прокурені зуби і падали до його ніг, як важкі краплі води.</w:t>
      </w:r>
    </w:p>
    <w:p>
      <w:r>
        <w:br/>
        <w:t>— Ти коли їхатимеш?</w:t>
      </w:r>
    </w:p>
    <w:p>
      <w:r>
        <w:br/>
        <w:t>— Що?</w:t>
      </w:r>
    </w:p>
    <w:p>
      <w:r>
        <w:br/>
        <w:t>— Їхатимеш коли, питаю...</w:t>
      </w:r>
    </w:p>
    <w:p>
      <w:r>
        <w:br/>
        <w:t>— Завтра.</w:t>
      </w:r>
    </w:p>
    <w:p>
      <w:r>
        <w:br/>
        <w:t>— Зайди ж попрощатися.</w:t>
      </w:r>
    </w:p>
    <w:p>
      <w:r>
        <w:br/>
        <w:t>— Добре.</w:t>
      </w:r>
    </w:p>
    <w:p>
      <w:r>
        <w:br/>
        <w:t>— Не забудь же зайти. Я тобі ременя солдатського подарую, щоб пам'ятав Степана. А тепер іди, не терзай собі душу.</w:t>
      </w:r>
    </w:p>
    <w:p>
      <w:r>
        <w:br/>
        <w:t>...Того вечора Славко рано ліг спати й одразу ж заснув.</w:t>
      </w:r>
    </w:p>
    <w:p>
      <w:r>
        <w:br/>
        <w:t>— Ти бачиш, як усе вийшло нам на кінець відпустки,— журно сказала мати батькові.— Й ангіна ця десь до нього причепилася, і кінь його помер...</w:t>
      </w:r>
    </w:p>
    <w:p>
      <w:r>
        <w:br/>
        <w:t>— Я побачив сьогодні, що в нього стали зовсім дорослі очі. Дуже він побивається.</w:t>
      </w:r>
    </w:p>
    <w:p>
      <w:r>
        <w:br/>
        <w:t>— В місті швидко все забуде. Дитячий біль — як роса, зійде сонечко — роса щезне.</w:t>
      </w:r>
    </w:p>
    <w:p>
      <w:r>
        <w:br/>
        <w:t>— Якби ж так і з нашим Славком. Надто він вразливий. Чи ми тут винні, чи він такий удався?..</w:t>
      </w:r>
    </w:p>
    <w:p>
      <w:r>
        <w:br/>
        <w:t>— Таким він удався, таким і зостанеться. З таких і люди виходять,— роздумливо сказала бабуся і погладила схожу на кульбабу Славкову голову.</w:t>
      </w:r>
    </w:p>
    <w:p>
      <w:r>
        <w:br/>
        <w:t>Вони обоє уважно подивилися на неї. І обоє тільки зараз виразно помітили, що вона вже стара, висушена, як тріска, що її очі вже давно поблякли...</w:t>
      </w:r>
    </w:p>
    <w:p>
      <w:r>
        <w:br/>
        <w:t>Переглянувшись одне з одним, вони опустили погляди долу.</w:t>
      </w:r>
    </w:p>
    <w:p>
      <w:r>
        <w:br/>
        <w:t>...А вранці Славко пішов до Степана попрощатися.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Нащадок тарпанів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