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Народний артист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Народний артист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