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 війни не хоче (збірка)</w:t>
      </w:r>
    </w:p>
    <w:p>
      <w:r>
        <w:br/>
        <w:t xml:space="preserve"> &lt;p&gt;"ШЕРШЕНЬ"</w:t>
      </w:r>
    </w:p>
    <w:p>
      <w:r>
        <w:br/>
        <w:t>Сиділи ми з Домахою Петрівною у садку під грушею. Сиділи ми на горбочку, видно було за садком підмет, на підметі зеленів конопляний килим, за підметом голубіла річечка.</w:t>
      </w:r>
    </w:p>
    <w:p>
      <w:r>
        <w:br/>
        <w:t>Надходив вечір, тьохкав соловейко, цвіла, аж шаленіла з того цвіту, груша, одцвітали вишні, витикалися на вгороді з пухкої чорноземлі картопля, у гнізді, що ото на стовпі на колесі, гріла чорногузиха майбутніх чорногузенят, ласкаво під тином квоктала квочка, скликаючи жовтеньких курчат, що тільки позавчора поскидали з себе яїчну шкаралупу, мекало в загончикові колинеколи телятко, сумуючи за мамою, що не прийшла ще з паші… Прогуркотів вулицею трактор, прогув угорі "Лі", прямуючи на Київ, а ми з Домахою Петрівною сиділи, балакали.</w:t>
      </w:r>
    </w:p>
    <w:p>
      <w:r>
        <w:br/>
        <w:t>Кожен, значить, робив своє діло.</w:t>
      </w:r>
    </w:p>
    <w:p>
      <w:r>
        <w:br/>
        <w:t>Почувши "Лі", Домаха Петрівна промовила:</w:t>
      </w:r>
    </w:p>
    <w:p>
      <w:r>
        <w:br/>
        <w:t>— Не літала! Зроду не літала!</w:t>
      </w:r>
    </w:p>
    <w:p>
      <w:r>
        <w:br/>
        <w:t>— А ви, — кажу, — полетіть.</w:t>
      </w:r>
    </w:p>
    <w:p>
      <w:r>
        <w:br/>
        <w:t>— Боюсь. Дуже високо. Якби трішки нижче, полетіла б. Домаха Петрівна дійшла вже того віку, коли:</w:t>
      </w:r>
    </w:p>
    <w:p>
      <w:r>
        <w:br/>
        <w:t>— Е! Вже недобачаю іштку в голку встромити. Як хто встромить, то ще штанці Васькові полатаю. Ну і рве, ну і рве, капосний хлопець, горить на ньому все. А як посварюсь, так ніколи не змовчить.</w:t>
      </w:r>
    </w:p>
    <w:p>
      <w:r>
        <w:br/>
        <w:t>Зразу мені:</w:t>
      </w:r>
    </w:p>
    <w:p>
      <w:r>
        <w:br/>
        <w:t>— Як такий, — каже, — буду, бабусю, як ви, то й у мене штани цілі будуть, як у вас, — каже, — спідниця.</w:t>
      </w:r>
    </w:p>
    <w:p>
      <w:r>
        <w:br/>
        <w:t>— Отакі тепер онуки пішли. І в кого воно вдалося… Я зроду такою не була.</w:t>
      </w:r>
    </w:p>
    <w:p>
      <w:r>
        <w:br/>
        <w:t>— То, — кажу, — бабусю, такі онуки, що на літаках так літатимуть, як ми з вами тепер пішки ходимо.</w:t>
      </w:r>
    </w:p>
    <w:p>
      <w:r>
        <w:br/>
        <w:t>— Васько такий. Той літатиме. Як ото воно загуде вгорі, так він як упнеться поглядом, — ну, з місця його не зрушиш. Дивиться, дивиться, — а тоді аж підскочить на місці,— так ото його туди вгору тягне.</w:t>
      </w:r>
    </w:p>
    <w:p>
      <w:r>
        <w:br/>
        <w:t>— Літатиме, бабусю, літатиме.</w:t>
      </w:r>
    </w:p>
    <w:p>
      <w:r>
        <w:br/>
        <w:t>— Ох, і хлопець. "Я, — каже, — фашистам ні татка, ні мамки ніколи не прощу". А оце колись прибіг додому та до мене:</w:t>
      </w:r>
    </w:p>
    <w:p>
      <w:r>
        <w:br/>
        <w:t>— Знову, — каже, — бабусю, "шершень" загув. По радіо ото в сільраді чув. Та ви, — каже, — бабусю, не лякайтесь, ми тому "шершню" крила пооббиваємо.</w:t>
      </w:r>
    </w:p>
    <w:p>
      <w:r>
        <w:br/>
        <w:t>Я зразу не зрозумів та й перепитую Домаху Петрівну:</w:t>
      </w:r>
    </w:p>
    <w:p>
      <w:r>
        <w:br/>
        <w:t>— Що, — питаю, — за "шершень"?</w:t>
      </w:r>
    </w:p>
    <w:p>
      <w:r>
        <w:br/>
        <w:t>— Та хіба ж ви не чули, чи що. Аглицький ото "шершень". Той що до нас у війну приїздив. Та чули ви про його.</w:t>
      </w:r>
    </w:p>
    <w:p>
      <w:r>
        <w:br/>
        <w:t>— Ааа. Чув, чув.</w:t>
      </w:r>
    </w:p>
    <w:p>
      <w:r>
        <w:br/>
        <w:t>— Так, кажуть, знову загув. Тоді, як війна йшла, так не гув, а тільки ласкаво крильцями тріпав, а тепер, бач, гуде, та, кажуть, сердито гуде. Аж дзижчить. Чого йому треба?</w:t>
      </w:r>
    </w:p>
    <w:p>
      <w:r>
        <w:br/>
        <w:t>— "Шершень", — кажу. — От і гуде.</w:t>
      </w:r>
    </w:p>
    <w:p>
      <w:r>
        <w:br/>
        <w:t>— І ото воно думає, що як воно "шершень", так воно нас і перелякає. Та ви тільки гляньте. Рік же тільки без тої клятої війни живемо, а і в мене вже хата новенька. Та й скрізь по селу хатки новенькі біліють. І грушка моя ач як заквітчалася, а за німців ніколи так не цвіла. І вишеньки мої, як молоком облиті… І дерево знає, для кого воно росте, для кого воно цвіте, для кого воно родить. Не для німців, а для нас воно родить. І не для "шершеня" воно родитиме. Чи не так?</w:t>
      </w:r>
    </w:p>
    <w:p>
      <w:r>
        <w:br/>
        <w:t>— Так, бабусю, так.</w:t>
      </w:r>
    </w:p>
    <w:p>
      <w:r>
        <w:br/>
        <w:t>— А на підмет мій подивіться. До конопель мене приділили. Бачите, які: як щітка. І прополю, і догляну. І плоскінь виберу, і матірочку. І намочу, і витіпаю. Та насукаємо кріпкихкріпких ниточок, та наплетемо сіточок, та всіх "шершнів" і половимо. Щоб сердито не гули. Не вирвуться, бо нитка в мене кріпка буде.</w:t>
      </w:r>
    </w:p>
    <w:p>
      <w:r>
        <w:br/>
        <w:t>А я дивився на бабусю Домаху Петрівну, і було в мене на душі спокійно.</w:t>
      </w:r>
    </w:p>
    <w:p>
      <w:r>
        <w:br/>
        <w:t>"Шершні" гудуть, а ми День Перемоги святкуємо. Святкуємо в радості і в творчій праці. Хай гудуть.</w:t>
      </w:r>
    </w:p>
    <w:p>
      <w:r>
        <w:br/>
        <w:t>А як догудуться, — ну, що ж, — доведеться день другої перемоги святкувати.</w:t>
      </w:r>
    </w:p>
    <w:p>
      <w:r>
        <w:br/>
        <w:t>Коли не нам, то бабусиному Васькові, що так пильно на літаків удивляється.</w:t>
      </w:r>
    </w:p>
    <w:p>
      <w:r>
        <w:br/>
        <w:t>ПЕРЧІЛЬ У ПОХІД ЗІБРАВСЯ…</w:t>
      </w:r>
    </w:p>
    <w:p>
      <w:r>
        <w:br/>
        <w:t>Лорд Пістон Перчіль, зустрівши Новий рік келихом шампанського і побажавши справжнього миру всьому мирові, поцілував свою лордиху й лорденят та й проказав:</w:t>
      </w:r>
    </w:p>
    <w:p>
      <w:r>
        <w:br/>
        <w:t>— Ну, ви мої любі та милі, доїдайте тут і допивайте, а я піду ляжу, бо в мене праву литку якось дуже сіпає, а в поперека ніби хтось кілка встромив чи залізною завісою гахнув!</w:t>
      </w:r>
    </w:p>
    <w:p>
      <w:r>
        <w:br/>
        <w:t>Лордиха занепокоїлася:</w:t>
      </w:r>
    </w:p>
    <w:p>
      <w:r>
        <w:br/>
        <w:t>— Що з твоїм, мій лорденьку, Пістошо мій, попереком?! Литка — це не дивно, — литку ще з бурської війни тобі сіпає, як ти, будучи хвацьким гусариком, у полон до бурів потрапив, а от що з попереком — недопойму…</w:t>
      </w:r>
    </w:p>
    <w:p>
      <w:r>
        <w:br/>
        <w:t>— Ой, мабуть-таки, залізна завіса на поперек упала! — зітхнув лорд Пістон Перчіль.</w:t>
      </w:r>
    </w:p>
    <w:p>
      <w:r>
        <w:br/>
        <w:t>— То, може, Пістошо, хай би баба Бірнсиха пошептала та напою якогось випити дала. Кажуть, у неї дуже цілющий трунок є! І всередину пити, і зверху натирати. Як вип'єш, кажуть, так тебе трохи ніби помакартурить і стає легше. А як зверху потерти, спочатку заачесониться, а потім заспокоїться, і ніщо вже його не монгобере! Може б, я збігала?</w:t>
      </w:r>
    </w:p>
    <w:p>
      <w:r>
        <w:br/>
        <w:t>— Ні, моя люба міледихо, краще я ляжу та добре вгріюсь, — воно, може, й попустить! Скажи камердинерові, щоб прослав оте рядно, що на фамільному гербі сьогодні провітрювалось, та щоб укрив мене кожухом австралійської вичинки.</w:t>
      </w:r>
    </w:p>
    <w:p>
      <w:r>
        <w:br/>
        <w:t>— Лягай, лягай, Пістошо! Лягай!</w:t>
      </w:r>
    </w:p>
    <w:p>
      <w:r>
        <w:br/>
        <w:t>— Гудбайніч, моя міледичко!</w:t>
      </w:r>
    </w:p>
    <w:p>
      <w:r>
        <w:br/>
        <w:t>— Гудбайніч, мій старенький! Гудбайніч!</w:t>
      </w:r>
    </w:p>
    <w:p>
      <w:r>
        <w:br/>
        <w:t>Поклали лорда Пістона камердинери й лакеї на ліжко, фамільним рядном заслане, вкрили кожухом австралійської вичинки, міледиха його перехрестила та й проказала:</w:t>
      </w:r>
    </w:p>
    <w:p>
      <w:r>
        <w:br/>
        <w:t>— Спи, мій Пістошо, спи спокійно, і хай не непокоять тебе ніякі сни! Гудбайніч!</w:t>
      </w:r>
    </w:p>
    <w:p>
      <w:r>
        <w:br/>
        <w:t>А була ж якраз новорічна ніч.</w:t>
      </w:r>
    </w:p>
    <w:p>
      <w:r>
        <w:br/>
        <w:t>Якій же людині, хоча б вона була й лордом Пістоном Перчілем, не сниться сон у новорічну ніч?</w:t>
      </w:r>
    </w:p>
    <w:p>
      <w:r>
        <w:br/>
        <w:t>Тількино лорд Пістон Перчіль захропли, одразу ж і почалося!</w:t>
      </w:r>
    </w:p>
    <w:p>
      <w:r>
        <w:br/>
        <w:t>Та яке почалося!</w:t>
      </w:r>
    </w:p>
    <w:p>
      <w:r>
        <w:br/>
        <w:t>Спочатку приверзлася величезна єгипетська піраміда, на весь Єгипет піраміда, в сто разів більша, ніж Хеопсова, така велика, що крізь неї річка Ніл протікає.</w:t>
      </w:r>
    </w:p>
    <w:p>
      <w:r>
        <w:br/>
        <w:t>А на тій велетенській піраміді стоїть індійський слон, великийвеликий індійський слон, такий завбільшки індійський слон, як сто слонів укупі, а на тому слоні йому видать: і Єгипет йому видать, і ПівденноАфриканський союз йому видать, і Індію, і Іран, і Палестину, і Аравію — всевсе йому з тої піраміди видать.</w:t>
      </w:r>
    </w:p>
    <w:p>
      <w:r>
        <w:br/>
        <w:t>І всі в тих країнах народи перед лордом Пістоном Перчілем навколішки стоять і низько, вірнопіддано йому вклоняються.</w:t>
      </w:r>
    </w:p>
    <w:p>
      <w:r>
        <w:br/>
        <w:t>А він, лорд Пістон Перчіль, на слоні сидить, молоточком розмахує та покрикує:</w:t>
      </w:r>
    </w:p>
    <w:p>
      <w:r>
        <w:br/>
        <w:t>— Демократичніше! Демократичніше кланяйтесь! Нижче! Нижче! Демократичніше!</w:t>
      </w:r>
    </w:p>
    <w:p>
      <w:r>
        <w:br/>
        <w:t>Аж тут і в Індії, і в Палестині, і в Ірані, і в Єгипті щось ніби бахнуло, загуло, тріснуло, і народи, замість уклонятися, підводитися почали.</w:t>
      </w:r>
    </w:p>
    <w:p>
      <w:r>
        <w:br/>
        <w:t>Лорд Пістон Перчіль прокинулись і сердито засопли: не сподобався їм подальший розвиток сну.</w:t>
      </w:r>
    </w:p>
    <w:p>
      <w:r>
        <w:br/>
        <w:t>Посопли лорд Пістон Перчіль, почухались та й знову заснули.</w:t>
      </w:r>
    </w:p>
    <w:p>
      <w:r>
        <w:br/>
        <w:t>Тоді прийшов їм уві сні славетний їхній предок Мальбрук. У латах, у панцирі, на білому англоарабському коні прийшов славетний Мальбрук та й махнув золотою пікою:</w:t>
      </w:r>
    </w:p>
    <w:p>
      <w:r>
        <w:br/>
        <w:t>— Чого спиш, лорде Пістоне Перчілю? — крикнув Мальбрук. — Чому в похід не збираєшся, як я колись збирався?! Адже ж ще не все тобою повойовано?! Хто ж його повоює, як не ти?!</w:t>
      </w:r>
    </w:p>
    <w:p>
      <w:r>
        <w:br/>
        <w:t>І підводять ніби йому вороного коня, і сідає лорд Пістон Перчіль на коня вороного, як колись, бувши молодим гусарином, сідав, і в похід виступає.</w:t>
      </w:r>
    </w:p>
    <w:p>
      <w:r>
        <w:br/>
        <w:t>А за ним танкові дивізії, моторизовані частини, артилерія, кавалерія…</w:t>
      </w:r>
    </w:p>
    <w:p>
      <w:r>
        <w:br/>
        <w:t>А над ним гудуть самольоти…</w:t>
      </w:r>
    </w:p>
    <w:p>
      <w:r>
        <w:br/>
        <w:t>Мальбруків нащадок лорд Пістон Перчіль веде військо своє одну шосту частину світу воювати… Хвацько веде!</w:t>
      </w:r>
    </w:p>
    <w:p>
      <w:r>
        <w:br/>
        <w:t>Довів лорд Пістон Перчіль аж до того місця, звідки сяйво Червоних зір видко стало.</w:t>
      </w:r>
    </w:p>
    <w:p>
      <w:r>
        <w:br/>
        <w:t>Як забачив лорд Пістон Перчіль Червоних зір сяйво, зразу за залізну завісу, якраз у тім місці, де "Made in Germani"[18] написано.</w:t>
      </w:r>
    </w:p>
    <w:p>
      <w:r>
        <w:br/>
        <w:t>Зскочив із коня та й… прокинувся…</w:t>
      </w:r>
    </w:p>
    <w:p>
      <w:r>
        <w:br/>
        <w:t>— Міледихо! — крикнув. — Давай камердинерів!</w:t>
      </w:r>
    </w:p>
    <w:p>
      <w:r>
        <w:br/>
        <w:t>— А що тобі, Пістошо? — міледиха питає.</w:t>
      </w:r>
    </w:p>
    <w:p>
      <w:r>
        <w:br/>
        <w:t>— Яв похід зібрався!</w:t>
      </w:r>
    </w:p>
    <w:p>
      <w:r>
        <w:br/>
        <w:t>— Боже мій! Боже мій! Хіба ж ти забув, як предок твій Мальбрук збирався і що з того вийшло!</w:t>
      </w:r>
    </w:p>
    <w:p>
      <w:r>
        <w:br/>
        <w:t>— Так отже ж!</w:t>
      </w:r>
    </w:p>
    <w:p>
      <w:r>
        <w:br/>
        <w:t>— Казала, — покликати бабу Бірнсиху, щоб, може, пошептала, а тепер…</w:t>
      </w:r>
    </w:p>
    <w:p>
      <w:r>
        <w:br/>
        <w:t>А НАРОД ВІЙНИ НЕ ХОЧЕ</w:t>
      </w:r>
    </w:p>
    <w:p>
      <w:r>
        <w:br/>
        <w:t>І</w:t>
      </w:r>
    </w:p>
    <w:p>
      <w:r>
        <w:br/>
        <w:t>Свербить агресорам воювати!</w:t>
      </w:r>
    </w:p>
    <w:p>
      <w:r>
        <w:br/>
        <w:t>І не спиться тим панам, і не лежиться, крутяться пани, на своїх ліжках лежавши, і весь час їм увиджається, що кожний із них не менший, як генерал, а перед ним армії, корпуси, дивізії, артилерія, кавалерія, авіадивізії, мотодивізії, і що в кожного з них у кишені атомна бомба…</w:t>
      </w:r>
    </w:p>
    <w:p>
      <w:r>
        <w:br/>
        <w:t>А він стоїть і командує:</w:t>
      </w:r>
    </w:p>
    <w:p>
      <w:r>
        <w:br/>
        <w:t>— Вперед!</w:t>
      </w:r>
    </w:p>
    <w:p>
      <w:r>
        <w:br/>
        <w:t>Гармати стріляють, літаки гудуть, бомби рвуться, кавалерія рубає, противник — урозтіч… Така баталія! Така баталія! Аж сам пан не витримує й кидається в атаку:</w:t>
      </w:r>
    </w:p>
    <w:p>
      <w:r>
        <w:br/>
        <w:t>— Гурра!</w:t>
      </w:r>
    </w:p>
    <w:p>
      <w:r>
        <w:br/>
        <w:t>І в цю мить прокидається:</w:t>
      </w:r>
    </w:p>
    <w:p>
      <w:r>
        <w:br/>
        <w:t>Лап! — ні тобі артилерії, ні тобі кавалерії, ні мото, ні самольотів, — у руках у пана шмат одірваної в "бою" шовкової піжами, та й усе!</w:t>
      </w:r>
    </w:p>
    <w:p>
      <w:r>
        <w:br/>
        <w:t>Привид… Марення…</w:t>
      </w:r>
    </w:p>
    <w:p>
      <w:r>
        <w:br/>
        <w:t>А як же ж хочеться агресорам воювати! До болю, до різачки!</w:t>
      </w:r>
    </w:p>
    <w:p>
      <w:r>
        <w:br/>
        <w:t>Уоллстріт хоче, щоб усенький білий світ, щоб усю земну кулю — у сейф! Клац! — ключем:</w:t>
      </w:r>
    </w:p>
    <w:p>
      <w:r>
        <w:br/>
        <w:t>— Моя земна куля! Моя!</w:t>
      </w:r>
    </w:p>
    <w:p>
      <w:r>
        <w:br/>
        <w:t>Сиди тоді собі спокійно й визискуй! Натиснув на одне місце — пливе золото вагонами, пароплавами, транспортними літаками…</w:t>
      </w:r>
    </w:p>
    <w:p>
      <w:r>
        <w:br/>
        <w:t>На друге місце натиснув — каучук везуть.</w:t>
      </w:r>
    </w:p>
    <w:p>
      <w:r>
        <w:br/>
        <w:t>Ще натиснув — уранова руда, пшениця, вовна, скот…</w:t>
      </w:r>
    </w:p>
    <w:p>
      <w:r>
        <w:br/>
        <w:t>Все везуть панові — що на землі, що й під землею, що на воді, що й під водою, що в атмосфері, що й у стратосфері! Усе його!</w:t>
      </w:r>
    </w:p>
    <w:p>
      <w:r>
        <w:br/>
        <w:t>Він! Тільки він — хазяїн! Єдиний!</w:t>
      </w:r>
    </w:p>
    <w:p>
      <w:r>
        <w:br/>
        <w:t>ІІ</w:t>
      </w:r>
    </w:p>
    <w:p>
      <w:r>
        <w:br/>
        <w:t>Опритомнює містерпан, озирається навкруги, вдивляється вперед, прислухається…</w:t>
      </w:r>
    </w:p>
    <w:p>
      <w:r>
        <w:br/>
        <w:t>— Ми не хочемо воювати! — чує містерпан з Півдня…</w:t>
      </w:r>
    </w:p>
    <w:p>
      <w:r>
        <w:br/>
        <w:t>— Ми не будемо воювати! — лунає і з Півдня, і з Півночі, з Сходу і з Заходу.</w:t>
      </w:r>
    </w:p>
    <w:p>
      <w:r>
        <w:br/>
        <w:t>— Ми не дамо своїх дітей на гарматне м'ясо! — лунає з уст матерів усього світу.</w:t>
      </w:r>
    </w:p>
    <w:p>
      <w:r>
        <w:br/>
        <w:t>— Ми ніколи не добуватимемо вугілля, коли воно піде на підготування війни проти Радянського Союзу! — заявляють англійські шахтарі.</w:t>
      </w:r>
    </w:p>
    <w:p>
      <w:r>
        <w:br/>
        <w:t>— Повертайтесь додому, пане Черчілль, ми хочемо миру, а не війни! — заявила жіноча демонстрація Черчіллеві, коли він прибув до Сполучених Штатів Америки.</w:t>
      </w:r>
    </w:p>
    <w:p>
      <w:r>
        <w:br/>
        <w:t>— Геть, Ейзенхауере, до Америки!</w:t>
      </w:r>
    </w:p>
    <w:p>
      <w:r>
        <w:br/>
        <w:t>— Геть Північноатлантичний блок! Геть паліїв війни! — в усіх країнах лунає гнівний голос прогресивного людства.</w:t>
      </w:r>
    </w:p>
    <w:p>
      <w:r>
        <w:br/>
        <w:t>Прогресивні представники науки й культури, трудящі всього світу збираються на конгреси: Геть війну! Хай живе мир!</w:t>
      </w:r>
    </w:p>
    <w:p>
      <w:r>
        <w:br/>
        <w:t>Містерпан бачить це все і ще дужче скаженіє… Та хоч трісни, як кажуть, а народ війни не хоче…</w:t>
      </w:r>
    </w:p>
    <w:p>
      <w:r>
        <w:br/>
        <w:t>III</w:t>
      </w:r>
    </w:p>
    <w:p>
      <w:r>
        <w:br/>
        <w:t>А тут же агресорам з Уоллстріту до того ж припекло воювати, що аж-аж-аж…</w:t>
      </w:r>
    </w:p>
    <w:p>
      <w:r>
        <w:br/>
        <w:t>А ви знаєте, недорогі панове з Уоллстріту, — із такого становища можна вийти: можна розв'язати війну!</w:t>
      </w:r>
    </w:p>
    <w:p>
      <w:r>
        <w:br/>
        <w:t>Як?</w:t>
      </w:r>
    </w:p>
    <w:p>
      <w:r>
        <w:br/>
        <w:t>Виберіть якунебудь територію, краще якийнебудь острів, бо на суходолі не можна буде морської битви показати, — збирайтесь і їдьте на той острів…</w:t>
      </w:r>
    </w:p>
    <w:p>
      <w:r>
        <w:br/>
        <w:t>Беріть із собою всі генеральні штаби, всі пакти, беріть танки, самольоти, гармати, автомати, кулемети, лінкори, підводні човни, лоції, рації…</w:t>
      </w:r>
    </w:p>
    <w:p>
      <w:r>
        <w:br/>
        <w:t>Приїхавши, розділіться на два фронти чи на дві армії, на два, словом, боки і починайте.</w:t>
      </w:r>
    </w:p>
    <w:p>
      <w:r>
        <w:br/>
        <w:t>Одним боком хай командує якийсь американський вояка, другим боком — англійський. Починайте з розвідки.</w:t>
      </w:r>
    </w:p>
    <w:p>
      <w:r>
        <w:br/>
        <w:t>З одного боку посилайте в розвідку Черчілля, а з другого — Трумена.</w:t>
      </w:r>
    </w:p>
    <w:p>
      <w:r>
        <w:br/>
        <w:t>Дайте Черчіллеві й Трумену по атомній бомбі…</w:t>
      </w:r>
    </w:p>
    <w:p>
      <w:r>
        <w:br/>
        <w:t>Та посовітуйте, що коли вони один з одним зустрінуться, щоб Черчілль не кидав атомної бомби Труменові на окуляри, бо Трумен тоді додому дороги не знайде…</w:t>
      </w:r>
    </w:p>
    <w:p>
      <w:r>
        <w:br/>
        <w:t>Обов'язково не забудьте взяти з собою оту козу, що була при іспитах атомних бомб біля атола Бікіні. Кращого консультанта по атомній зброї ви не знайдете.</w:t>
      </w:r>
    </w:p>
    <w:p>
      <w:r>
        <w:br/>
        <w:t>Хай там собі і проривають фронти, хай і обходять ворога, хай беруть один одного в кліщі — одне слово, хай роблять усе те, що робиться на всякій війні.</w:t>
      </w:r>
    </w:p>
    <w:p>
      <w:r>
        <w:br/>
        <w:t>От щодо використання на війні атомних бомб, поскільки цю справу не зовсім іще вивчено, обов'язково питайтесь у кози, бо це єдиний безпосередній свідок дії атомної енергії.</w:t>
      </w:r>
    </w:p>
    <w:p>
      <w:r>
        <w:br/>
        <w:t>Пам'ятаєте, вона тоді заявила кореспондентові Ассошіейтед Прес:</w:t>
      </w:r>
    </w:p>
    <w:p>
      <w:r>
        <w:br/>
        <w:t>— Стояла я на пароплаві й смикала сіно… Раптом як бабббабахне"</w:t>
      </w:r>
    </w:p>
    <w:p>
      <w:r>
        <w:br/>
        <w:t>— А ви? — запитав кореспондент.</w:t>
      </w:r>
    </w:p>
    <w:p>
      <w:r>
        <w:br/>
        <w:t>— Я й мекнулаї</w:t>
      </w:r>
    </w:p>
    <w:p>
      <w:r>
        <w:br/>
        <w:t>— І сильно мекнули? — запитав допитливий кореспондент.</w:t>
      </w:r>
    </w:p>
    <w:p>
      <w:r>
        <w:br/>
        <w:t>— Дуже мекнулаї На славу американської зброї мекнула! Я — біла коза! Не думайте…</w:t>
      </w:r>
    </w:p>
    <w:p>
      <w:r>
        <w:br/>
        <w:t>— Ол райт![19]</w:t>
      </w:r>
    </w:p>
    <w:p>
      <w:r>
        <w:br/>
        <w:t>— Щоб така коза та поганим консультантом була?! Отак собі, пановемістери, воюйте!</w:t>
      </w:r>
    </w:p>
    <w:p>
      <w:r>
        <w:br/>
        <w:t>Тільки подовше воюйте. Ми не проти.</w:t>
      </w:r>
    </w:p>
    <w:p>
      <w:r>
        <w:br/>
        <w:t>ТОЧНА АДРЕСА</w:t>
      </w:r>
    </w:p>
    <w:p>
      <w:r>
        <w:br/>
        <w:t>Турецька преса повідомляє, що до Анкари прибула американська "експедиція" для одержання дозволу на розшуки "Ноєва ковчега". Побувавши в Анкарі, "експедиція" на чолі з своїм керівником паном Смітом повернулась до Стамбула.</w:t>
      </w:r>
    </w:p>
    <w:p>
      <w:r>
        <w:br/>
        <w:t>Турецька газета "Тасвір", посилаючись на заяву Сміта, пише, що питання про дозвіл для розшуків "ковчега" обговорюється в генеральному штабі турецької армії і що днів через тричотири цей дозвіл буде видано.</w:t>
      </w:r>
    </w:p>
    <w:p>
      <w:r>
        <w:br/>
        <w:t>Це для всіх ясно, що дозвіл шукати "Ноїв ковчег" буде видано, бо "ковчег", як відомо, зачепився за гору Арарат, а гора Арарат знаходиться якраз на кордоні з СРСР.</w:t>
      </w:r>
    </w:p>
    <w:p>
      <w:r>
        <w:br/>
        <w:t>Ясно й те, що всю гору Арарат буде обшукано геть до найменшого кущика, до найдрібнішого горбочка й проваллячка…</w:t>
      </w:r>
    </w:p>
    <w:p>
      <w:r>
        <w:br/>
        <w:t>І все це буде зафотографовано, зафільмовано й зарисовано…</w:t>
      </w:r>
    </w:p>
    <w:p>
      <w:r>
        <w:br/>
        <w:t>Потім всі ці матеріали ретельно вивчатимуть в генеральному штабі американського військового міністерства, бо ніхто так тепер не цікавиться Ветхим завітом, ніхто так не уболіває за старим Ноєм та його трьома синами — Симом, Хамом і Яфетом, як військове міністерство США.</w:t>
      </w:r>
    </w:p>
    <w:p>
      <w:r>
        <w:br/>
        <w:t>Розшуки, треба сказать, будуть нелегенькі.</w:t>
      </w:r>
    </w:p>
    <w:p>
      <w:r>
        <w:br/>
        <w:t>Трудні, скажемо прямо, будуть розшуки, бо чимало часу минуло після всесвітнього потопу.</w:t>
      </w:r>
    </w:p>
    <w:p>
      <w:r>
        <w:br/>
        <w:t>Тварини, — сім пар чистих і сім пар нечистих, — що їх був узяв з собою Ной, теж навряд чи до цього часу залишилися</w:t>
      </w:r>
    </w:p>
    <w:p>
      <w:r>
        <w:br/>
        <w:t>Труднувато, — ще раз кажемо, — буде знайти ковчег…</w:t>
      </w:r>
    </w:p>
    <w:p>
      <w:r>
        <w:br/>
        <w:t>В цій справі ми дещо можемо допомогти, бо нам пощастило оце недавнечко бачити нащадка того голуба, що його Ной випустив був шукати сухого місця.</w:t>
      </w:r>
    </w:p>
    <w:p>
      <w:r>
        <w:br/>
        <w:t>В родині нашого голуба збереглися перекази, де саме на горі Арарат зачепився ковчег і де його слід шукати.</w:t>
      </w:r>
    </w:p>
    <w:p>
      <w:r>
        <w:br/>
        <w:t>Керівникові експедиції Смітові слід вилізти на вершечок гори Арарат, стати лицем в напрямку Кавказького кряжа і одрахувати 723 метри в лівий бік…</w:t>
      </w:r>
    </w:p>
    <w:p>
      <w:r>
        <w:br/>
        <w:t>Пройшовши ті 723 метри, він побачить величенький кущ бузини…</w:t>
      </w:r>
    </w:p>
    <w:p>
      <w:r>
        <w:br/>
        <w:t>Як узяти від тої бузини трохи цабе, там буде невеличке провалля, а в тому проваллі на дні лежить кістяний ґудзик з ноєвих штанів.</w:t>
      </w:r>
    </w:p>
    <w:p>
      <w:r>
        <w:br/>
        <w:t>Оце й є те саме місце, де зупинився "Ноєв ковчег"…</w:t>
      </w:r>
    </w:p>
    <w:p>
      <w:r>
        <w:br/>
        <w:t>Тільки під час розшуків ні в якому разі не можна дивитися в дзеркало, бо як тільки хтось з "експедиції" подивиться, зразу ж побачить лице Хама. І тоді з ним може трапитися те, що трапилося з містером Форрестолом. Тільки летіти доведеться значно довше, ніж покійному міністрові США…</w:t>
      </w:r>
    </w:p>
    <w:p>
      <w:r>
        <w:br/>
        <w:t>І взагалі це дуже заважатиме побачити бузину і ґудзик.</w:t>
      </w:r>
    </w:p>
    <w:p>
      <w:r>
        <w:br/>
        <w:t>СУТАНА І ТІАРА</w:t>
      </w:r>
    </w:p>
    <w:p>
      <w:r>
        <w:br/>
        <w:t>І</w:t>
      </w:r>
    </w:p>
    <w:p>
      <w:r>
        <w:br/>
        <w:t>За два, приблизно, століття до нашої ери на Апенінському півострові Європи, на крутому березі річки Тібр трапилася така історія.</w:t>
      </w:r>
    </w:p>
    <w:p>
      <w:r>
        <w:br/>
        <w:t>Албанська весталка РеяСільвія покохала вовка й народила двох синів — Ромула та Рема. Весталки — це колись були такі жінки, які призначалися богові, тобто, власне, не богові, а його жерцям. РеяСільвія була дівчина розумна — вона одразу збагнула, що жрець і вовк — істоти характером однакові,— і… вибрала вовка.</w:t>
      </w:r>
    </w:p>
    <w:p>
      <w:r>
        <w:br/>
        <w:t>Жреці зчинили ґвалт, хотіли РеюСільвію вбити, та її врятуваз бог річки Тібру — взяв її собі за дружину.</w:t>
      </w:r>
    </w:p>
    <w:p>
      <w:r>
        <w:br/>
        <w:t>Немовлятам, Ромулові й Ремові, було гірше — їх просто посадили у ночви та й кинули в річку Тібр.</w:t>
      </w:r>
    </w:p>
    <w:p>
      <w:r>
        <w:br/>
        <w:t>Попливли ночви з дітлахами за водою, а за ніч вода спала, ночви й прибилися до берега.</w:t>
      </w:r>
    </w:p>
    <w:p>
      <w:r>
        <w:br/>
        <w:t>Хлоп'ята — в плач…</w:t>
      </w:r>
    </w:p>
    <w:p>
      <w:r>
        <w:br/>
        <w:t>А якраз одна вовчиця прийшла до річки напитися водички.</w:t>
      </w:r>
    </w:p>
    <w:p>
      <w:r>
        <w:br/>
        <w:t>Почула та вовчиця дитячий плач, підійшла, подивилася, понюхала — пахнуть вовком. Хлоп'ята їй сподобалися, вона взяла, попереносила їх до глибоченької на бугрі ями, обігріла та й нагодувала їх своїм вовчим молоком.</w:t>
      </w:r>
    </w:p>
    <w:p>
      <w:r>
        <w:br/>
        <w:t>Вовчиця була характеру доброго, — вона так і залишилася хлоп'ятам за мамку: годувала їх своїм молоком, а пташки — дятел та чибис — приносили хлоп'ятам з тодішнього "Гастроному", дивись там, — чи сосисок, чи солодкого сирку. Яєчний порошок у тих місцях з'явився значно пізніше, коли замість вовків та вовчих синів там почали правити дегаспері й сфорці.</w:t>
      </w:r>
    </w:p>
    <w:p>
      <w:r>
        <w:br/>
        <w:t>Ромул із Ремом попідростали та й заснували на семи горбах над річкою Тібром город Рим.</w:t>
      </w:r>
    </w:p>
    <w:p>
      <w:r>
        <w:br/>
        <w:t>Будував Рим, власне, Ромул, бо Рема йому невдовзі довелося вбити. Грали вони в підкидного — так Рем чи козирного туза приховав, чи "генеральського" Ромулові почепив, — точних відомостей не маємо. Знаємо тільки, що побились за картами.</w:t>
      </w:r>
    </w:p>
    <w:p>
      <w:r>
        <w:br/>
        <w:t>На місці тої вовчої ями, де брати повиростали, було пізніше збудовано так званий Ватікан, де оселилися і де й досі живуть так звані римські папи.</w:t>
      </w:r>
    </w:p>
    <w:p>
      <w:r>
        <w:br/>
        <w:t>Чому саме "папи", а не "мами" — невідомо, — історія, на жаль, дуже плутає походження назви "папа", а їхній, папівський одяг — сутана й тіара — та зовншній вигляд (папи не носять ні вусів, ні бороди) більше надають їм вигляду мами.</w:t>
      </w:r>
    </w:p>
    <w:p>
      <w:r>
        <w:br/>
        <w:t>Зовні, отже, римський папа щось таке — напівпапа, напівмама.</w:t>
      </w:r>
    </w:p>
    <w:p>
      <w:r>
        <w:br/>
        <w:t>Отак почалася історія римського папізму.</w:t>
      </w:r>
    </w:p>
    <w:p>
      <w:r>
        <w:br/>
        <w:t>Ми не будемо розповідати тут всю історію папізму, — поперше — це дуже довга історія, подруге — дуже гидка й дуже брудна історія, не маємо ніякого бажання порпатися в горах трупів, в річках крові, в морі вогню, в ланцюгу звірячих "святих" справ, що аж по вінця наповнюють ту історію…</w:t>
      </w:r>
    </w:p>
    <w:p>
      <w:r>
        <w:br/>
        <w:t>ІІ</w:t>
      </w:r>
    </w:p>
    <w:p>
      <w:r>
        <w:br/>
        <w:t>Що роблять на землі римські папи? Для чого вони живуть на білому світі?</w:t>
      </w:r>
    </w:p>
    <w:p>
      <w:r>
        <w:br/>
        <w:t>Самі папи кажуть, що вони не більше й не менше, як намісники Христа на землі після святого апостола Петра.</w:t>
      </w:r>
    </w:p>
    <w:p>
      <w:r>
        <w:br/>
        <w:t>Що ніби, коли апостола Петра розпинали на хресті, на тих же таки римських горбах, так він простогнав:</w:t>
      </w:r>
    </w:p>
    <w:p>
      <w:r>
        <w:br/>
        <w:t>— Почекайте трохи, не забивайте останнього гвіздка, дайте ж комусь спадщину залишити! Хто тут є?</w:t>
      </w:r>
    </w:p>
    <w:p>
      <w:r>
        <w:br/>
        <w:t>Підскочив до Петра якийсь шолудивий підпатрицій, що кінчав курси розпинателів і проходив саме практику.</w:t>
      </w:r>
    </w:p>
    <w:p>
      <w:r>
        <w:br/>
        <w:t>— Я! Що бисте хтіли, пане апостоле?</w:t>
      </w:r>
    </w:p>
    <w:p>
      <w:r>
        <w:br/>
        <w:t>— На, ось… ключі… від царства… Будеш… намісником… — простогнав Петро і замовк.</w:t>
      </w:r>
    </w:p>
    <w:p>
      <w:r>
        <w:br/>
        <w:t>Підпатрицій ухопив ключі й запитав:</w:t>
      </w:r>
    </w:p>
    <w:p>
      <w:r>
        <w:br/>
        <w:t>— А як ся маю називати, пане апостоле? Петро звів очі:</w:t>
      </w:r>
    </w:p>
    <w:p>
      <w:r>
        <w:br/>
        <w:t>— Па… па… — папкнув двічі й затих.</w:t>
      </w:r>
    </w:p>
    <w:p>
      <w:r>
        <w:br/>
        <w:t>— Папа?! — скрикнув підпатрицій… Але Петро вже нічого йому не відповів.</w:t>
      </w:r>
    </w:p>
    <w:p>
      <w:r>
        <w:br/>
        <w:t>З того, кажуть, і пішла назва "папа", хоч деякі авторитетні історики запевняють, що оті два "па" — "па" та ще раз "па" — зовсім не становили одного слова "папа", а що то просто недоговорена фраза — римський вульгаризм, який ніби означає:</w:t>
      </w:r>
    </w:p>
    <w:p>
      <w:r>
        <w:br/>
        <w:t>— Пайшов ти… — і т. д., і т. ін.</w:t>
      </w:r>
    </w:p>
    <w:p>
      <w:r>
        <w:br/>
        <w:t>Хай хоч як історики тлумачать ці події, проте папи всілякими правдами й неправдами затвердилися, як намісники Христові, на землі…</w:t>
      </w:r>
    </w:p>
    <w:p>
      <w:r>
        <w:br/>
        <w:t>А найголовніше — ключі від царства небесного й од усіх небесних благ у руках… Ну, й пішла торгівля!</w:t>
      </w:r>
    </w:p>
    <w:p>
      <w:r>
        <w:br/>
        <w:t>Ключі — річ непогана: от тобі царство небесне, — хочеш — замкнув, хочеш — одімкнув!</w:t>
      </w:r>
    </w:p>
    <w:p>
      <w:r>
        <w:br/>
        <w:t>А кому не кортить у царстві небесному побувати?! На землі не дуже: голод, холод, податки, рабство, безробіття, злидні, а на небі, кажуть папи, для вірних, для римокатоликів — самий рай… А в раю за квартиру платити не треба, роботи ніякої,— тільки їсти! — податків ніяких. Та ще, дивись, і гурія колинеколи підморгне!</w:t>
      </w:r>
    </w:p>
    <w:p>
      <w:r>
        <w:br/>
        <w:t>Видасть папа енцикліку, ключами побрязкає:</w:t>
      </w:r>
    </w:p>
    <w:p>
      <w:r>
        <w:br/>
        <w:t>— Царство небесне! Кому? Сто літ на місяць. Окремий лавровий кущ з безнастанним сонцем, із справним дощем! Вечорами — заслужений соловей з легким тьохтьохтуаром. Обслуговують кущ гурії — блондинки віком до 20 літ. У місцевому театрі — гастролі Марії Магдалини й Марії Єгипетської. Райські пісні. За роялем — свята Цецілія. Поверх програми — пророк Ілля! Грім! Блискавка! В колісниці пара сірих в яблука жеребців. Найвища дресировка. Конферансьє — Іван Златоуст.</w:t>
      </w:r>
    </w:p>
    <w:p>
      <w:r>
        <w:br/>
        <w:t>Не сто, а сто раз по сто можна дати за таку програму царства небесного. І дають!</w:t>
      </w:r>
    </w:p>
    <w:p>
      <w:r>
        <w:br/>
        <w:t>Надавали за царство небесне. За індульгенції на відпущення гріхів.</w:t>
      </w:r>
    </w:p>
    <w:p>
      <w:r>
        <w:br/>
        <w:t>І чимало надавали!</w:t>
      </w:r>
    </w:p>
    <w:p>
      <w:r>
        <w:br/>
        <w:t>Папа римська (чи мама римський) мають капіталів:</w:t>
      </w:r>
    </w:p>
    <w:p>
      <w:r>
        <w:br/>
        <w:t>— У промисловості — 500 мільярдів лір (довоєнних).</w:t>
      </w:r>
    </w:p>
    <w:p>
      <w:r>
        <w:br/>
        <w:t>— У банках — 400 мільярдів лір (довоєнних).</w:t>
      </w:r>
    </w:p>
    <w:p>
      <w:r>
        <w:br/>
        <w:t>— У майні — 380 мільярдів лір (довоєнних).</w:t>
      </w:r>
    </w:p>
    <w:p>
      <w:r>
        <w:br/>
        <w:t>Як бачите, є за що купити кубометр чистополінних дров і коробочку сірничків, щоб розкласти вогнище й живим спалити свого супротивника.</w:t>
      </w:r>
    </w:p>
    <w:p>
      <w:r>
        <w:br/>
        <w:t>Щоб уже так дуже багато було у римських пап роботи, сказати не можна, — найбільше у Ватікані працює папська пантофля: заціловують ту пантофлю до дірок.</w:t>
      </w:r>
    </w:p>
    <w:p>
      <w:r>
        <w:br/>
        <w:t>Найторжественніші у Ватікані, дні — це коли папа виходить на естраду, сідає, простягав ноги, а його поклонники по черзі підходять, становляться навколішки й цілують пантофлю в носок. Найдебеліша шкура витримує, кажуть, не більше, як 500 поцілунків, потім починає шкарубнути, тріскає, і з дірки вилазить папин палець. Але до цього не допускають — міняють пантофлю. Цілими годинами сидить папа, а поклонники цьомкають у пантофлю. Коли в папи починає свербіти великий палець, тоді черговий кардинал оголошує:</w:t>
      </w:r>
    </w:p>
    <w:p>
      <w:r>
        <w:br/>
        <w:t>— Перекур! 10 хвилин!</w:t>
      </w:r>
    </w:p>
    <w:p>
      <w:r>
        <w:br/>
        <w:t>Поклонники йдуть до буфету, а папа в боковій кімнаті лягає на канапу, курить, а кардинал йому пальця чухає.</w:t>
      </w:r>
    </w:p>
    <w:p>
      <w:r>
        <w:br/>
        <w:t>Після того, як один поклонник в припадку екстазу прокусив пантофлю й угризнув папу за пальця, — почали в носок підкладати стельку із старої пантофлі… Тепер не прокусують.</w:t>
      </w:r>
    </w:p>
    <w:p>
      <w:r>
        <w:br/>
        <w:t>ІІІ</w:t>
      </w:r>
    </w:p>
    <w:p>
      <w:r>
        <w:br/>
        <w:t>З 1939 року, після папи Пія XI, апостольський престол у Ватікані посів Пій XII, колишній кардинал Пачеллі.</w:t>
      </w:r>
    </w:p>
    <w:p>
      <w:r>
        <w:br/>
        <w:t>Пій XII з нетерпінням чекав на Новий "святий рік": Ватікан через кожні 25 літ святкує такий рік особливо урочисто. У Римі такого року відбувається великий ярмарок — з каруселями, "петрушками", "тещиними язиками" і т. д.</w:t>
      </w:r>
    </w:p>
    <w:p>
      <w:r>
        <w:br/>
        <w:t>Поверх 70 кардиналів по всіх країнах світу він призначив іще 321.</w:t>
      </w:r>
    </w:p>
    <w:p>
      <w:r>
        <w:br/>
        <w:t>Пію XII ввижається, що на святий Новий рік поз'їздяться на площу св. Петра в Римі гетьчисто всі народи, і що стануть усі народи перед ним навколішки, піднесуть руки догори і благатимуть:</w:t>
      </w:r>
    </w:p>
    <w:p>
      <w:r>
        <w:br/>
        <w:t>— Отче святий! їсти не хочемо, страйків не хочемо! Тільки молитися, тільки тобі поклонятися! Веди нас, о, отче святий, на комуністів, на країни народної демократії!</w:t>
      </w:r>
    </w:p>
    <w:p>
      <w:r>
        <w:br/>
        <w:t>І махне Пій XII рукою, а в небі загудуть літаки: і летючі фортеці, і винищувачі, і бомбардувальники, і транспортні! Як хмара! Як хмара!</w:t>
      </w:r>
    </w:p>
    <w:p>
      <w:r>
        <w:br/>
        <w:t>А за ними танки, гармати, кулемети, міномети, автомати…</w:t>
      </w:r>
    </w:p>
    <w:p>
      <w:r>
        <w:br/>
        <w:t>А кардинал американський Спеллман вигрібає з літаків долари, — та все золоті, та все золоті…</w:t>
      </w:r>
    </w:p>
    <w:p>
      <w:r>
        <w:br/>
        <w:t>І благословляє широким хрестом Пій XII і генералів, і адміралів, і маршалів:</w:t>
      </w:r>
    </w:p>
    <w:p>
      <w:r>
        <w:br/>
        <w:t>— Хрестовий похід! На Москву, на Київ, на Варшаву, на Прагу, на Софію, на Бухарест, на Будапешт!</w:t>
      </w:r>
    </w:p>
    <w:p>
      <w:r>
        <w:br/>
        <w:t>Розливається хрестовий похід по всіх непідкорених країнах, падають тисячами вбиті комуністи, падають демократи, а хто живий — падає ниць перед Пієм XII!</w:t>
      </w:r>
    </w:p>
    <w:p>
      <w:r>
        <w:br/>
        <w:t>— Ми твої, ми твої! О, святий отче!</w:t>
      </w:r>
    </w:p>
    <w:p>
      <w:r>
        <w:br/>
        <w:t>А на вулицях Москви, Києва — сутани, сутани, сутани… І дзвони, дзвони, дзвони! По всіх костьолах дзвони, по всіх церквах…</w:t>
      </w:r>
    </w:p>
    <w:p>
      <w:r>
        <w:br/>
        <w:t>— Чому дзвони? — стріпнувся Пій XII.</w:t>
      </w:r>
    </w:p>
    <w:p>
      <w:r>
        <w:br/>
        <w:t>— Панахиду по Муссоліні замовив де Гаспері…</w:t>
      </w:r>
    </w:p>
    <w:p>
      <w:r>
        <w:br/>
        <w:t>З Муссоліні вийшла неув'язка: бог послав його в Італію ногами вниз, а пішов він назад до бога — догори ногами…</w:t>
      </w:r>
    </w:p>
    <w:p>
      <w:r>
        <w:br/>
        <w:t>А КУДИ АМЕРИКАНСЬКЕ?</w:t>
      </w:r>
    </w:p>
    <w:p>
      <w:r>
        <w:br/>
        <w:t>Уповноважений уряду США по маршаллізації держав Західної Європи якось побачив чи в Бенілюксі, чи в Англії, чи у Франції, чи в Італії,— а може, в кожній із цих маршаллізованих країн, — звичайну курку.</w:t>
      </w:r>
    </w:p>
    <w:p>
      <w:r>
        <w:br/>
        <w:t>— Курка? — здивувався він.</w:t>
      </w:r>
    </w:p>
    <w:p>
      <w:r>
        <w:br/>
        <w:t>— Так, пане уповноважений, курка!</w:t>
      </w:r>
    </w:p>
    <w:p>
      <w:r>
        <w:br/>
        <w:t>— А навіщо тут курка? — запитав уповноважений.</w:t>
      </w:r>
    </w:p>
    <w:p>
      <w:r>
        <w:br/>
        <w:t>— Курка, пане уповноважений, вона несеться… І той… дає яйця, которі можна для яєчні, можна й так — або ріденькі, або круті, або в мішечок, — перебиваючи один одного, пояснювали уповноваженому Еттлі, Бідо, де Гаспері та інші прем'єри…</w:t>
      </w:r>
    </w:p>
    <w:p>
      <w:r>
        <w:br/>
        <w:t>— А яєчний порошок куди? Куди, я питаю, яєчний порошок?! Американський?!! — строго подивився на прем'єрів уповноважений. — Ви забули, що ми вам допомагаємо на ноги стати, а ви курей ще не забули? Пора вже вам зрозуміти, що курей нема, і яєць нема, а єсть яєчний порошок! Американський яєчний порошок!</w:t>
      </w:r>
    </w:p>
    <w:p>
      <w:r>
        <w:br/>
        <w:t>По зоопарках у маршаллізованих країнах діткам показують двух чудесних птахів у клітці — півня й курку.</w:t>
      </w:r>
    </w:p>
    <w:p>
      <w:r>
        <w:br/>
        <w:t>— Оце, дітоньки, ті пташки, що несли колись такі собі біленькі, кругленькі яєчка! Із яєчок знову вилуплювалися пташенятка-курчатка, жовтенькі та пухнатенькі, і ми їх кликали отак:</w:t>
      </w:r>
    </w:p>
    <w:p>
      <w:r>
        <w:br/>
        <w:t>— Ціпціпціп!</w:t>
      </w:r>
    </w:p>
    <w:p>
      <w:r>
        <w:br/>
        <w:t>— А тепер, дітоньки, яєчка замінив яєчний порошок…</w:t>
      </w:r>
    </w:p>
    <w:p>
      <w:r>
        <w:br/>
        <w:t>— А хто яєчним порошком несеться? — запитує кучерява дівчинка.</w:t>
      </w:r>
    </w:p>
    <w:p>
      <w:r>
        <w:br/>
        <w:t>— Виростеш, доню, сама тоді взнаєш! — озираючись на всі боки, відповів екскурсовод.</w:t>
      </w:r>
    </w:p>
    <w:p>
      <w:r>
        <w:br/>
        <w:t>* * *</w:t>
      </w:r>
    </w:p>
    <w:p>
      <w:r>
        <w:br/>
        <w:t>Та й побачив уповноважений в маршаллізованих країнах корову…</w:t>
      </w:r>
    </w:p>
    <w:p>
      <w:r>
        <w:br/>
        <w:t>— Корова?</w:t>
      </w:r>
    </w:p>
    <w:p>
      <w:r>
        <w:br/>
        <w:t>— Так, пане уповноважений, корова! Вона, пане уповноважений, молоко дає!</w:t>
      </w:r>
    </w:p>
    <w:p>
      <w:r>
        <w:br/>
        <w:t>— А сухе молоко куди? Американське сухе молоко куди, я вас питаю?!</w:t>
      </w:r>
    </w:p>
    <w:p>
      <w:r>
        <w:br/>
        <w:t>А в зоопарках дітям показують:</w:t>
      </w:r>
    </w:p>
    <w:p>
      <w:r>
        <w:br/>
        <w:t>— Оце, дітоньки, корова! Вона молоко давала! Доїли її і мали молоко, масло, сир, сметану…</w:t>
      </w:r>
    </w:p>
    <w:p>
      <w:r>
        <w:br/>
        <w:t>— І телятка були?</w:t>
      </w:r>
    </w:p>
    <w:p>
      <w:r>
        <w:br/>
        <w:t>— І телятка були! А тепер, дітоньки, сухе молоко в нас! Сухе, сухе!</w:t>
      </w:r>
    </w:p>
    <w:p>
      <w:r>
        <w:br/>
        <w:t>— А хто сухим молоком доїться? — запитала кучерява дівчинка.</w:t>
      </w:r>
    </w:p>
    <w:p>
      <w:r>
        <w:br/>
        <w:t>Екскурсовод тільки подивився на всі боки і потихесеньку кинув:</w:t>
      </w:r>
    </w:p>
    <w:p>
      <w:r>
        <w:br/>
        <w:t>— Нас доять!</w:t>
      </w:r>
    </w:p>
    <w:p>
      <w:r>
        <w:br/>
        <w:t>* * *</w:t>
      </w:r>
    </w:p>
    <w:p>
      <w:r>
        <w:br/>
        <w:t>Та й побачив уповноважений в маршаллізованих країнах свиню.</w:t>
      </w:r>
    </w:p>
    <w:p>
      <w:r>
        <w:br/>
        <w:t>— Свиня?</w:t>
      </w:r>
    </w:p>
    <w:p>
      <w:r>
        <w:br/>
        <w:t>— Так, пане уповноважений, свиня!</w:t>
      </w:r>
    </w:p>
    <w:p>
      <w:r>
        <w:br/>
        <w:t>— А свинячу тушонку куди! Американську свинячу тушонку?! Куди, я вас питаю?</w:t>
      </w:r>
    </w:p>
    <w:p>
      <w:r>
        <w:br/>
        <w:t>Та й сидить тепер симпатична тварина — свиня в зоопарку, і милуються з неї діти, запитуючи:</w:t>
      </w:r>
    </w:p>
    <w:p>
      <w:r>
        <w:br/>
        <w:t>— Як зветься?</w:t>
      </w:r>
    </w:p>
    <w:p>
      <w:r>
        <w:br/>
        <w:t>— Свинею зветься! Дуже рідкісна тварина. Була сильно в наших країнах поширена до епохи свинячої американської тушонки. А тепер тільки в зоопарках.</w:t>
      </w:r>
    </w:p>
    <w:p>
      <w:r>
        <w:br/>
        <w:t>* * *</w:t>
      </w:r>
    </w:p>
    <w:p>
      <w:r>
        <w:br/>
        <w:t>Ще не так давно по маршаллізованих країнах Західної Європи й Азії були фабрики, були заводи…</w:t>
      </w:r>
    </w:p>
    <w:p>
      <w:r>
        <w:br/>
        <w:t>— Фабрики?! Заводи?! — здивувався уповноважений по маршаллізації.</w:t>
      </w:r>
    </w:p>
    <w:p>
      <w:r>
        <w:br/>
        <w:t>— Так, пане уповноважений!</w:t>
      </w:r>
    </w:p>
    <w:p>
      <w:r>
        <w:br/>
        <w:t>— А продукцію американських заводів куди? — суворо запитав уповноважений. — Отут буде ДОТ, отут буде ДЗОТ!</w:t>
      </w:r>
    </w:p>
    <w:p>
      <w:r>
        <w:br/>
        <w:t>— А робітників куди?</w:t>
      </w:r>
    </w:p>
    <w:p>
      <w:r>
        <w:br/>
        <w:t>— Як куди?! А воювати хто буде? Ви гадаєте, що американці за вас воюватимуть?! І сухе молоко давай, і яєчний порошок давай, і тушонку давай, і танки з гарматами, і кулемети, і міномети та автомати давай, та ще й воюй!? Ми маршаллізуємо, а воюватимете ви! Он як!</w:t>
      </w:r>
    </w:p>
    <w:p>
      <w:r>
        <w:br/>
        <w:t>* * *</w:t>
      </w:r>
    </w:p>
    <w:p>
      <w:r>
        <w:br/>
        <w:t>Повним ходом іде маршаллізація країн, що потрапили в маршалловку.</w:t>
      </w:r>
    </w:p>
    <w:p>
      <w:r>
        <w:br/>
        <w:t>Дебетується зараз питання, чи будувати по маршаллізованих країнах спеціальні магазини та гостиниці для собак, як це робиться в Сполучених Штатах Америки?</w:t>
      </w:r>
    </w:p>
    <w:p>
      <w:r>
        <w:br/>
        <w:t>Трумен з Ачесоном обстоюють, щоб обов'язково будувати:</w:t>
      </w:r>
    </w:p>
    <w:p>
      <w:r>
        <w:br/>
        <w:t>— Це ж для собак, а не для людей! Для людей досить буде шанців та бліндажів! А собака — тварина благородна, нашого характеру тварина!</w:t>
      </w:r>
    </w:p>
    <w:p>
      <w:r>
        <w:br/>
        <w:t>Незабаром по столицях маршаллізованих країн височітимуть фешенебельні собачі готелі й магазини…</w:t>
      </w:r>
    </w:p>
    <w:p>
      <w:r>
        <w:br/>
        <w:t>Це буде — вінець маршаллізації…</w:t>
      </w:r>
    </w:p>
    <w:p>
      <w:r>
        <w:br/>
        <w:t>Мудрі люди кажуть:</w:t>
      </w:r>
    </w:p>
    <w:p>
      <w:r>
        <w:br/>
        <w:t>— Де вінець, там і кінець!</w:t>
      </w:r>
    </w:p>
    <w:p>
      <w:r>
        <w:br/>
        <w:t>Вісімсот мільйонів людей — прихильників миру, прогресу й демократії.</w:t>
      </w:r>
    </w:p>
    <w:p>
      <w:r>
        <w:br/>
        <w:t>Вони покладуть край маршаллізаціям та собачим двірцям! І панським!</w:t>
      </w:r>
    </w:p>
    <w:p>
      <w:r>
        <w:br/>
        <w:t>ТРАГЕДІЯ В ДЖУНГЛЯХ</w:t>
      </w:r>
    </w:p>
    <w:p>
      <w:r>
        <w:br/>
        <w:t>В АФРИКАНСЬКИХ джунглях серед людиноподібних мавп спостерігається страшенна паніка.</w:t>
      </w:r>
    </w:p>
    <w:p>
      <w:r>
        <w:br/>
        <w:t>Припинилися суперечки й бої між орангутангами й горилами, зв'язані з дискусією, хто з них — чи орангутанги, чи горили — вища раса, і всі людиноподібні мавпи вирішили об'єднатися перед страшною, спільною для всіх людиноподібних мавп небезпекою.</w:t>
      </w:r>
    </w:p>
    <w:p>
      <w:r>
        <w:br/>
        <w:t>До африканських джунглів надійшли відомості із столиці США про те, що професор фізіології у Віргінії др Бріттон у промові, яку він виголосив у Вашінгтоні на щорічному засіданні національної Академії наук США, закликав до створення за допомогою штучного запліднення особливої породи людиноподібних мавп з тим, щоб використати їх як робітниківневільників (рабів).</w:t>
      </w:r>
    </w:p>
    <w:p>
      <w:r>
        <w:br/>
        <w:t>На думку Бріттона, можна штучно вирощувати великих людиноподібних мавп — таких, як орангутанг і горила.</w:t>
      </w:r>
    </w:p>
    <w:p>
      <w:r>
        <w:br/>
        <w:t>Таким чином, можна створити породу гібридів, зразки якої, обернуті на рабів, дозволяють розв'язати проблему робочих рук на важкій роботі в шахтах, сільському господарстві й інших галузях. Бріттон звернувся до американських учених з просьбою допомогти йому здійснити це величезне завдання. "Треба це робити швидко, — заявив він, — бо на земній кулі залишилося тільки близько одного мільйона людиноподібних мавп".</w:t>
      </w:r>
    </w:p>
    <w:p>
      <w:r>
        <w:br/>
        <w:t>Зрозуміло, чому для Уоллстріту, Сіті й інших урядів і вчених треба вигадувати й вирощувати нову людину — невільника.</w:t>
      </w:r>
    </w:p>
    <w:p>
      <w:r>
        <w:br/>
        <w:t>Теперішнє людство рішуче скидає невільницькі кайдани, і недалечко вже той час, коли ці кайдани опиняться на тих, хто їх так щедро кує. Тимто потрібні нові раби, безсловесні, покірні і дужі. Адже сама тільки поліція СІЛА потребує "невільників", які могли б виконувати її обов'язки по відношенню до "свободних" американців.</w:t>
      </w:r>
    </w:p>
    <w:p>
      <w:r>
        <w:br/>
        <w:t>А обов'язки ці — ой, які різноманітні й фізично важкії</w:t>
      </w:r>
    </w:p>
    <w:p>
      <w:r>
        <w:br/>
        <w:t>"Вивчаючи безліч процесів, — пише прогресивний американський журналіст Джордж Маріон, — які відбувалися між 1920 і 1930 роками, комісія Уїкершема встановила, що підозрюваних мучили голодом, не давали їм спати протягом багатьох днів і ночей, кидали в задушливі й темні камери; їх били кулаками, дубинками, гумовими палицями, телефонними книгами, ременями, батогами; їх били по гомілках, під колінами (вишукуючи найболючіше місце), батожили по череву, по шиї, по обличчю, били по голові, по плечах, по ногах і по заду; відбивали нирки, били ногами по гомілках, по грудях і в промежину; викручували їм руки, викручували і стискували статеві органи; давали нюхати сльозоточивий газ, впорскували хлороформ; примушували мацати трупи й тримати за руки вбитих у моргах; жінок підіймали за волосся; відомий випадок, коли мужчину клали на підлогу і кілька раз підіймали за статевий орган. І все це відбувалося в сучасній Америці між 1920 і 1930 роками, у п'ятнадцяте десятиліття конституції, з наміром добитись "добровільного визнання провини".</w:t>
      </w:r>
    </w:p>
    <w:p>
      <w:r>
        <w:br/>
        <w:t>А що ж тепер — у всіх атомних і водневих бомб, літаючих кріпостей, наддредноутів і надтанків? "Робота ж тепер удосконалилася, побільшала й поважчала… Теперішня людина її вже не потягне, бо, поперше, вона для цього малосильна, а подруге — і це найголовніше — теперішня людина відмовляється це робити, бо вона бачить: "ех oriente Іих" ("світло із сходу").</w:t>
      </w:r>
    </w:p>
    <w:p>
      <w:r>
        <w:br/>
        <w:t>От чому бріттони та різні інші бріттоноподібні шукають нових рабіввелетнів, от чому їм стали потрібні штучне запліднення та гібридизація людини з мавпою.</w:t>
      </w:r>
    </w:p>
    <w:p>
      <w:r>
        <w:br/>
        <w:t>* * *</w:t>
      </w:r>
    </w:p>
    <w:p>
      <w:r>
        <w:br/>
        <w:t>Серед орангутангів і горил — паніка.</w:t>
      </w:r>
    </w:p>
    <w:p>
      <w:r>
        <w:br/>
        <w:t>Жили собі мавпи тихо, мирно, атомних і водневих бомб не вигадували, атлантичних та інших пактів не підписували, жили без усяких антикомуністичних істерій, жили собі та потроху вироджувались.</w:t>
      </w:r>
    </w:p>
    <w:p>
      <w:r>
        <w:br/>
        <w:t>І нате вам — гібридизація з людиною!</w:t>
      </w:r>
    </w:p>
    <w:p>
      <w:r>
        <w:br/>
        <w:t>Та коли б ще з кимсь путнім гібридизували, а то з'єднають тебе з Даллесом чи Ачесоном — і тоді, замість того, щоб у джунглях сидіти та ногу чухати, — мотайся по світу, бреши, запінюйся, зводь наклепи, намови, змови, організовуй блоки, війни у В'єтнамі, в Індонезії, заколоти в Індії, розмахуй різними страшними бомбами…</w:t>
      </w:r>
    </w:p>
    <w:p>
      <w:r>
        <w:br/>
        <w:t>Хіба це мавпяча справа?</w:t>
      </w:r>
    </w:p>
    <w:p>
      <w:r>
        <w:br/>
        <w:t>Та й фізично огидно!</w:t>
      </w:r>
    </w:p>
    <w:p>
      <w:r>
        <w:br/>
        <w:t>Чотири молоді горили і дві орангутангівни вже повісились.</w:t>
      </w:r>
    </w:p>
    <w:p>
      <w:r>
        <w:br/>
        <w:t>У посмертних записках покійні пишуть:</w:t>
      </w:r>
    </w:p>
    <w:p>
      <w:r>
        <w:br/>
        <w:t>— Краще смерть, ніж ганьба та сором від уоллстрітівських плідників! Дорогі співвітчизники і співвітчизниці, ви боріться, а ми не можемо — ми дуже ніжні!</w:t>
      </w:r>
    </w:p>
    <w:p>
      <w:r>
        <w:br/>
        <w:t>Паніка триває. Сподіваються, що ще будуть жертви!</w:t>
      </w:r>
    </w:p>
    <w:p>
      <w:r>
        <w:br/>
        <w:t>Отакого наробив великорозумний професор Бріттон.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 війни не хоче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