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Напоєні дні (повість про Г. Сковороду)</w:t>
      </w:r>
    </w:p>
    <w:p>
      <w:r>
        <w:br/>
        <w:t xml:space="preserve"> &lt;p&gt;Повість</w:t>
      </w:r>
    </w:p>
    <w:p>
      <w:r>
        <w:br/>
        <w:t>1924 рік</w:t>
      </w:r>
    </w:p>
    <w:p>
      <w:r>
        <w:t>Ах, ти, тоска проклята!</w:t>
      </w:r>
    </w:p>
    <w:p>
      <w:r>
        <w:br/>
        <w:t>Ох, докучлива печаль!</w:t>
      </w:r>
    </w:p>
    <w:p>
      <w:r>
        <w:br/>
        <w:t>Гризеш мене з малих літ,</w:t>
      </w:r>
    </w:p>
    <w:p>
      <w:r>
        <w:br/>
        <w:t>Як міль одежу, як іржа сталь!</w:t>
      </w:r>
    </w:p>
    <w:p>
      <w:r>
        <w:br/>
        <w:t>Ах, ти, скуко! Ах ти, муко, люта муко!</w:t>
      </w:r>
    </w:p>
    <w:p>
      <w:r>
        <w:br/>
        <w:t>Де не піду — все з тобою, всюди, всякий час.</w:t>
      </w:r>
    </w:p>
    <w:p>
      <w:r>
        <w:br/>
        <w:t>Ти, як риба з водою, все коло нас!</w:t>
      </w:r>
    </w:p>
    <w:p>
      <w:r>
        <w:br/>
        <w:t>Григорій Сковорода</w:t>
      </w:r>
    </w:p>
    <w:p>
      <w:r>
        <w:br/>
        <w:t>На Либідь кияни виганяли худобу. Заспані дівчата з довгими лозинами в руках протирали очі й зацікавлено дивились на чудного юнака в зеленкувато-рудому сурдуті, в панчохах, що йшли до самих колін, в якихось дивних, припорошених, старих, але зовсім незвичайних черевиках, у високім брилі.</w:t>
      </w:r>
    </w:p>
    <w:p>
      <w:r>
        <w:br/>
        <w:t>Обличчя було моложаве, все поголене, з легкою дитячою всмішкою.</w:t>
      </w:r>
    </w:p>
    <w:p>
      <w:r>
        <w:br/>
        <w:t>— Добрий ранок, дівчата!</w:t>
      </w:r>
    </w:p>
    <w:p>
      <w:r>
        <w:br/>
        <w:t>Дівчата чмихнули, затулили рота рукою й засоромлено відвернулись.</w:t>
      </w:r>
    </w:p>
    <w:p>
      <w:r>
        <w:br/>
        <w:t>— Не впізнають земляка!</w:t>
      </w:r>
    </w:p>
    <w:p>
      <w:r>
        <w:br/>
        <w:t>Григорій спинився, зняв бриля й червоною хусткою заходився витирати піт на лобі.</w:t>
      </w:r>
    </w:p>
    <w:p>
      <w:r>
        <w:br/>
        <w:t>Дівчата відійшли вбік і зацікавлено стежили за ним.</w:t>
      </w:r>
    </w:p>
    <w:p>
      <w:r>
        <w:br/>
        <w:t>Юнак хвилину постояв, а далі сів на пеньку широкої верби й почав передихати.</w:t>
      </w:r>
    </w:p>
    <w:p>
      <w:r>
        <w:br/>
        <w:t>— Київ! Київ! Alma mater![1] Хай Бог благословляє!</w:t>
      </w:r>
    </w:p>
    <w:p>
      <w:r>
        <w:br/>
        <w:t>Берег річки був якскраво-зелений! На оболоні завзято скубли молоду траву табуни гусей. Інколи піднімали голови й лагідно сюсюкали до гусенят.</w:t>
      </w:r>
    </w:p>
    <w:p>
      <w:r>
        <w:br/>
        <w:t>В той саме час із-за гори, з-за низеньких будинків, що впірнули в густу, ще зовсім свіжу зелень, визирнули перші смуги променів, загорілись у росах і розсипались на довгі рясні лінії.</w:t>
      </w:r>
    </w:p>
    <w:p>
      <w:r>
        <w:br/>
        <w:t>В Лаврі[2] вдарив дзвін і заспівав довгим срібним голосом кудись у широкі простори: на Бровари й Ірпінь.</w:t>
      </w:r>
    </w:p>
    <w:p>
      <w:r>
        <w:br/>
        <w:t>Григорій устав і напружився, гостро вслухаючись.</w:t>
      </w:r>
    </w:p>
    <w:p>
      <w:r>
        <w:br/>
        <w:t>Очі загорілись дивним вогнем і раптом запливли сльозами.</w:t>
      </w:r>
    </w:p>
    <w:p>
      <w:r>
        <w:br/>
        <w:t>— Свята земля! Рідна, свята земля!</w:t>
      </w:r>
    </w:p>
    <w:p>
      <w:r>
        <w:br/>
        <w:t>Він підсунув торбинку, причепив на бік дивну чорну з білими кісточками сопілку, стукнув високою палицею, усміхнувся якійсь радісній думці.</w:t>
      </w:r>
    </w:p>
    <w:p>
      <w:r>
        <w:br/>
        <w:t>І пішов легкою бурсацькою ходою, простягаючи довгу шию вперед.</w:t>
      </w:r>
    </w:p>
    <w:p>
      <w:r>
        <w:br/>
        <w:t>З воріт дехто визирав і дивувався з цього довгого стрункого юнака.</w:t>
      </w:r>
    </w:p>
    <w:p>
      <w:r>
        <w:br/>
        <w:t>Григорій до всіх привітно посміхався, наче знав кожного.</w:t>
      </w:r>
    </w:p>
    <w:p>
      <w:r>
        <w:br/>
        <w:t>Попід горою князя Володимира тихо булькотав струмок.</w:t>
      </w:r>
    </w:p>
    <w:p>
      <w:r>
        <w:br/>
        <w:t>Старий, ізчорнілий хрест сумно похилився на долину, простягши перехрестя в повітрі, над вітами дерев, ніби захищаючи від нападу затишні байраки.</w:t>
      </w:r>
    </w:p>
    <w:p>
      <w:r>
        <w:br/>
        <w:t>В прогалину визирнув Дніпро, бурхливо бавлячись на сонці і втомно бризкаючи піною.</w:t>
      </w:r>
    </w:p>
    <w:p>
      <w:r>
        <w:br/>
        <w:t>І знову спинився Григорій і замислився...</w:t>
      </w:r>
    </w:p>
    <w:p>
      <w:r>
        <w:br/>
        <w:t>Тінь Володимира, сиза в променях ранку, пройшла перед очима, хвилину постояла під горою й спустилась на долину.</w:t>
      </w:r>
    </w:p>
    <w:p>
      <w:r>
        <w:br/>
        <w:t>Згадав за все.</w:t>
      </w:r>
    </w:p>
    <w:p>
      <w:r>
        <w:br/>
        <w:t>Хотів старий князь, як добрий господар, дати радість землі, а що сталось?..</w:t>
      </w:r>
    </w:p>
    <w:p>
      <w:r>
        <w:br/>
        <w:t>— Чому її залито було всю кров’ю? Чому полягли над нею печаль і стогін?</w:t>
      </w:r>
    </w:p>
    <w:p>
      <w:r>
        <w:br/>
        <w:t>...Радісно тішив серце повний, срібно-дзвінкий поклик Лаври, що спокійно щоранку благословляв землю.</w:t>
      </w:r>
    </w:p>
    <w:p>
      <w:r>
        <w:br/>
        <w:t>Григорій пішов далі, але зразу ж стало чомусь сумно.</w:t>
      </w:r>
    </w:p>
    <w:p>
      <w:r>
        <w:br/>
        <w:t>Той смуток, що завжди, ще з дитинства, точив серце, раптом знову повстав.</w:t>
      </w:r>
    </w:p>
    <w:p>
      <w:r>
        <w:br/>
        <w:t>Там, за кордоном, блукаючи по чужих землях, Григорій позбувся був його зовсім. І було тоді надзвичайно радісно й легко,— а кожний день святочно проходив.</w:t>
      </w:r>
    </w:p>
    <w:p>
      <w:r>
        <w:br/>
        <w:t>Чому ж це тепер знову, тут, він починає заходити в серце?</w:t>
      </w:r>
    </w:p>
    <w:p>
      <w:r>
        <w:br/>
        <w:t>Під новою брамою в ряд сиділи старці й жалібно голосили. Один із них грав на ліру й так захопився, що, здавалося, забув і за саму милостиню. Поруч із духовними піснями вривалися поодинокі жалі за ще недавнім минулим, й невеличкий гурт людей уважно слухав цього старого лірника.</w:t>
      </w:r>
    </w:p>
    <w:p>
      <w:r>
        <w:br/>
        <w:t>Чомусь його співи гостро вразили Григорія. Проте він постояв хвилину й пішов у браму.</w:t>
      </w:r>
    </w:p>
    <w:p>
      <w:r>
        <w:br/>
        <w:t>В мурах монастиря снували поодинокі гуртки прочан, побожно вклонялися кожному місцю, заходили в келії й виходили звідти, спітнілі й засмучені.</w:t>
      </w:r>
    </w:p>
    <w:p>
      <w:r>
        <w:br/>
        <w:t>Серед прочан були здебільшого жінки, одягнуті в темне. Григорій згадав, що тепер весняні хліборобські роботи й чоловіки всі в полі. А проте дивно було бачити цей люд, ще недавно такий сміливий та завзятий, а нині покірний, пригнічений.</w:t>
      </w:r>
    </w:p>
    <w:p>
      <w:r>
        <w:br/>
        <w:t>— Чого ви шукаєте серед цього зчорнілого каміння?</w:t>
      </w:r>
    </w:p>
    <w:p>
      <w:r>
        <w:br/>
        <w:t>Одна бабуся дуже уважно приглядалася до Григорія, до його всього поголеного обличчя, ніби впізнаючи в нім когось свого.</w:t>
      </w:r>
    </w:p>
    <w:p>
      <w:r>
        <w:br/>
        <w:t>Григорій привітно посміхнувся: хтозна, може, землячка з Лубенщини сюди забилась...</w:t>
      </w:r>
    </w:p>
    <w:p>
      <w:r>
        <w:br/>
        <w:t>Та раптом бабуся відвернулась, почала хреститись та плюватись.</w:t>
      </w:r>
    </w:p>
    <w:p>
      <w:r>
        <w:br/>
        <w:t>— Німець куцохвостий! І сюди забився! Геть, погане, нечиста сило!</w:t>
      </w:r>
    </w:p>
    <w:p>
      <w:r>
        <w:br/>
        <w:t>Григорій голосно розсміявся. За старою бурсацькою звичкою хотів показати язика й подражнити сердиту бабу,— а пройшов тихо й засмучено, уважно вдивляючись у церкву, що пишалась на сонці великозірчатими банями.</w:t>
      </w:r>
    </w:p>
    <w:p>
      <w:r>
        <w:br/>
        <w:t>В церкві йшла служба. Жовті воскові свічки тріщали хилитливим полум’ям перед образами. Товпився народ, по боках стояли чорні постаті в високих клобуках, жовті, скам’янілі.</w:t>
      </w:r>
    </w:p>
    <w:p>
      <w:r>
        <w:br/>
        <w:t>І зразу ж стало без міри нудно від цих тупих, здерев’янілих облич, від того хору, що дико викрикував на криласі.</w:t>
      </w:r>
    </w:p>
    <w:p>
      <w:r>
        <w:br/>
        <w:t>Згадалися служби католицькі, злагоджені, врочисті, з прекрасною барвистою музикою й хлоп’ячими співами.</w:t>
      </w:r>
    </w:p>
    <w:p>
      <w:r>
        <w:br/>
        <w:t>— ...Herr Pfanne! Herr Pfanne![3]</w:t>
      </w:r>
    </w:p>
    <w:p>
      <w:r>
        <w:br/>
        <w:t>В долині Рейну сяяло сонце, зеленіли густі виноградники, а в небі синіли верхів’я гір, що підносять людський дух кудись у далечінь, у чарівну мрійність.</w:t>
      </w:r>
    </w:p>
    <w:p>
      <w:r>
        <w:br/>
        <w:t>— Signore Scovoroda! Signore Scovoroda![4]</w:t>
      </w:r>
    </w:p>
    <w:p>
      <w:r>
        <w:br/>
        <w:t>Це кликала юна, палка італійка.</w:t>
      </w:r>
    </w:p>
    <w:p>
      <w:r>
        <w:br/>
        <w:t>А синьйор Сковорода тоді тікав, як дикий звір, упійманий у тенета. Італійка дзвінко сміялась над дивним Russ’om.</w:t>
      </w:r>
    </w:p>
    <w:p>
      <w:r>
        <w:br/>
        <w:t>Сковорода вийшов із церкви. Дехто з ченців уважно придивлявся до нього. Може, впізнав,— але Сковороді чомусь важко було признаватись і говорити.</w:t>
      </w:r>
    </w:p>
    <w:p>
      <w:r>
        <w:br/>
        <w:t>Було на думці йти додому, в Чорнухи. Дорога лежала через Поділ, і Сковорода при нагоді хотів заглянути до Академії[5].</w:t>
      </w:r>
    </w:p>
    <w:p>
      <w:r>
        <w:br/>
        <w:t>Навколо Академії тихо шелестіли явори, в стінах будинку гуділо густим, нудним бурсацьким шумом.</w:t>
      </w:r>
    </w:p>
    <w:p>
      <w:r>
        <w:br/>
        <w:t>Товсті присадкуваті колонади будинку сумно, по-старечому дивились на Сковороду.</w:t>
      </w:r>
    </w:p>
    <w:p>
      <w:r>
        <w:br/>
        <w:t>Чомусь було тоскно, а разом і приємно.</w:t>
      </w:r>
    </w:p>
    <w:p>
      <w:r>
        <w:br/>
        <w:t>Згадалось юнацтво, шалені молодечі витівки: як утікали до Дніпра, на нічні лови риби, на околиці Києва в чужі сади, а спритніші й до дівчат. Стелилось широке барвисте життя, а багатьом воно замкнулось у стінах монастирів на сувору службу Богові, на важку митру[6]. Дехто з бурсаків боязко виглянув, придивився і впізнав:</w:t>
      </w:r>
    </w:p>
    <w:p>
      <w:r>
        <w:br/>
        <w:t>— Грицьку? Це ти?</w:t>
      </w:r>
    </w:p>
    <w:p>
      <w:r>
        <w:br/>
        <w:t>Григорій, червоніючи, посміхався. Двоє нерішуче, але зацікавлено підійшли й привітались.</w:t>
      </w:r>
    </w:p>
    <w:p>
      <w:r>
        <w:br/>
        <w:t>— А що це на тобі? От чудний який, їй-богу! Як німець лопуцьковатий! І то так усі ходять у Німеччині?</w:t>
      </w:r>
    </w:p>
    <w:p>
      <w:r>
        <w:br/>
        <w:t>— А як кому доведеться!</w:t>
      </w:r>
    </w:p>
    <w:p>
      <w:r>
        <w:br/>
        <w:t>— Ну, брат, і чудний ти! Їй-богу!</w:t>
      </w:r>
    </w:p>
    <w:p>
      <w:r>
        <w:br/>
        <w:t>Старший, високий чолов’яга, почав уважно оглядати.</w:t>
      </w:r>
    </w:p>
    <w:p>
      <w:r>
        <w:br/>
        <w:t>— А я тобі скажу, що нічого, брате, добре! І я б охочий одягти замість оцих лапсердаків. Теліпається тобі,— тільки собак дратувати на Подолі!</w:t>
      </w:r>
    </w:p>
    <w:p>
      <w:r>
        <w:br/>
        <w:t>— Ну, а як вам тут живеться?</w:t>
      </w:r>
    </w:p>
    <w:p>
      <w:r>
        <w:br/>
        <w:t>— Нам? Нудно! Намилюємо Святе письмо так, що аж млосно робиться! Голова набубніє тобі, як лубок! Нудно, братухо, дуже нудно! Та й на дідька воно! В ченці йти не хочеться, а так на Московщину, до цих Етіопів!..[7] Теж, брат, несолодко. Ех, на коня б оце та в степи широкі! Гойдай тоді хвилі вітру—тільки держись!</w:t>
      </w:r>
    </w:p>
    <w:p>
      <w:r>
        <w:br/>
        <w:t>Він трохи помовчав.</w:t>
      </w:r>
    </w:p>
    <w:p>
      <w:r>
        <w:br/>
        <w:t>— Слухай, Грицьку, а покурить нема в тебе?</w:t>
      </w:r>
    </w:p>
    <w:p>
      <w:r>
        <w:br/>
        <w:t>— Ні, я не курю!</w:t>
      </w:r>
    </w:p>
    <w:p>
      <w:r>
        <w:br/>
        <w:t>— От шкода! А кажуть, німці добрий тютюн курять!</w:t>
      </w:r>
    </w:p>
    <w:p>
      <w:r>
        <w:br/>
        <w:t>Сковорода хутко попрощався й пішов далі.</w:t>
      </w:r>
    </w:p>
    <w:p>
      <w:r>
        <w:br/>
        <w:t>З-за Дніпра чомусь довго не повертався човен.</w:t>
      </w:r>
    </w:p>
    <w:p>
      <w:r>
        <w:br/>
        <w:t>Сковорода сів у холодку під вербою й став чекати.</w:t>
      </w:r>
    </w:p>
    <w:p>
      <w:r>
        <w:br/>
        <w:t>Сьогодні зранку, як тільки засіріло надворі, Сковорода подався в дорогу і встиг пройти більш як 50 верстов. У тілі почувалася втома, голод уже морив. Вражіння від Києва дивно плуталися зі спогадами про життя на чужині.</w:t>
      </w:r>
    </w:p>
    <w:p>
      <w:r>
        <w:br/>
        <w:t>Сковорода згадав, що в торбині був хліб. Він вийняв сухий шматок, натер цибулею і почав смачно їсти.</w:t>
      </w:r>
    </w:p>
    <w:p>
      <w:r>
        <w:br/>
        <w:t>Потім підійшов до невеличкого струмка, що протікав з-під гори, і довго пив холодну воду.</w:t>
      </w:r>
    </w:p>
    <w:p>
      <w:r>
        <w:br/>
        <w:t>Тоді знову сів на старе місце, й вийняв сопілку, оглянув її тепло, й заходився грати тихих задумливих мелодій на дивній сопілці з білими кісточками.</w:t>
      </w:r>
    </w:p>
    <w:p>
      <w:r>
        <w:br/>
        <w:t>На Дніпрі купалося сонце, розбивалось на дрібних хвилях, у шумах хвиль, у далечині затонів переливало веселками. Над хвилями вставали чайки й ластівки. Десь скидалась і плескала риба, віддаль ріки мережилась синявими збрижами струменів, по тім боці біліли волохаті полові лози. А геть далі йшли безкраї ліси Броварів.</w:t>
      </w:r>
    </w:p>
    <w:p>
      <w:r>
        <w:br/>
        <w:t>В сивині лугів майоріли табуни товару з яскравими плямами пастухів.</w:t>
      </w:r>
    </w:p>
    <w:p>
      <w:r>
        <w:br/>
        <w:t>Чомусь знову згадались далекі юнацькі часи.</w:t>
      </w:r>
    </w:p>
    <w:p>
      <w:r>
        <w:br/>
        <w:t>Осінньої зоряної ночі йшов пішки з Чорнух до Києва, в бурсу.</w:t>
      </w:r>
    </w:p>
    <w:p>
      <w:r>
        <w:br/>
        <w:t>Чого так тремтіло тоді серце молодечим запалом?</w:t>
      </w:r>
    </w:p>
    <w:p>
      <w:r>
        <w:br/>
        <w:t>Чому так хотілось жити тоді звичайним тихим життям, любити простори, сонце, сині далечіні, дихати міцним щебцем і тихим затишно-лагідним смутком вечорів?</w:t>
      </w:r>
    </w:p>
    <w:p>
      <w:r>
        <w:br/>
        <w:t>І ось хтось розрізав життя на дві смуги. І жодна не знає собі місця ні тут, на батьківщині, ні там — у далеких чужих краях.</w:t>
      </w:r>
    </w:p>
    <w:p>
      <w:r>
        <w:br/>
        <w:t>Якоюсь тьмяною радістю ваблять ліси й безкраї обрії степів.</w:t>
      </w:r>
    </w:p>
    <w:p>
      <w:r>
        <w:br/>
        <w:t>Хто кличе туди, за бузові димища? Що за ними твориться?</w:t>
      </w:r>
    </w:p>
    <w:p>
      <w:r>
        <w:br/>
        <w:t>Якась дівчина, вся в темному, пішла лісовими стежками на росяні поляни з нерозгаданою усмішкою на вустах. А від неї лягла довга сіра тінь.</w:t>
      </w:r>
    </w:p>
    <w:p>
      <w:r>
        <w:br/>
        <w:t>...Тінь! Це перший символ туги. Тому так болить, у камінчик стискується серце.</w:t>
      </w:r>
    </w:p>
    <w:p>
      <w:r>
        <w:br/>
        <w:t>Під тихі журливі звуки флейти мимоволі встали далекі дні на чужині.</w:t>
      </w:r>
    </w:p>
    <w:p>
      <w:r>
        <w:br/>
        <w:t>Долина Рейну, ще юна й свіжа, вся заросла великими незруйнованими лісами. На гострих виступах ще хмурилися старі темні замки.</w:t>
      </w:r>
    </w:p>
    <w:p>
      <w:r>
        <w:br/>
        <w:t>А внизу молоді сади й виноградники. Поміж ними білі привітні будинки швейцарців. І все обперезано горами.</w:t>
      </w:r>
    </w:p>
    <w:p>
      <w:r>
        <w:br/>
        <w:t>Куди не кинеш оком — скрізь застигає зір на холодних карбованих лініях, яскраво-білих, червоних і синіх.</w:t>
      </w:r>
    </w:p>
    <w:p>
      <w:r>
        <w:br/>
        <w:t>Гори гнітять густими тінями вечорів. Гори благословляють радістю голубиною кожний сонячний ранок, коли сонце довго-довго вмивається й не натішиться собою!</w:t>
      </w:r>
    </w:p>
    <w:p>
      <w:r>
        <w:br/>
        <w:t>Тоді серце голосно стукає в клітку й хоче спорхонути, полинути на верхів’я гір.</w:t>
      </w:r>
    </w:p>
    <w:p>
      <w:r>
        <w:br/>
        <w:t>Стрункий довгоногий Григорій, легкий, як гірська сарна, хутко переходив із перевалу на перевал.</w:t>
      </w:r>
    </w:p>
    <w:p>
      <w:r>
        <w:br/>
        <w:t>І не було втоми духові, і втома тіла була без міри солодка.</w:t>
      </w:r>
    </w:p>
    <w:p>
      <w:r>
        <w:br/>
        <w:t>В невеличких тихих корчмах, у єзуїтських орденів любив спинятись. Там випивав кухоль холодного молока зі скибкою хліба з маслом; інколи давали свіжих яблук та винограду. Тоді серце наливалося соком.</w:t>
      </w:r>
    </w:p>
    <w:p>
      <w:r>
        <w:br/>
        <w:t>І скрізь привітна зустріч, несподівана й цікава пригода, і скрізь бажаний гість.</w:t>
      </w:r>
    </w:p>
    <w:p>
      <w:r>
        <w:br/>
        <w:t>Як приємно бути завжди в гостях!</w:t>
      </w:r>
    </w:p>
    <w:p>
      <w:r>
        <w:br/>
        <w:t>І що, властиво, наше життя, як не радість перебування в гостях!</w:t>
      </w:r>
    </w:p>
    <w:p>
      <w:r>
        <w:br/>
        <w:t>Треба ж пройти в ньому якнайлегше.</w:t>
      </w:r>
    </w:p>
    <w:p>
      <w:r>
        <w:br/>
        <w:t>І що ми самі, як не тимчасові мандрівники на цій прекрасній планеті! Треба тільки спромогтись і знайти відміряну нам зарані стежку, "потрібне зробити не важким, а важке не потрібним".</w:t>
      </w:r>
    </w:p>
    <w:p>
      <w:r>
        <w:br/>
        <w:t>Товстий пузатий Жан Жак Руссо[8] на одній віллі сердито бубонів: "Я, m-г Skovoroda, розвалив би всі будинки, всі брудні оті ями гноюки — наші Парижі, Лондони, Марселі й Відні, я б поскидав усі прикраси, що натягують люди на себе. Ідіть, любі брати, на долини, в ліси, на простори голі такими, як створила вас велика мати Натура, і будьте вільні, як вільними створила вас Натура!"</w:t>
      </w:r>
    </w:p>
    <w:p>
      <w:r>
        <w:br/>
        <w:t>По-дитячому наївні й радісні очі насмішкувато стежили за нудною одноманітно-густою розмовою славетного, але молодого ще філософа. Інколи в синіх очах загорявся гострий вогник, глибоко прорізував мур, що роз’єднував двох далеких людей.</w:t>
      </w:r>
    </w:p>
    <w:p>
      <w:r>
        <w:br/>
        <w:t>І тоді Руссові ставало холодно й неприємно від того надзвичайно дужого, гострого розуму, що зразу розрізує блискучу думку.</w:t>
      </w:r>
    </w:p>
    <w:p>
      <w:r>
        <w:br/>
        <w:t>Що за істота, що за дивний пастух, що прибився сюди з якоїсь незнаної країни, Petite Russie[9], з сопілкою за поясом, неначе з якого ідилічного малюнку!</w:t>
      </w:r>
    </w:p>
    <w:p>
      <w:r>
        <w:br/>
        <w:t>І чого він тут шукає?</w:t>
      </w:r>
    </w:p>
    <w:p>
      <w:r>
        <w:br/>
        <w:t>Григорій уважно вслухався в усе. Але інколи за всім тим проскакувала якась насмішкувата думка.</w:t>
      </w:r>
    </w:p>
    <w:p>
      <w:r>
        <w:br/>
        <w:t>"А чому ж ти сам не роздягся й не пішов голим до Натури? Скинув би свій темно-червоний сурдут і пішов би. Виставив би своє товсте волохате черево й грівся б на сонці серед Натури. А замість того на гладкім череві товстий ланцюжок з годинника, і на ньому теліпаються якісь грубі, важкі цяцьки".</w:t>
      </w:r>
    </w:p>
    <w:p>
      <w:r>
        <w:br/>
        <w:t>З того розійшовся з Руссом, думка сягала в нові просвіти. І було легко.</w:t>
      </w:r>
    </w:p>
    <w:p>
      <w:r>
        <w:br/>
        <w:t>А проте все ж інколи дратував товстий позолочений ланцюжок.</w:t>
      </w:r>
    </w:p>
    <w:p>
      <w:r>
        <w:br/>
        <w:t>У Німеччині в численних князівствах невеликі студентські гуртки в перервах між дуелями за кухлями пива жваво обговорювали нові філософічні питання.</w:t>
      </w:r>
    </w:p>
    <w:p>
      <w:r>
        <w:br/>
        <w:t>Ще жива була пам’ять Лейбніца[10]. Завзято сперечалися про можливість спізнання монад[11]. У Гановері[12], куди заглянув і Сковорода, тиха, обгороджена могила в затінку лип, здавалось, мудро стежила за всім тим, що колишні, ще живі й суцільні монади внесли, як подарунок вічності.</w:t>
      </w:r>
    </w:p>
    <w:p>
      <w:r>
        <w:br/>
        <w:t>Скрізь лежали рівні, чепурно оброблені лани. Буйна картопля поміж садами тяглася довгими смугами.</w:t>
      </w:r>
    </w:p>
    <w:p>
      <w:r>
        <w:br/>
        <w:t>І було приємно стежити за цією завзятою дбайливою працею, й нудно було від цих одноманітно розпланованих ланів і садів із їх чепурною огорожею.</w:t>
      </w:r>
    </w:p>
    <w:p>
      <w:r>
        <w:br/>
        <w:t>Як і звичайно, Сковорода не вагався заходити в перший будинок у німецькому селі. Його зустрічали там спочатку підозріло.</w:t>
      </w:r>
    </w:p>
    <w:p>
      <w:r>
        <w:br/>
        <w:t>Але за вечерею, після випитого доброго пива, йшли жарти, інколи й грубуваті.</w:t>
      </w:r>
    </w:p>
    <w:p>
      <w:r>
        <w:br/>
        <w:t>— Herr Pfanne! Herr Pfanne! Сковорода! Поставив на плиту, й шкварчить сало! Ха-ха-ха-ха! Herr Pfanne! Чого ви сюди забилися?</w:t>
      </w:r>
    </w:p>
    <w:p>
      <w:r>
        <w:br/>
        <w:t>Сковорода залюбки розповідав про свою науку, мандрівки, про свою влюблену, нікому не відому країну.</w:t>
      </w:r>
    </w:p>
    <w:p>
      <w:r>
        <w:br/>
        <w:t>— О, ja... О, ja...[13] Наука — це добра річ! Аякже, аякже!</w:t>
      </w:r>
    </w:p>
    <w:p>
      <w:r>
        <w:br/>
        <w:t>— А в Малій Русі хіба нема вищих шкіл і студентів?</w:t>
      </w:r>
    </w:p>
    <w:p>
      <w:r>
        <w:br/>
        <w:t>І Сковорода знову розповідав про свою alma mater.</w:t>
      </w:r>
    </w:p>
    <w:p>
      <w:r>
        <w:br/>
        <w:t>Але в ній не всі науки добре проходять. А він хоче обняти все, дізнатись найкращого знання.</w:t>
      </w:r>
    </w:p>
    <w:p>
      <w:r>
        <w:br/>
        <w:t>— О, як же, як же! Kleiner Russe![14] Такий маленький, зовсім маленький Russe! Але чому Herr Skovoroda такий високий? Певне, він з високої Русі! Ха-ха-ха-ха!</w:t>
      </w:r>
    </w:p>
    <w:p>
      <w:r>
        <w:br/>
        <w:t>Сковорода вчував, що його тут ніколи не зрозуміють, і спозаранку хапався, якомога швидше, відійти.</w:t>
      </w:r>
    </w:p>
    <w:p>
      <w:r>
        <w:br/>
        <w:t>Був і такий випадок. Якась дівчина, дочка німецького господаря, на прощання нарвала й подарувала букет квіток. Сковорода зніяковів, почервонів, якось незграбно розкланявся, а далі, кумедно засміявшись, просто побіг. А дівчина ще довго дивилась услід йому своїми великими, спокійно-синіми очима.</w:t>
      </w:r>
    </w:p>
    <w:p>
      <w:r>
        <w:br/>
        <w:t>І ця подія чомусь довго не виходила з голови...</w:t>
      </w:r>
    </w:p>
    <w:p>
      <w:r>
        <w:br/>
        <w:t>Тим часом на середині Дніпра, не знати звідки, з’явився човен.</w:t>
      </w:r>
    </w:p>
    <w:p>
      <w:r>
        <w:br/>
        <w:t>Старенький дідусь, увесь у білому й сам білий, із розчервонілим, іще моложавим обличчям, вимахував довгим веслом. І човен його хутко прорізував струмені вод.</w:t>
      </w:r>
    </w:p>
    <w:p>
      <w:r>
        <w:br/>
        <w:t>Коли човен під’їхав до берега, Сковорода встав і привітався.</w:t>
      </w:r>
    </w:p>
    <w:p>
      <w:r>
        <w:br/>
        <w:t>— Ти тільки сам тут і є, козаче?</w:t>
      </w:r>
    </w:p>
    <w:p>
      <w:r>
        <w:br/>
        <w:t>— Здається, більш нікого, дідусю!</w:t>
      </w:r>
    </w:p>
    <w:p>
      <w:r>
        <w:br/>
        <w:t>— Та я й сам бачу, що нікого! І охота ото клопотатися з-за одного, скажи на милість! Наче я в найми до кого став!</w:t>
      </w:r>
    </w:p>
    <w:p>
      <w:r>
        <w:br/>
        <w:t>Дідусь, очевидячки, був зовсім невдоволений.</w:t>
      </w:r>
    </w:p>
    <w:p>
      <w:r>
        <w:br/>
        <w:t>— І чого воно так, що опівдні нікого тобі й медом не закличеш до човна? Наче муха взимку — ні однієї не побачиш! А вже як вечір або ранок — тоді й не спекаєшся! Начіпляються тобі, як воші на кожуха. Це тільки ти якийсь чудний, козаче, що кудись поспішаєш. І нащо б ото я турбував людей. Ліг би собі, спочив у холодочку. А на вечір я тебе б і перевіз!</w:t>
      </w:r>
    </w:p>
    <w:p>
      <w:r>
        <w:br/>
        <w:t>Проте нічого не поробиш. Дідусь захитав головою, закліпав віями й погодився-таки. Григорій хутко зібрав усе своє збіжжя й сів у човен. Дідусь нап’явсь, одіпхнув човна від берега. Човен закрутився, і по тому легко пішов на середину.</w:t>
      </w:r>
    </w:p>
    <w:p>
      <w:r>
        <w:br/>
        <w:t>— Звідки, козаче, мандруєш?</w:t>
      </w:r>
    </w:p>
    <w:p>
      <w:r>
        <w:br/>
        <w:t>— А що таке?</w:t>
      </w:r>
    </w:p>
    <w:p>
      <w:r>
        <w:br/>
        <w:t>— Та щось дивний ти дуже. Німець не німець, жид не жид, бурсак не бурсак, ну й на людину не схожий!</w:t>
      </w:r>
    </w:p>
    <w:p>
      <w:r>
        <w:br/>
        <w:t>Сковорода посміхнувся.</w:t>
      </w:r>
    </w:p>
    <w:p>
      <w:r>
        <w:br/>
        <w:t>— Так собі, мандрую світами.</w:t>
      </w:r>
    </w:p>
    <w:p>
      <w:r>
        <w:br/>
        <w:t>— Що ж, може, діло яке маєш?</w:t>
      </w:r>
    </w:p>
    <w:p>
      <w:r>
        <w:br/>
        <w:t>— Ні!</w:t>
      </w:r>
    </w:p>
    <w:p>
      <w:r>
        <w:br/>
        <w:t>— То, мо’, по святих місцях ходив?</w:t>
      </w:r>
    </w:p>
    <w:p>
      <w:r>
        <w:br/>
        <w:t>— І до цього не маю охоти.</w:t>
      </w:r>
    </w:p>
    <w:p>
      <w:r>
        <w:br/>
        <w:t>— Диви ти! Ну, тоді чого ж ти блукав, коли твоя ласка?</w:t>
      </w:r>
    </w:p>
    <w:p>
      <w:r>
        <w:br/>
        <w:t>— Так! Ходив по науку в чужі краї!</w:t>
      </w:r>
    </w:p>
    <w:p>
      <w:r>
        <w:br/>
        <w:t>— Чи бач, яке діло!</w:t>
      </w:r>
    </w:p>
    <w:p>
      <w:r>
        <w:br/>
        <w:t>І дідусь раптом змовк і став пильніше гребти.</w:t>
      </w:r>
    </w:p>
    <w:p>
      <w:r>
        <w:br/>
        <w:t>Тим часом човен допливав на другий бік річки. Хвиля тихшала.</w:t>
      </w:r>
    </w:p>
    <w:p>
      <w:r>
        <w:br/>
        <w:t>З правого берега перед очима замайорів Київ у своїй дивній красі.</w:t>
      </w:r>
    </w:p>
    <w:p>
      <w:r>
        <w:br/>
        <w:t>З густих садів і гаїв визирали поодинокі будівлі. Палац графа Потоцького зорів над самою кручею високими шпилями, білими заломами.</w:t>
      </w:r>
    </w:p>
    <w:p>
      <w:r>
        <w:br/>
        <w:t>А над усім містом на сонці золотіли хрести Софії[15], Лаври, Китаєвої пустині[16] й Видубецького[17].</w:t>
      </w:r>
    </w:p>
    <w:p>
      <w:r>
        <w:br/>
        <w:t>"Це тихі затони,— думав Сковорода,— де серце людське, як бджілка, напивається ласки Божої. А в них живуть відгодовані, черстві серцем свині й хрюкають ще! О Господи, Господи! Як то буває, коли людина не знає своєї стежки!"</w:t>
      </w:r>
    </w:p>
    <w:p>
      <w:r>
        <w:br/>
        <w:t>Підпливали до другого берега. В’їхали в затон. Вода була тиха й спокійно виблискувала свічадом. Тіні човна й постатей у ньому пухко лягали вглибінь. М’яко, засмоктуючи, хлюпало весло.</w:t>
      </w:r>
    </w:p>
    <w:p>
      <w:r>
        <w:br/>
        <w:t>Було тихо й затишно, й ні про що неохота було ні думати, ані рухатись. А так, упірнути в глибінь думок і дрімливо дивитись у прозорі води.</w:t>
      </w:r>
    </w:p>
    <w:p>
      <w:r>
        <w:br/>
        <w:t>— А скажи, будь ласка, коли ти вчений чоловік,— перервав задуму дідусь,— я от звірив небо, плаваючи отут на річці, та ніяк не візьму в тямок, чого воно ото так бува: одні зорі жовті, інші сині, червоні, а то є й білі. Одні собі спокійно світять, інші все тремтять, бризькають, наче куди поспішають. Що воно за штука така? Чого воно так буває?</w:t>
      </w:r>
    </w:p>
    <w:p>
      <w:r>
        <w:br/>
        <w:t>Сковорода раптом прокинувся й заохотився розповідати.</w:t>
      </w:r>
    </w:p>
    <w:p>
      <w:r>
        <w:br/>
        <w:t>— Чи бач, яка штука! А чого вони так блимають?</w:t>
      </w:r>
    </w:p>
    <w:p>
      <w:r>
        <w:br/>
        <w:t>— А то, бачте, вони крутяться! Кожна зірка або крутиться круг себе, або навкруги якоїсь більшої зірки, так, як наша земля!</w:t>
      </w:r>
    </w:p>
    <w:p>
      <w:r>
        <w:br/>
        <w:t>— Хіба наша земля теж крутиться?</w:t>
      </w:r>
    </w:p>
    <w:p>
      <w:r>
        <w:br/>
        <w:t>— Аякже. І вона крутиться круг сонця.</w:t>
      </w:r>
    </w:p>
    <w:p>
      <w:r>
        <w:br/>
        <w:t>— А чи в тебе, чоловіче, в голові не крутиться?</w:t>
      </w:r>
    </w:p>
    <w:p>
      <w:r>
        <w:br/>
        <w:t>Сковорода здивовано поглянув. Але дідусь не вдоволено говорив далі.</w:t>
      </w:r>
    </w:p>
    <w:p>
      <w:r>
        <w:br/>
        <w:t>— Та де ж таки видано, щоб земля крутилася навкруги сонця, як вона стоїть собі на місці, що й не зворухнеш її?</w:t>
      </w:r>
    </w:p>
    <w:p>
      <w:r>
        <w:br/>
        <w:t>— Та то нам так здається, бо й ми разом із нею крутимось.</w:t>
      </w:r>
    </w:p>
    <w:p>
      <w:r>
        <w:br/>
        <w:t>— Таке! Тільки, мабуть, не всі крутяться! Щось ти такого почав, козаче, що й не второпаєш, до чого воно.</w:t>
      </w:r>
    </w:p>
    <w:p>
      <w:r>
        <w:br/>
        <w:t>Він замовк, важко перебираючи в думках.</w:t>
      </w:r>
    </w:p>
    <w:p>
      <w:r>
        <w:br/>
        <w:t>— А в Бога ти віруєш? — раптом запитав він.</w:t>
      </w:r>
    </w:p>
    <w:p>
      <w:r>
        <w:br/>
        <w:t>— А чому мені не вірити?</w:t>
      </w:r>
    </w:p>
    <w:p>
      <w:r>
        <w:br/>
        <w:t>— Ну, мо’, й так! А то є серед вас такі, що не вірують.</w:t>
      </w:r>
    </w:p>
    <w:p>
      <w:r>
        <w:br/>
        <w:t>— То дурні всякі, що думають, наче вони своїм курячим мізком усього дійдуть.</w:t>
      </w:r>
    </w:p>
    <w:p>
      <w:r>
        <w:br/>
        <w:t>— Ну, може, й так. Я неписьменний чоловік, не скажу тобі нічого.</w:t>
      </w:r>
    </w:p>
    <w:p>
      <w:r>
        <w:br/>
        <w:t>І дідусь замовк, стиха хлюпаючи веслом. На березі Сковорода вийшов, а дідусь поволі підплив у тінь під верби й там задрімав на човні.</w:t>
      </w:r>
    </w:p>
    <w:p>
      <w:r>
        <w:br/>
        <w:t>Сковорода відійшов кілька кроків, роздягся і вперше за довгі роки викупався в Дніпрі. Потому він одягся, подивився востаннє на Київ, що тонув у розпаленому бузовому тумані, й помандрував далі.</w:t>
      </w:r>
    </w:p>
    <w:p>
      <w:r>
        <w:br/>
        <w:t>Дорога була відома ще з бурсацьких часів, бо добре зміряв її, багато разів мандруючи.</w:t>
      </w:r>
    </w:p>
    <w:p>
      <w:r>
        <w:br/>
        <w:t>У Броварах переночував, а другого ранку, як тільки заревла скотина, йдучи на пастовень, подався далі.</w:t>
      </w:r>
    </w:p>
    <w:p>
      <w:r>
        <w:br/>
        <w:t>Опівдні вийшов із широкої смуги лісів. За ними йшли розлогі степи.</w:t>
      </w:r>
    </w:p>
    <w:p>
      <w:r>
        <w:br/>
        <w:t>Інколи траплялися польові озера, зарослі очеретом, осокою, густою травою.</w:t>
      </w:r>
    </w:p>
    <w:p>
      <w:r>
        <w:br/>
        <w:t>Ще майоріли червоні маки в степу, жовтий дрік й буркун зорями розсипався навколо. В небі гуляли тужливі кібчики й шуліки.</w:t>
      </w:r>
    </w:p>
    <w:p>
      <w:r>
        <w:br/>
        <w:t>Захоплене серце розливалося широким струменем невимовної радості. Хотів упасти, цілувати землю, притиснути до грудей трави й квіти, щоб один момент розлився у вічність. І послати в небо радісну хвалу творцеві.</w:t>
      </w:r>
    </w:p>
    <w:p>
      <w:r>
        <w:br/>
        <w:t>В степу, в далечині яскравіли похилі постаті орачів, що поволі собі піднімали важку цілину, з насолодою гукаючи на воли.</w:t>
      </w:r>
    </w:p>
    <w:p>
      <w:r>
        <w:br/>
        <w:t>— Гей, гей, сіромахи!</w:t>
      </w:r>
    </w:p>
    <w:p>
      <w:r>
        <w:br/>
        <w:t>З ними й ночував інколи. Звечора варили кашу. Потім ще довго не засинали. В темряві, що так вабить до щирих довірливих балачок, довго оповідали різні пригоди, казки, чудні дивища. Отож непомітно Сковорода встрявав у розмову й починав оповідати своє життя.</w:t>
      </w:r>
    </w:p>
    <w:p>
      <w:r>
        <w:br/>
        <w:t>В степу літньої теплої ночі всі люди рівні. Але було особливо приємно відчувати близькою людину, що так дивно уладнала собі життя.</w:t>
      </w:r>
    </w:p>
    <w:p>
      <w:r>
        <w:br/>
        <w:t>Тим-то поводились зі Сковородою просто, але з особливою інтимною пошаною.</w:t>
      </w:r>
    </w:p>
    <w:p>
      <w:r>
        <w:br/>
        <w:t>Потім якось непомітно один по одному всі засинали, закопавшись у траву.</w:t>
      </w:r>
    </w:p>
    <w:p>
      <w:r>
        <w:br/>
        <w:t>Тільки Григорій довго не спав. Стежив за вогнями, що блимали в небі, й горів думкою над великою загадкою вічності.</w:t>
      </w:r>
    </w:p>
    <w:p>
      <w:r>
        <w:br/>
        <w:t>А в душі поволі сплітався й наростав один намір.</w:t>
      </w:r>
    </w:p>
    <w:p>
      <w:r>
        <w:br/>
        <w:t>І від того серце боліло й голосно билось.</w:t>
      </w:r>
    </w:p>
    <w:p>
      <w:r>
        <w:br/>
        <w:t>Справжні ліси починалися тільки біля Лубен, до Чорнухи зоставалося 25 верстов. Але Сковорода почував уже втому.</w:t>
      </w:r>
    </w:p>
    <w:p>
      <w:r>
        <w:br/>
        <w:t>Проте в самих Лубнах не хотілося зоставатися, та було ще й рано.</w:t>
      </w:r>
    </w:p>
    <w:p>
      <w:r>
        <w:br/>
        <w:t>Швидко пройшов вулицями, на хвилину кинув зором на Сулу, що розлягалась широкими луками й кривулястою стежкою йшла кудись у глибінь половецьких степів. Під горою ще де-не-де тулилися поодинокі білі хатини міщан, а над ними важко лежали незграбні казарми Петра Першого й поруч із ними за пузатим козачим собором струнко піднімалися вгору високі білі колони зруйнованого замку Яреми Вишневецького[18].</w:t>
      </w:r>
    </w:p>
    <w:p>
      <w:r>
        <w:br/>
        <w:t>Одним оком зирнув, чомусь засмутився й повернув на чорнуський шлях.</w:t>
      </w:r>
    </w:p>
    <w:p>
      <w:r>
        <w:br/>
        <w:t>За містом зразу ж почалися ліси. В них плуталась сила вузеньких доріжок. Сковорода звернув на одну з них. Навколо йшли густі кущі, а над ними випинались у височінь старі дуби. Було зовсім тихо. Тільки на верхів’ях крякали ворони. Інколи з-під кущів визирали сині дзвіночки, білі кашки, різнобарвні купала.</w:t>
      </w:r>
    </w:p>
    <w:p>
      <w:r>
        <w:br/>
        <w:t>Дорога хутко збігала вниз.</w:t>
      </w:r>
    </w:p>
    <w:p>
      <w:r>
        <w:br/>
        <w:t>У сутінку байраку, в глибокій тиші й прохолоді дзвінко співав соловейко, а його передражнював шпак. Сковорода мимоволі заслухався. Раптом узяв сопілку й став грати на голос соловейків.</w:t>
      </w:r>
    </w:p>
    <w:p>
      <w:r>
        <w:br/>
        <w:t>Соловейко на хвилину стих, а потім завзято почав переспівувати.</w:t>
      </w:r>
    </w:p>
    <w:p>
      <w:r>
        <w:br/>
        <w:t>Сковорода засміявся й пішов далі.</w:t>
      </w:r>
    </w:p>
    <w:p>
      <w:r>
        <w:br/>
        <w:t>Внизу поволі котився потік. Густі верби вкривали його похилими вітами, подалі йшли кущі осичини, важкі тополі, де-не-де старі дуби.</w:t>
      </w:r>
    </w:p>
    <w:p>
      <w:r>
        <w:br/>
        <w:t>Інколи вискакували до річки кози. Угледівши дивну, ворожу тварину, щулили на хвилину вуха і раптом зривались і тікали в гущавину кущів.</w:t>
      </w:r>
    </w:p>
    <w:p>
      <w:r>
        <w:br/>
        <w:t>Подекуди траплялись поодинокі хуторянські оселі. Кудлаті собаки люто кидалися на подорожнього, що відмахувався довгою карлючкуватою палицею.</w:t>
      </w:r>
    </w:p>
    <w:p>
      <w:r>
        <w:br/>
        <w:t>Трохи поодаль якась хуторянка, приставивши долоню над бровами, довго стежила за дивним подорожнім, а тоді поволі йшла до хати.</w:t>
      </w:r>
    </w:p>
    <w:p>
      <w:r>
        <w:br/>
        <w:t>На горі кидались у вічі невеличкі моріжки.</w:t>
      </w:r>
    </w:p>
    <w:p>
      <w:r>
        <w:br/>
        <w:t>На один з них падала смуга далеких просторів. За другим яром знов ішли рівні степи. Вдалечині майоріли стрункі явори і пляма білого будинку, але гущавина лісу заступила цей краєвид.</w:t>
      </w:r>
    </w:p>
    <w:p>
      <w:r>
        <w:br/>
        <w:t>Тим часом сонце поволі сідало. Тіні на дорозі густішали, з кущів віяло січною вогкуватою прохолодою.</w:t>
      </w:r>
    </w:p>
    <w:p>
      <w:r>
        <w:br/>
        <w:t>Десь загавкав собака й стих. Сковорода прислухавсь й пішов просто на собаку.</w:t>
      </w:r>
    </w:p>
    <w:p>
      <w:r>
        <w:br/>
        <w:t>Незабаром виринув тин, за ним солом’яна катрага й ряди вуликів. Собака загавкав ще дужче.</w:t>
      </w:r>
    </w:p>
    <w:p>
      <w:r>
        <w:br/>
        <w:t>За хвилину вийшов високий, кремезний, вже підстаркуватий чоловік.</w:t>
      </w:r>
    </w:p>
    <w:p>
      <w:r>
        <w:br/>
        <w:t>Сковорода наблизився й привітався.</w:t>
      </w:r>
    </w:p>
    <w:p>
      <w:r>
        <w:br/>
        <w:t>— Здоров, здоров був!</w:t>
      </w:r>
    </w:p>
    <w:p>
      <w:r>
        <w:br/>
        <w:t>Сковорода попрохав напитися.</w:t>
      </w:r>
    </w:p>
    <w:p>
      <w:r>
        <w:br/>
        <w:t>— А хто ж ти будеш? — поспитав пасічник.</w:t>
      </w:r>
    </w:p>
    <w:p>
      <w:r>
        <w:br/>
        <w:t>— Земляк, дядьку!—відповів Сковорода.</w:t>
      </w:r>
    </w:p>
    <w:p>
      <w:r>
        <w:br/>
        <w:t>— Звідки ж ти й куди простуєш?</w:t>
      </w:r>
    </w:p>
    <w:p>
      <w:r>
        <w:br/>
        <w:t>Сковорода сказав.</w:t>
      </w:r>
    </w:p>
    <w:p>
      <w:r>
        <w:br/>
        <w:t>— Ну, то заходь перепочити трохи. А коли охота, то й переночувати можна, бо куди ж проти ночі додому.</w:t>
      </w:r>
    </w:p>
    <w:p>
      <w:r>
        <w:br/>
        <w:t>Сковорода радо зайшов. Великий грізний собака ще сердито гарчав, але потроху вгамувався й став махати хвостом.</w:t>
      </w:r>
    </w:p>
    <w:p>
      <w:r>
        <w:br/>
        <w:t>Пасічник поважно зняв бриля й запрохав Сковороду до катраги.</w:t>
      </w:r>
    </w:p>
    <w:p>
      <w:r>
        <w:br/>
        <w:t>В катразі було тихо й привітно. На долівці було розіслано свіжої соломи. Стіни дбайливо обставлено очеретом. За переплетинами лозини висіли коряки, рійниці, ножі, різне приладдя.</w:t>
      </w:r>
    </w:p>
    <w:p>
      <w:r>
        <w:br/>
        <w:t>Пахло медом та свіжою вощиною.</w:t>
      </w:r>
    </w:p>
    <w:p>
      <w:r>
        <w:br/>
        <w:t>В кутку забилися бджоли й довго заспокійливо гуділи.</w:t>
      </w:r>
    </w:p>
    <w:p>
      <w:r>
        <w:br/>
        <w:t>Сковорода випив води і з полегкістю передихнув. Пасічник увесь час уважно стежив за ним.</w:t>
      </w:r>
    </w:p>
    <w:p>
      <w:r>
        <w:br/>
        <w:t>— Бачу я, чоловіче, що ти гість неабиякий тут! Хто б ти не був, а перепочинь часину, а я піду пошукаю, чим тебе пошанувати.</w:t>
      </w:r>
    </w:p>
    <w:p>
      <w:r>
        <w:br/>
        <w:t>За кілька часу пасічник повернувся і приніс кілька щільників меду.</w:t>
      </w:r>
    </w:p>
    <w:p>
      <w:r>
        <w:br/>
        <w:t>— Ось, козаче, шануйся, що Бог послав!</w:t>
      </w:r>
    </w:p>
    <w:p>
      <w:r>
        <w:br/>
        <w:t>Обидва сіли до вечері. Пасічник інколи коротко запитував, видно, міркуючи над словами Сковороди.</w:t>
      </w:r>
    </w:p>
    <w:p>
      <w:r>
        <w:br/>
        <w:t>Згодом вийшли з катраги.</w:t>
      </w:r>
    </w:p>
    <w:p>
      <w:r>
        <w:br/>
        <w:t>На пасіку лягли густі, пронизані золотою порохнею промені, високі верховіття дерев золотіли в останнім сяйві заходу, і прискало й жевріло золотом небо.</w:t>
      </w:r>
    </w:p>
    <w:p>
      <w:r>
        <w:br/>
        <w:t>До вуликів злітались останні бджоли. Залетівши всередину, вони тихо й розповідливо гули.</w:t>
      </w:r>
    </w:p>
    <w:p>
      <w:r>
        <w:br/>
        <w:t>Обидва чоловіки стиха гомоніли і в розмові непомітно вийшли за пасіку. Вузенькою стежкою вибралися вгору, звідки йшло широке узлісся.</w:t>
      </w:r>
    </w:p>
    <w:p>
      <w:r>
        <w:br/>
        <w:t>І знову встали ті ж самі степи, що було промайнули перед очима Сковороди, але цього разу широкі, безкраї, з густою каймою лісів по один бік, з самітними сильветами дерев десь на обрії.</w:t>
      </w:r>
    </w:p>
    <w:p>
      <w:r>
        <w:br/>
        <w:t>Вечірня задума тихо лягала на степ. Десь удалечині над Сулою визирали білі плями Мгарського монастиря[19].</w:t>
      </w:r>
    </w:p>
    <w:p>
      <w:r>
        <w:br/>
        <w:t>А степ поволі вростав у небо.</w:t>
      </w:r>
    </w:p>
    <w:p>
      <w:r>
        <w:br/>
        <w:t>Григорієві приємно було розмовляти з дідусем.</w:t>
      </w:r>
    </w:p>
    <w:p>
      <w:r>
        <w:br/>
        <w:t>Пасічник мав, як видно було з усього, живий допитливий розум, усім цікавився, усе розпитував, до всього мав свою думку й інколи гостро кидав її, але просто й щиро, подружньому.</w:t>
      </w:r>
    </w:p>
    <w:p>
      <w:r>
        <w:br/>
        <w:t>— Ну, що ж ти думаєш робити в нас, козаче?</w:t>
      </w:r>
    </w:p>
    <w:p>
      <w:r>
        <w:br/>
        <w:t>— Хтозна, дядьку! Ще не знайшов своєї стежки!</w:t>
      </w:r>
    </w:p>
    <w:p>
      <w:r>
        <w:br/>
        <w:t>— Чого ж так? Скільки шукав і не знайшов?</w:t>
      </w:r>
    </w:p>
    <w:p>
      <w:r>
        <w:br/>
        <w:t>— Що довше шукаєш, то трудніш вибирати. Думка така, щоб хоч трохи дечого розповісти людям.</w:t>
      </w:r>
    </w:p>
    <w:p>
      <w:r>
        <w:br/>
        <w:t>— Гм! Чи то ж приймуть тебе?</w:t>
      </w:r>
    </w:p>
    <w:p>
      <w:r>
        <w:br/>
        <w:t>— А чого ж не приймуть? Усякому одміряв Бог частину свого розуму. І всяк розумну думку приймає.</w:t>
      </w:r>
    </w:p>
    <w:p>
      <w:r>
        <w:br/>
        <w:t>— А нащо вона йому? Все це зайве, козаче! Ти краще розказуй, як треба гарбузи садити, як за скотиною ходити, за пасікою! Тоді тебе приймуть і скажуть, що ти корисний чоловік. А то що твої слова! Ти будеш говорити про Бога, чисту совість, правду людську! Нащо й кому вони здались? Хто тепер живе по правді, хто шукає її? Нема її, ніколи не було й не буде!</w:t>
      </w:r>
    </w:p>
    <w:p>
      <w:r>
        <w:br/>
        <w:t>— В кожного живе вона в серці. І колись настане час: прокинеться людина,— а навколо ранок, сонце сміється. І засміється людина з радості великої, й спізнає свого Бога, своє щастя.</w:t>
      </w:r>
    </w:p>
    <w:p>
      <w:r>
        <w:br/>
        <w:t>— Ех, горе тобі, козаче, буде! Будеш ти отак блукати світами й ніде не знайдеш притулку собі. Гіркий тобі випав хліб!</w:t>
      </w:r>
    </w:p>
    <w:p>
      <w:r>
        <w:br/>
        <w:t>— Я не женуся за ласощами, за хлібом легким...</w:t>
      </w:r>
    </w:p>
    <w:p>
      <w:r>
        <w:br/>
        <w:t>— Та все ж їсти тобі й жити якось треба!</w:t>
      </w:r>
    </w:p>
    <w:p>
      <w:r>
        <w:br/>
        <w:t>— Всяк находить собі поживу в житті. Жодна тварина під Божою рукою не загине без його на те йолі.</w:t>
      </w:r>
    </w:p>
    <w:p>
      <w:r>
        <w:br/>
        <w:t>— А все ж, скільки їх гине щодня! Ти глянь: коло кожного вулика падають мертві бджоли. Хіба ж вони грішні в чому перед Богом?</w:t>
      </w:r>
    </w:p>
    <w:p>
      <w:r>
        <w:br/>
        <w:t>Сковорода нічого не відповів, тільки сумно посміхнувся.</w:t>
      </w:r>
    </w:p>
    <w:p>
      <w:r>
        <w:br/>
        <w:t>Навколо лягла м’яка сутінь степу. Поволі розгоралось зоряне небо.</w:t>
      </w:r>
    </w:p>
    <w:p>
      <w:r>
        <w:br/>
        <w:t>І знову Сковорода заглянув у безмежність зоряного світу, пронизав на хвилину тужливим зором блимливі вогні — і злякався. Як і раніш, повстала велика безконечна загадка вічності — і гнітила своєю неясною, непереможною волею.</w:t>
      </w:r>
    </w:p>
    <w:p>
      <w:r>
        <w:br/>
        <w:t>— А проте, дивися сам, козаче,— м’яко додав пасічник,— я чоловік простий, не все мені видно! Може, й знайдеш собі щастя.</w:t>
      </w:r>
    </w:p>
    <w:p>
      <w:r>
        <w:br/>
        <w:t>Сковорода тепло й вдячно поглянув йому в вічі, широко посміхнувся, але нічого не відповів. Тієї ночі солодко спалось у свіжім повітрі катраги.</w:t>
      </w:r>
    </w:p>
    <w:p>
      <w:r>
        <w:br/>
        <w:t>Тихо співали нічну пісню бджоли. Десь далеко чиїсь пташині пискливі скарги капали в сутінь ночі. Тільки дуб таємниче шумів листом.</w:t>
      </w:r>
    </w:p>
    <w:p>
      <w:r>
        <w:br/>
        <w:t>Вранці обоє знову загомоніли. Згодом сіли до сніданку й довго снідали.</w:t>
      </w:r>
    </w:p>
    <w:p>
      <w:r>
        <w:br/>
        <w:t>Після сніданку Сковорода зацікавлено оглянув пасіку.</w:t>
      </w:r>
    </w:p>
    <w:p>
      <w:r>
        <w:br/>
        <w:t>— Ти знаєш, козаче, як буде тобі охота,— навідуйся сюди, коли потягне! Тут можеш собі спочити, можеш читати, писати. Що хочеш роби, та й погомонимо трохи!</w:t>
      </w:r>
    </w:p>
    <w:p>
      <w:r>
        <w:br/>
        <w:t>Попрощалися вони тільки, як сонце повернуло на вечір. Спека спала, і Сковорода, спочивши, хутко й бадьоро пішов додому.</w:t>
      </w:r>
    </w:p>
    <w:p>
      <w:r>
        <w:br/>
        <w:t>Многа закуталась уже густим туманом. На березі спали гуси, заховавши голови під крила. Закрекотіли тривожно качки, сонно загавкали собаки.</w:t>
      </w:r>
    </w:p>
    <w:p>
      <w:r>
        <w:br/>
        <w:t>В маленьких віконцях хатів блимали сірі вогні каганців.</w:t>
      </w:r>
    </w:p>
    <w:p>
      <w:r>
        <w:br/>
        <w:t>Сковорода пройшов давно знайомою дорогою в містечко, минув корчму на майдані. Далі вузенькими кривулястими вулицями заховався в темряві. Було тихо навколо. Від невиразного хвилювання серце голосно стукало в грудях.</w:t>
      </w:r>
    </w:p>
    <w:p>
      <w:r>
        <w:br/>
        <w:t>Увійшов у двір. Було порожньо. Ворота й хвіртка щільно причинені, але мотузки на них струхлявіли.</w:t>
      </w:r>
    </w:p>
    <w:p>
      <w:r>
        <w:br/>
        <w:t>У дворі поріс спориш.</w:t>
      </w:r>
    </w:p>
    <w:p>
      <w:r>
        <w:br/>
        <w:t>Город укрило густим застарілим бур’яном. У маленькому садку кволо п’ялися з-поміж трави поодинокі кущі квіток.</w:t>
      </w:r>
    </w:p>
    <w:p>
      <w:r>
        <w:br/>
        <w:t>Пахло старою пусткою.</w:t>
      </w:r>
    </w:p>
    <w:p>
      <w:r>
        <w:br/>
        <w:t>Григорій хвилину постояв, прислухався, далі рішуче підійшов до дверей і натиснув. Вони були замкнуті. Тихо наблизився до вікна, заглянув. Було порожньо й темно.</w:t>
      </w:r>
    </w:p>
    <w:p>
      <w:r>
        <w:br/>
        <w:t>Ще нічому не ймучи віри, голосно постукав, але до нього ніхто не обізвався.</w:t>
      </w:r>
    </w:p>
    <w:p>
      <w:r>
        <w:br/>
        <w:t>Тут неможливе стало ясним і цілком певним.</w:t>
      </w:r>
    </w:p>
    <w:p>
      <w:r>
        <w:br/>
        <w:t>Те, що за ці роки навіть не спадало на думку, сталося — просто й несподівано.</w:t>
      </w:r>
    </w:p>
    <w:p>
      <w:r>
        <w:br/>
        <w:t>Ще раз востаннє рішуче постукав. А далі безсило спустив руки і став прислухатись.</w:t>
      </w:r>
    </w:p>
    <w:p>
      <w:r>
        <w:br/>
        <w:t>У сусідньому дворі рипнули двері — хтось вийшов надвір.</w:t>
      </w:r>
    </w:p>
    <w:p>
      <w:r>
        <w:br/>
        <w:t>Григорій підійшов і привітався.</w:t>
      </w:r>
    </w:p>
    <w:p>
      <w:r>
        <w:br/>
        <w:t>— Хто там? — поспитав жіночий голос.</w:t>
      </w:r>
    </w:p>
    <w:p>
      <w:r>
        <w:br/>
        <w:t>Григорій обізвався.</w:t>
      </w:r>
    </w:p>
    <w:p>
      <w:r>
        <w:br/>
        <w:t>— Та чи це не Грицько? Ох, лишенько, звідки ж ти взявся? А ми вже гадали, що тебе й на світі нема. Ось який час, а про тебе ніякої чутки. То було коли-не-коли та й покажешся, а то зовсім не видно.</w:t>
      </w:r>
    </w:p>
    <w:p>
      <w:r>
        <w:br/>
        <w:t>— А де ж наші, не знаєте? — поспитав Григорій.</w:t>
      </w:r>
    </w:p>
    <w:p>
      <w:r>
        <w:br/>
        <w:t>— Які ваші? Та хіба ж ти нічого не знаєш?</w:t>
      </w:r>
    </w:p>
    <w:p>
      <w:r>
        <w:br/>
        <w:t>— Та ось стукаю, стукаю, та ніяк не достукаюсь.</w:t>
      </w:r>
    </w:p>
    <w:p>
      <w:r>
        <w:br/>
        <w:t>— Е, братіку рідний, не достукаєшся вже. Хоч скільки вже не стукай — не встануть, не обізвуться.— І жінка почала плакати.</w:t>
      </w:r>
    </w:p>
    <w:p>
      <w:r>
        <w:br/>
        <w:t>— Як не встануть?</w:t>
      </w:r>
    </w:p>
    <w:p>
      <w:r>
        <w:br/>
        <w:t>— А так, соколику! Подякували тобі красненько!..</w:t>
      </w:r>
    </w:p>
    <w:p>
      <w:r>
        <w:br/>
        <w:t>Та все, що так міцно давило коло серця, раптом розлилось і пішло тонкими струмочками крізь серце в горло, звідти виступило на очі.</w:t>
      </w:r>
    </w:p>
    <w:p>
      <w:r>
        <w:br/>
        <w:t>Від того стало легше.</w:t>
      </w:r>
    </w:p>
    <w:p>
      <w:r>
        <w:br/>
        <w:t>— Коли ж це сталося?</w:t>
      </w:r>
    </w:p>
    <w:p>
      <w:r>
        <w:br/>
        <w:t>— Та вже три роки.</w:t>
      </w:r>
    </w:p>
    <w:p>
      <w:r>
        <w:br/>
        <w:t>— Ну, а Андрійко?</w:t>
      </w:r>
    </w:p>
    <w:p>
      <w:r>
        <w:br/>
        <w:t>— А Андрійка як сирітку забрали тут одні заможні люди за пастушка. Так він, сердешний, захворів на голову та й пішов слідом за батьками.</w:t>
      </w:r>
    </w:p>
    <w:p>
      <w:r>
        <w:br/>
        <w:t>Щось упало важко кудись у глибінь прірви.</w:t>
      </w:r>
    </w:p>
    <w:p>
      <w:r>
        <w:br/>
        <w:t>Від того було на душі м’яко й тужливо.</w:t>
      </w:r>
    </w:p>
    <w:p>
      <w:r>
        <w:br/>
        <w:t>І хотілось довго-довго гомоніти з цією жінкою.</w:t>
      </w:r>
    </w:p>
    <w:p>
      <w:r>
        <w:br/>
        <w:t>— Так би й не впізнала тебе,— придивлялась жінка,— не то пан який, не то німець.</w:t>
      </w:r>
    </w:p>
    <w:p>
      <w:r>
        <w:br/>
        <w:t>Сковорода нічого не відповів і розпитував далі.</w:t>
      </w:r>
    </w:p>
    <w:p>
      <w:r>
        <w:br/>
        <w:t>Вони ще довго розмовляли. Згодом Сковорода поспитав про тітку Секлету, материну сестру, й пішов до неї.</w:t>
      </w:r>
    </w:p>
    <w:p>
      <w:r>
        <w:br/>
        <w:t>Тітка довго плакала, тиснула довгу шию Григорія до себе, обливала сльозами й примовляла.</w:t>
      </w:r>
    </w:p>
    <w:p>
      <w:r>
        <w:br/>
        <w:t>Потім почалися довгі родинні розмови.</w:t>
      </w:r>
    </w:p>
    <w:p>
      <w:r>
        <w:br/>
        <w:t>Другого дня ще зарані Григорій пішов на кладовище.</w:t>
      </w:r>
    </w:p>
    <w:p>
      <w:r>
        <w:br/>
        <w:t>У самім кутку, сливе поруч лежали дві могилки. Хтось устромив недбайливо два кущі червоних порічок. Але, пильніше оглядаючи, Григорій побачив кілька рядків барвінку в головах матері.</w:t>
      </w:r>
    </w:p>
    <w:p>
      <w:r>
        <w:br/>
        <w:t>І це особливо втішило й розхвилювало.</w:t>
      </w:r>
    </w:p>
    <w:p>
      <w:r>
        <w:br/>
        <w:t>Згадались давні дитячі часи. Літніми днями ходив на поле маленьким хлопчиком.</w:t>
      </w:r>
    </w:p>
    <w:p>
      <w:r>
        <w:br/>
        <w:t>Мати полола, зігнувшись, потонувши в колосках пшениці.</w:t>
      </w:r>
    </w:p>
    <w:p>
      <w:r>
        <w:br/>
        <w:t>Григорій робив пічурки на дорозі, в поросі садив баштани. А далі від нудьги виходив на могилу.</w:t>
      </w:r>
    </w:p>
    <w:p>
      <w:r>
        <w:br/>
        <w:t>Там на обрії в розпаленому повітрі мріяли якісь дерева з вузенькими прогалинами.</w:t>
      </w:r>
    </w:p>
    <w:p>
      <w:r>
        <w:br/>
        <w:t>За ними було якесь прекрасне казкове життя.</w:t>
      </w:r>
    </w:p>
    <w:p>
      <w:r>
        <w:br/>
        <w:t>Не треба там ні пшениці полоти, ні важкої роботи робити, ні жити в тісній хаті, ні слухати довгі скарги й клопоти.</w:t>
      </w:r>
    </w:p>
    <w:p>
      <w:r>
        <w:br/>
        <w:t>Якось проходив дорогою в солом’яному брилі, в сірій рясі диякон, широко розмахуючи палицею.</w:t>
      </w:r>
    </w:p>
    <w:p>
      <w:r>
        <w:br/>
        <w:t>Григорій мріяв: взяти б палицю в руки й, так само розмахуючи, піти туди, за обрій, куди полинуло щасливе життя.</w:t>
      </w:r>
    </w:p>
    <w:p>
      <w:r>
        <w:br/>
        <w:t>І тоді зразу ж випадала з рук тонка стеблинка бур’яну і ставало моторошно.</w:t>
      </w:r>
    </w:p>
    <w:p>
      <w:r>
        <w:br/>
        <w:t>І сіріли виснажені зелені лани, і вся земля вставала перегорілими полотнищами.</w:t>
      </w:r>
    </w:p>
    <w:p>
      <w:r>
        <w:br/>
        <w:t>І мати виглядала злиденною вбогою постаттю.</w:t>
      </w:r>
    </w:p>
    <w:p>
      <w:r>
        <w:br/>
        <w:t>Хотілось кудись утекти, заховатись під горбом у високу траву й зникнути там, заснути.</w:t>
      </w:r>
    </w:p>
    <w:p>
      <w:r>
        <w:br/>
        <w:t>Зі старим батьком їздив у поле. У мріях спліталися літні зоряні ночі — і чомусь дратував потертий, запорошений бриль батьків, старі вибійкові штани й маленька кобильчина, що пнулася під гору.</w:t>
      </w:r>
    </w:p>
    <w:p>
      <w:r>
        <w:br/>
        <w:t>Тепер знову повстала та ж сама нудьга, але ще глибше різала серце. Широка смуга прозорої мли, що слалася на обрії, раптом розбивалася на дрібні скалки, як голки шкла, й застилала ввесь світ великою нудьгою. Нудьга потроху сунула й сунула, як потоки великої повені.</w:t>
      </w:r>
    </w:p>
    <w:p>
      <w:r>
        <w:br/>
        <w:t>Але навколо було спокійно. У глибокій тиші розпаленого повітря тихо шелестіли вишні, похило журилися старі хрести.</w:t>
      </w:r>
    </w:p>
    <w:p>
      <w:r>
        <w:br/>
        <w:t>Тіні померлих, виснажених хліборобів парились на сонці.</w:t>
      </w:r>
    </w:p>
    <w:p>
      <w:r>
        <w:br/>
        <w:t>"Хто знає, що думали старі, як помирали. Які слова злетіли з їхніх вуст в останній момент. Хто знає, може, якийсь заповіт єдино цінний і правдивий зоставили — і він безсило розтанув у повітрі".</w:t>
      </w:r>
    </w:p>
    <w:p>
      <w:r>
        <w:br/>
        <w:t>З такою думкою Сковорода повертався в село.</w:t>
      </w:r>
    </w:p>
    <w:p>
      <w:r>
        <w:br/>
        <w:t>І те почуття нудьги, що так раптом прорвалось на кладовищі, знову заговорило.</w:t>
      </w:r>
    </w:p>
    <w:p>
      <w:r>
        <w:br/>
        <w:t>Десь нудно кудкудакала курка, рохкала свиня під хлівом, гріючись на сонці,— всюди були пообношувані тини. На майдані біля корчми стояв гурт селян, стояв годину, дві й важко перетирав нудні, нецікаві розмови.</w:t>
      </w:r>
    </w:p>
    <w:p>
      <w:r>
        <w:br/>
        <w:t>І від усього цього чомусь до нестями скиглило серце. Хотілось утекти, або ні — розвалити, розворушити цей замертвілий спокій.</w:t>
      </w:r>
    </w:p>
    <w:p>
      <w:r>
        <w:br/>
        <w:t>Згадався Рейн, білий, рвучкий, із шумливими пінявими водами, з білявими, осяйними верхів’ями гір, що тікають у глибінь неба, що ваблять дух у височінь.</w:t>
      </w:r>
    </w:p>
    <w:p>
      <w:r>
        <w:br/>
        <w:t>Увечері прийшов далекий родич Пилип Сковорода, старий начотчик, в окулярах, із товстою Біблією.</w:t>
      </w:r>
    </w:p>
    <w:p>
      <w:r>
        <w:br/>
        <w:t>Розгорнув книгу й почав сперечатися з приводу текстів створення світу. Григорій жваво захищав нові погляди, Пилип тупо обстоював свої думки. І суперечки що далі, то розгоралися.</w:t>
      </w:r>
    </w:p>
    <w:p>
      <w:r>
        <w:br/>
        <w:t>— Та й що там казати,— я бачу, ти дуже мало тямиш у цьому! — скінчив Пилип.— Ковалівський піп теж із бурсаків, так він куди краще за тебе знає.</w:t>
      </w:r>
    </w:p>
    <w:p>
      <w:r>
        <w:br/>
        <w:t>Григорій лукаво посміхнувся.</w:t>
      </w:r>
    </w:p>
    <w:p>
      <w:r>
        <w:br/>
        <w:t>— Ти щось од німців набрався нового духу! Куди тобі,— а я думав — підеш у попи!</w:t>
      </w:r>
    </w:p>
    <w:p>
      <w:r>
        <w:br/>
        <w:t>Пилип, очевидно, був незадоволений і хутко вийшов із хати.</w:t>
      </w:r>
    </w:p>
    <w:p>
      <w:r>
        <w:br/>
        <w:t>— Ну, що ж думаєш робити? — поспитав якось дядько Гнат, чоловік Секлетин.</w:t>
      </w:r>
    </w:p>
    <w:p>
      <w:r>
        <w:br/>
        <w:t>— Не знаю! Якось не думав.</w:t>
      </w:r>
    </w:p>
    <w:p>
      <w:r>
        <w:br/>
        <w:t>— А чого так? Що ж тут і думати! Як на мою думку,— сідати тобі на батьківському ґрунті. Ґрунт добрий. Оженишся, поставиш нову хату. І будеш собі хазяїнувати. Святе діло, я тобі скажу! А там, гляди, в попи або на якусь громадську посаду оберемо.</w:t>
      </w:r>
    </w:p>
    <w:p>
      <w:r>
        <w:br/>
        <w:t>— Кожний знає своє, дядьку,— відповів Григорій.</w:t>
      </w:r>
    </w:p>
    <w:p>
      <w:r>
        <w:br/>
        <w:t>— А що, може, не так?</w:t>
      </w:r>
    </w:p>
    <w:p>
      <w:r>
        <w:br/>
        <w:t>— Це щось не про мене.</w:t>
      </w:r>
    </w:p>
    <w:p>
      <w:r>
        <w:br/>
        <w:t>— Легкого хліба шукаєш?</w:t>
      </w:r>
    </w:p>
    <w:p>
      <w:r>
        <w:br/>
        <w:t>— Ні, не легкого, а не хочу черева набивати гноякою. Не хочу духа припинати, як коняку до стійла.</w:t>
      </w:r>
    </w:p>
    <w:p>
      <w:r>
        <w:br/>
        <w:t>— Однаково без цього не проживеш!</w:t>
      </w:r>
    </w:p>
    <w:p>
      <w:r>
        <w:br/>
        <w:t>На тому розмова й скінчилася.</w:t>
      </w:r>
    </w:p>
    <w:p>
      <w:r>
        <w:br/>
        <w:t>На село Григорій виходив рідко, але там ішов вже поговір.</w:t>
      </w:r>
    </w:p>
    <w:p>
      <w:r>
        <w:br/>
        <w:t>Гомоніли, що Григорій перекинувся на німецьку віру, тому й ходить по-німецькому.</w:t>
      </w:r>
    </w:p>
    <w:p>
      <w:r>
        <w:br/>
        <w:t>Вставав Григорій рано, виходив надвір і йшов далі в степ, у затишні байраки. Бачив, як сонце сміялося до роси, як земля благословляла новий день.</w:t>
      </w:r>
    </w:p>
    <w:p>
      <w:r>
        <w:br/>
        <w:t>Новий день! Це народження зовсім нового світу, нового життя!</w:t>
      </w:r>
    </w:p>
    <w:p>
      <w:r>
        <w:br/>
        <w:t>В цьому великому світовому колесі скільки за ніч сталося великих подій!</w:t>
      </w:r>
    </w:p>
    <w:p>
      <w:r>
        <w:br/>
        <w:t>Народилися нові істоти і з радісним криком простягають маленькі рученята.</w:t>
      </w:r>
    </w:p>
    <w:p>
      <w:r>
        <w:br/>
        <w:t>В цю пору десь у світовому просторі повстали з космічних туманів нові сонця, і благословили цей величний момент, якого ще не було в вічності,— і засміялись.</w:t>
      </w:r>
    </w:p>
    <w:p>
      <w:r>
        <w:br/>
        <w:t>А тоді подались у простір пройти призначену путь.</w:t>
      </w:r>
    </w:p>
    <w:p>
      <w:r>
        <w:br/>
        <w:t>Йшли великі потоки життя з грудей Одвічного.</w:t>
      </w:r>
    </w:p>
    <w:p>
      <w:r>
        <w:br/>
        <w:t>І захоплене серце Григорія радісно до сліз тріпалося в тонкій клітці.</w:t>
      </w:r>
    </w:p>
    <w:p>
      <w:r>
        <w:br/>
        <w:t>Виймав сопілку й починав істиха грати.</w:t>
      </w:r>
    </w:p>
    <w:p>
      <w:r>
        <w:br/>
        <w:t>Навколо паслися гурти товару, овець.</w:t>
      </w:r>
    </w:p>
    <w:p>
      <w:r>
        <w:br/>
        <w:t>Зацікавлені діти підходили ближче та за кілька кроків ставали й слухали.</w:t>
      </w:r>
    </w:p>
    <w:p>
      <w:r>
        <w:br/>
        <w:t>Григорій думав.</w:t>
      </w:r>
    </w:p>
    <w:p>
      <w:r>
        <w:br/>
        <w:t>"Кожен ярок, кожен байрак, кожний клаптик землі має свою, властиву йому одному прикмету, свій власний клаптик душі.</w:t>
      </w:r>
    </w:p>
    <w:p>
      <w:r>
        <w:br/>
        <w:t>Той, хто спізнає цей клаптик душі, той відчуває великий дух вічності, розпорошений скрізь, по всіх живих просторах світу.</w:t>
      </w:r>
    </w:p>
    <w:p>
      <w:r>
        <w:br/>
        <w:t>Що є вічність? Це споконвічна сила, що породила туманності, бо мусила створити їх, не думаючи про них. Але в кожній монаді цих туманностей лежала нова можливість безконечної творчості, початок величезної путі, що знову призведе в первісне лоно, на перси вічності.</w:t>
      </w:r>
    </w:p>
    <w:p>
      <w:r>
        <w:br/>
        <w:t>І тому треба спізнати в кожному подиху життя голос вічності — тоді стане велика світова гармонія!"</w:t>
      </w:r>
    </w:p>
    <w:p>
      <w:r>
        <w:br/>
        <w:t>І від цього ставало радісно, і весь світ навколо прибирався в пишні дівочі барви.</w:t>
      </w:r>
    </w:p>
    <w:p>
      <w:r>
        <w:br/>
        <w:t>Дівчина, що йшла з свічкою на лісові поляни, радісно усміхалась — і тінь од неї танула в білих пасмах світу.</w:t>
      </w:r>
    </w:p>
    <w:p>
      <w:r>
        <w:br/>
        <w:t>Дні пішли одноманітно й нудно. Григорій відчував, як поволі вплітається в серце тиша й спокій, думка вкривається намулом, дрібні клопоти зростають. І ставало страшно.</w:t>
      </w:r>
    </w:p>
    <w:p>
      <w:r>
        <w:br/>
        <w:t>На селі колись хтось засміявся з убрання — "Німець лопуцьковатий. Забув і хреститись". Ця дрібниця чомусь уразила. Дома дядько сказав:</w:t>
      </w:r>
    </w:p>
    <w:p>
      <w:r>
        <w:br/>
        <w:t>— Скинь ти, будь ласка, оцю машкару. Хоч станеш на чоловіка схожий.</w:t>
      </w:r>
    </w:p>
    <w:p>
      <w:r>
        <w:br/>
        <w:t>Нашвидку зібрали сувал сукна й пошили одяг.</w:t>
      </w:r>
    </w:p>
    <w:p>
      <w:r>
        <w:br/>
        <w:t>Одного разу зовсім спокійно, наче йшов куди недалеко, зібрався в дорогу.</w:t>
      </w:r>
    </w:p>
    <w:p>
      <w:r>
        <w:br/>
        <w:t>Хутко попрощався й пішов.</w:t>
      </w:r>
    </w:p>
    <w:p>
      <w:r>
        <w:br/>
        <w:t>Згадав, що в золотоноській сотні є приятель з бурси, Корній Загнида,— й пустився до нього.</w:t>
      </w:r>
    </w:p>
    <w:p>
      <w:r>
        <w:br/>
        <w:t>Дорога була легка й приємна. Відчував, що раптом з чимось порвав найлюбішим, і від того стало легше.</w:t>
      </w:r>
    </w:p>
    <w:p>
      <w:r>
        <w:br/>
        <w:t>Другого дня надвечір був у приятеля.</w:t>
      </w:r>
    </w:p>
    <w:p>
      <w:r>
        <w:br/>
        <w:t>— Грицьку! Це ти? Де ти взявся? От так оказія...</w:t>
      </w:r>
    </w:p>
    <w:p>
      <w:r>
        <w:br/>
        <w:t>Приятель справді по щирості зрадів зустрічі.</w:t>
      </w:r>
    </w:p>
    <w:p>
      <w:r>
        <w:br/>
        <w:t>— Ні, ти скажи на милість! Грицько Сковорода! Я таки часто згадував: де він подівся? Гляди, встругнув яку штуку! Так воно й є! Взяв та й утік за кордон набувати знання. Ай, молодчага!</w:t>
      </w:r>
    </w:p>
    <w:p>
      <w:r>
        <w:br/>
        <w:t>Корній Загнида жив старим парубком. У просторому козачому господарстві поралася стара бабуся. Скрізь було помітно старий господарський лад, але занехаяний у молодого господаря.</w:t>
      </w:r>
    </w:p>
    <w:p>
      <w:r>
        <w:br/>
        <w:t>Після короткої розмови вони ввійшли в простору хату. Попід стінами стояли чепурні лави, по стінах — чисті миснички, полиці, рушники.</w:t>
      </w:r>
    </w:p>
    <w:p>
      <w:r>
        <w:br/>
        <w:t>На одній полиці стояла купка книжок.</w:t>
      </w:r>
    </w:p>
    <w:p>
      <w:r>
        <w:br/>
        <w:t>Але на підлозі валялося сміття. Видно, сам господар дуже мало дбав за це.</w:t>
      </w:r>
    </w:p>
    <w:p>
      <w:r>
        <w:br/>
        <w:t>— Ну, чим же мені тебе шанувати! Випити хочеш, признавайся по правді?</w:t>
      </w:r>
    </w:p>
    <w:p>
      <w:r>
        <w:br/>
        <w:t>Але Сковорода рішуче зрікся.</w:t>
      </w:r>
    </w:p>
    <w:p>
      <w:r>
        <w:br/>
        <w:t>— Ну, так і знав! Тобі тільки в монастир—я не знаю, чому ти не пішов? Ні дівчат, ні горілки! А я, братухо, почав цідити потроху, особливо як трапиться добрий чоловік. З нудьги більш нічого робити! Біля хазяйства панькатись не маю охоти! В попи йти не збираюсь. А так, сиджу оце й для спочинку та розваги читаю Овідія[20].</w:t>
      </w:r>
    </w:p>
    <w:p>
      <w:r>
        <w:br/>
        <w:t>— І в цьому маєш гармонію душі? — поспитав Сковорода.</w:t>
      </w:r>
    </w:p>
    <w:p>
      <w:r>
        <w:br/>
        <w:t>— Яка там у дідька гармонія! А що ж мені більш робити? Що, я маю якийсь хист великий, чи що? Ех, братухо! Все це — ні до чого! Згниємо, помремо всі! Нащо тоді турбуватись, нащо клопотатися? Краще ні про що не думати, а так — Шукати собі щоденної розваги!</w:t>
      </w:r>
    </w:p>
    <w:p>
      <w:r>
        <w:br/>
        <w:t>— У кожного своя вдача,— знехотя сказав Сковорода.</w:t>
      </w:r>
    </w:p>
    <w:p>
      <w:r>
        <w:br/>
        <w:t>— Ну, а що ж ти маєш робити, друже? Яку мету собі поставив? Ти ж голова, Боже мій! — сказав Корній Загнида.</w:t>
      </w:r>
    </w:p>
    <w:p>
      <w:r>
        <w:br/>
        <w:t>— Не знаю. Ще не думав. Якось теж не знаходжу собі стежки.</w:t>
      </w:r>
    </w:p>
    <w:p>
      <w:r>
        <w:br/>
        <w:t>— Боже міц! Хіба ж можна! Стільки вчився, таку маєш науку — без діла! Хіба ж то можна? Можна сказати, сам як мандрівна академія!</w:t>
      </w:r>
    </w:p>
    <w:p>
      <w:r>
        <w:br/>
        <w:t>Корній Загнида порадив Сковороді вступити до Переяславської семінарії за навчителя. Сковорода погодився.</w:t>
      </w:r>
    </w:p>
    <w:p>
      <w:r>
        <w:br/>
        <w:t>Загнида написав листа до інспектора бурси, і Григорій на другий день, попрощавшися, пішов до Переяслава.</w:t>
      </w:r>
    </w:p>
    <w:p>
      <w:r>
        <w:br/>
        <w:t>Єпископ був людина ретельна, дбайлива. В бурсі за всім доглядав сам, нікому особливо не довіряючи.</w:t>
      </w:r>
    </w:p>
    <w:p>
      <w:r>
        <w:br/>
        <w:t>Сковороду прийняв і почав зразу ж повчати. Говорив старі думки, відомі Сковороді ще з часів бурсацьких.</w:t>
      </w:r>
    </w:p>
    <w:p>
      <w:r>
        <w:br/>
        <w:t>Григорій скривився, обережно подав кілька своїх уваг, але гострих і рішучих.</w:t>
      </w:r>
    </w:p>
    <w:p>
      <w:r>
        <w:br/>
        <w:t>Єпископ почав уважніш услухатись, розпитував про закордонне життя.</w:t>
      </w:r>
    </w:p>
    <w:p>
      <w:r>
        <w:br/>
        <w:t>Григорій помалу, але коротко, ні на хвилину не порушуючи серйозності в голосі, почав розповідати за свої мандрівки.</w:t>
      </w:r>
    </w:p>
    <w:p>
      <w:r>
        <w:br/>
        <w:t>— Але закордонне життя не пристало мені до вподоби, бо тамошні люди більш за земні блага дбають!</w:t>
      </w:r>
    </w:p>
    <w:p>
      <w:r>
        <w:br/>
        <w:t>— Так, так, сину мій, починають там вольнодумствувати! Все це дуже шкодить людині. І я тобі, сину мій, раджу не йти за цими химерами чужоземними! Навчай, як завели, як поклали отці!</w:t>
      </w:r>
    </w:p>
    <w:p>
      <w:r>
        <w:br/>
        <w:t>Сковорода знову скривився. Але далі тихо засміявся й нічого не сказав. Потому мовчки вклонився й вийшов.</w:t>
      </w:r>
    </w:p>
    <w:p>
      <w:r>
        <w:br/>
        <w:t>В маленькій хатині, з зів’ялими квітками на лутках, у низеньких напівкруглих вікнах, Григорій завзято працював, складаючи лекції піїтики.</w:t>
      </w:r>
    </w:p>
    <w:p>
      <w:r>
        <w:br/>
        <w:t>"Образ — це символ, це відбиток у слові переживань. Це дух Божий, що розсіявся в природі, а людина відчула його й одбила в слові".</w:t>
      </w:r>
    </w:p>
    <w:p>
      <w:r>
        <w:br/>
        <w:t>Думка складається за думкою. І в міру того як вони розвивались, геть далі відходили всі старі підручники, безглузді, тупі й нудні.</w:t>
      </w:r>
    </w:p>
    <w:p>
      <w:r>
        <w:br/>
        <w:t>І хотілось усе це розламати, просто викинути на смітник, а натомість вкласти живу душу.</w:t>
      </w:r>
    </w:p>
    <w:p>
      <w:r>
        <w:br/>
        <w:t>Лекції проходили жваво й свіжо, й перший час Григорій поза ними, поза власною працею нічого не бачив.</w:t>
      </w:r>
    </w:p>
    <w:p>
      <w:r>
        <w:br/>
        <w:t>Та що далі — Григорій став помічати, що бурсаки просто призвичаїлись і до його лекцій.</w:t>
      </w:r>
    </w:p>
    <w:p>
      <w:r>
        <w:br/>
        <w:t>І тоді стало ясно, що загальна нудота навчання насунула хмарою й на його лекції.</w:t>
      </w:r>
    </w:p>
    <w:p>
      <w:r>
        <w:br/>
        <w:t>В аудиторії сміялись, на задніх лавках перекидались папірцями, малювали карикатури.</w:t>
      </w:r>
    </w:p>
    <w:p>
      <w:r>
        <w:br/>
        <w:t>Одного разу Григорій це зауважив, а в відповідь на це хтось грубо засміявся.</w:t>
      </w:r>
    </w:p>
    <w:p>
      <w:r>
        <w:br/>
        <w:t>Більшість навчителів були жонаті, мали численні родини. Розводили свині, кури, збирали великими лантухами борошно й усім цим тішились більш, аніж наукою.</w:t>
      </w:r>
    </w:p>
    <w:p>
      <w:r>
        <w:br/>
        <w:t>Якось покликали Григорія на родинне свято до інспектора. Туди зійшлися сливе всі навчителі. Чекали ректора й єпископа, але ті не прибули. Тоді вечірка пішла жвавіш.</w:t>
      </w:r>
    </w:p>
    <w:p>
      <w:r>
        <w:br/>
        <w:t>Хтось на старій фісгармонії вигравав церковні мотиви. Хтось заспівав української пісні, заспівав — і замовк.</w:t>
      </w:r>
    </w:p>
    <w:p>
      <w:r>
        <w:br/>
        <w:t>До Григорія підійшов його колега з молодших класів.</w:t>
      </w:r>
    </w:p>
    <w:p>
      <w:r>
        <w:br/>
        <w:t>Розбалакались.</w:t>
      </w:r>
    </w:p>
    <w:p>
      <w:r>
        <w:br/>
        <w:t>— Чому вам, колего, навчати якихось закордонних химер? — поспитав учитель.</w:t>
      </w:r>
    </w:p>
    <w:p>
      <w:r>
        <w:br/>
        <w:t>— Тому, що я вважаю це за краще!</w:t>
      </w:r>
    </w:p>
    <w:p>
      <w:r>
        <w:br/>
        <w:t>— Але ви цим самим одходите од заведеного порядку.</w:t>
      </w:r>
    </w:p>
    <w:p>
      <w:r>
        <w:br/>
        <w:t>— Його заводили такі ж люди, як і ми з вами.</w:t>
      </w:r>
    </w:p>
    <w:p>
      <w:r>
        <w:br/>
        <w:t>— О, то ви високої думки про себе. Їх складали мужі світлого розуму, Божеської думки. А ви хочете з ними зрівнятися?</w:t>
      </w:r>
    </w:p>
    <w:p>
      <w:r>
        <w:br/>
        <w:t>— Яблуня повинна давати свій плід! Нащо ж людині його ховати?</w:t>
      </w:r>
    </w:p>
    <w:p>
      <w:r>
        <w:br/>
        <w:t>— Не всяка яблуня добрі яблука дає!</w:t>
      </w:r>
    </w:p>
    <w:p>
      <w:r>
        <w:br/>
        <w:t>— Але не всяка свиня може на них як слід розумітись!</w:t>
      </w:r>
    </w:p>
    <w:p>
      <w:r>
        <w:br/>
        <w:t>Це було так спокійно й безвинно сказано, що колега лиш здивовано поглянув і не знав, чи образитись йому, чи засміятись. Далі мовчки відійшов і після того більш уже не звертався до Сковороди.</w:t>
      </w:r>
    </w:p>
    <w:p>
      <w:r>
        <w:br/>
        <w:t>На третій день від єпископа прийшла грамота з гострим повчанням. Прочитавши, Григорій почервонів, очі йому гнівно загорілись.</w:t>
      </w:r>
    </w:p>
    <w:p>
      <w:r>
        <w:br/>
        <w:t>Рішуче написав кілька слів на недбайливо відірваному клаптику паперу й передав послушникові.</w:t>
      </w:r>
    </w:p>
    <w:p>
      <w:r>
        <w:br/>
        <w:t>Спокійно, з лукавою посмішкою розгорнув папірець єпископ, прочитав і знову між гнівом пробігла на устах тиха усмішка.</w:t>
      </w:r>
    </w:p>
    <w:p>
      <w:r>
        <w:br/>
        <w:t>Aliud est sceptrum, aliud — plectrum[21].</w:t>
      </w:r>
    </w:p>
    <w:p>
      <w:r>
        <w:br/>
        <w:t>Згадав ці слова.</w:t>
      </w:r>
    </w:p>
    <w:p>
      <w:r>
        <w:br/>
        <w:t>— Ах, собачий син! Одна річ патериця, інша — сопілка! От загнув чумака.</w:t>
      </w:r>
    </w:p>
    <w:p>
      <w:r>
        <w:br/>
        <w:t>Тоді так само вийняв клаптик паперу, чітко й поволі вивів кілька літер:</w:t>
      </w:r>
    </w:p>
    <w:p>
      <w:r>
        <w:br/>
        <w:t>— Не живяше посеред дому моєго, творяй гординю.</w:t>
      </w:r>
    </w:p>
    <w:p>
      <w:r>
        <w:br/>
        <w:t>Віддав папірець келейникові й замислився.</w:t>
      </w:r>
    </w:p>
    <w:p>
      <w:r>
        <w:br/>
        <w:t>— Мабуть, утече. Справді, що втече! А шкода хлопця. Щирий і завзятий!</w:t>
      </w:r>
    </w:p>
    <w:p>
      <w:r>
        <w:br/>
        <w:t>Тоді поклав спокійно хреста на повні, мов жіночі, груди, зітхнув і сів за папери.</w:t>
      </w:r>
    </w:p>
    <w:p>
      <w:r>
        <w:br/>
        <w:t>Григорій дістав листа, так само насмішкувато розгорнув його, прочитав, усміхнувся й похитав головою.</w:t>
      </w:r>
    </w:p>
    <w:p>
      <w:r>
        <w:br/>
        <w:t>— Ех, туполобі рясофори, годовані свині! Далеко вам, щоб нести високе насіння знання! Засохли, загрузли у власному гної.</w:t>
      </w:r>
    </w:p>
    <w:p>
      <w:r>
        <w:br/>
        <w:t>— Відповіді, брате, не буде? —тихо поспитав послушник.</w:t>
      </w:r>
    </w:p>
    <w:p>
      <w:r>
        <w:br/>
        <w:t>— Піди, поклонись своєму владиці й скажи, що Григорій пішов гуляти!</w:t>
      </w:r>
    </w:p>
    <w:p>
      <w:r>
        <w:br/>
        <w:t>Після того хутко зібрав манатки, склав книжки. Прив’язав сопілку до пояса, розшукав свою високу карлючкувату палицю й вийшов. Ішов легко, повільно, не почуваючи ваги на плечах.</w:t>
      </w:r>
    </w:p>
    <w:p>
      <w:r>
        <w:br/>
        <w:t>Зустрічав по дорозі гурти селян, рясні сади, білі хатки, що тонули в них.</w:t>
      </w:r>
    </w:p>
    <w:p>
      <w:r>
        <w:br/>
        <w:t>І всьому радісно, по-дитячи всміхався.</w:t>
      </w:r>
    </w:p>
    <w:p>
      <w:r>
        <w:br/>
        <w:t>У списках семінарії на виплату пенсії за той місяць проти імені Григорія Сковороди зоставалося порожнє місце.</w:t>
      </w:r>
    </w:p>
    <w:p>
      <w:r>
        <w:br/>
        <w:t>В Томари[22] Сковорода був недовго. Спочатку манив спокій чепурного маєтку, що привабливо визирав білими плямами крізь густі кущі яворів.</w:t>
      </w:r>
    </w:p>
    <w:p>
      <w:r>
        <w:br/>
        <w:t>Найбільшу насолоду мав, коли міг одійти далеко від будинку на леваду й там, сівши під дубом, дивився в безкраї обрії степів. Там виймав сопілку й стиха вигравав любі мелодії. Тоді степ прибирався в дивні смутні чари і, здавалося, вслухався в пісню самотнього пастуха.</w:t>
      </w:r>
    </w:p>
    <w:p>
      <w:r>
        <w:br/>
        <w:t>А за всім тим усе дратувало в будинку.</w:t>
      </w:r>
    </w:p>
    <w:p>
      <w:r>
        <w:br/>
        <w:t>Господиня була завжди заспана. Інколи, не соромлячись юнака, виходила в брудній одежі й довго й грубо лаяла кріпаків.</w:t>
      </w:r>
    </w:p>
    <w:p>
      <w:r>
        <w:br/>
        <w:t>[1] "Alma mater" — "мати-годувальниця"; старовинна назва вищої школи (університету), що дає знання (духовну їжу) своїм студентам.</w:t>
      </w:r>
    </w:p>
    <w:p>
      <w:r>
        <w:br/>
        <w:t>[2] Лавра — Києво-Печерська лавра — православний чоловічий монастир, заснований у 1051 р. вихідцями із бояр Антонієм і Феодосієм у печерах біля літньої князівської резиденції Берестове поблизу Києва. Статус "лаври" як головного великого монастиря дістав у XII ст.</w:t>
      </w:r>
    </w:p>
    <w:p>
      <w:r>
        <w:br/>
        <w:t>[3] ...Пане Сковорода! (Нім.)</w:t>
      </w:r>
    </w:p>
    <w:p>
      <w:r>
        <w:br/>
        <w:t>[4] Синьйоре Сковорода! (Іт.)</w:t>
      </w:r>
    </w:p>
    <w:p>
      <w:r>
        <w:br/>
        <w:t>[5] Академія — Києво-Могилянська академія — перша вища школа на Україні та в Східній Європі, заснована в 1632 р. як колегія на основі об'єднання київських шкіл — Братської і Лаврської. Статус академії присвоєно в 1701 р.</w:t>
      </w:r>
    </w:p>
    <w:p>
      <w:r>
        <w:br/>
        <w:t>[6] Митра — позолочений головний убір, що одягається переважно під час богослужіння представниками вищого православного і католицького духовенства.</w:t>
      </w:r>
    </w:p>
    <w:p>
      <w:r>
        <w:br/>
        <w:t>[7] Етіопи — очевидно, ефіопи.</w:t>
      </w:r>
    </w:p>
    <w:p>
      <w:r>
        <w:br/>
        <w:t>[8] Руссо Жан Жак (1717—1778)—французький філософ-просвітитель, письменник.</w:t>
      </w:r>
    </w:p>
    <w:p>
      <w:r>
        <w:br/>
        <w:t>[9] Мала Росія (фр.).</w:t>
      </w:r>
    </w:p>
    <w:p>
      <w:r>
        <w:br/>
        <w:t>[10] Лейбніц Готфрід Вільгельм (1646—1716) — німецький учений, математик, філософ-ідеаліст.</w:t>
      </w:r>
    </w:p>
    <w:p>
      <w:r>
        <w:br/>
        <w:t>[11] Монада — в ряді філософських систем — найпростіша неподільна єдність, першопочаток, основа явищ. Вчення про монади як абсолютно прості, непротяжні духовні сутності, що нібито лежать в основі будь-якого буття, є центральними в ідеалістичній філософії Лейбніца.</w:t>
      </w:r>
    </w:p>
    <w:p>
      <w:r>
        <w:br/>
        <w:t>[12] Ганновер — місто у теперішній Федеративній Республіці Німеччині, адміністративний центр землі Нижня Саксонія.</w:t>
      </w:r>
    </w:p>
    <w:p>
      <w:r>
        <w:br/>
        <w:t>[13] О, так... (Нім.)</w:t>
      </w:r>
    </w:p>
    <w:p>
      <w:r>
        <w:br/>
        <w:t>[14] Мала Русь! (Нім.)</w:t>
      </w:r>
    </w:p>
    <w:p>
      <w:r>
        <w:br/>
        <w:t>[15] Софія — Софійський собор, споруджений у Києві в 1037 р. за князювання Ярослава Мудрого на честь перемоги над печенігами в 1036 р.</w:t>
      </w:r>
    </w:p>
    <w:p>
      <w:r>
        <w:br/>
        <w:t>[16] Китаєва пустинь — історична місцевість на околиці Києва (тепер Московський район). Із XIV ст. в Китаєві створено печерний монастир, підпорядкований із XVII ст. Києво-Печерській лаврі, т. зв. Китаївська пустинь.</w:t>
      </w:r>
    </w:p>
    <w:p>
      <w:r>
        <w:br/>
        <w:t>[17] Видубицький — йдеться про монастир на південній околиці Києва в урочищі Видубичі (Видибичі, Видебачі, Видобачі), заснований у другій половині XI ст. князем Всеволодом Ярославичем.</w:t>
      </w:r>
    </w:p>
    <w:p>
      <w:r>
        <w:br/>
        <w:t>[18] Вишневецький Ярема (Ієремія; 1612–1651) — український магнат, князь, який, прийнявши в 1631 р. католицтво, жорстоко розправлявся з українським населенням під час народно-визвольної війни 1648–1654 pp.</w:t>
      </w:r>
    </w:p>
    <w:p>
      <w:r>
        <w:br/>
        <w:t>[19] Мгарський монастир, Мгарський Преображенський монастир — православний монастир, заснований 1619 р. у с. Мгарі на Лівобережній Україні (тепер Полтавської області).</w:t>
      </w:r>
    </w:p>
    <w:p>
      <w:r>
        <w:br/>
        <w:t>[20] Овідій (Публій Овідій Назон; 43 до н. е.— близько 18 н. е.) — римський поет.</w:t>
      </w:r>
    </w:p>
    <w:p>
      <w:r>
        <w:br/>
        <w:t>[21] Одна річ — патериця, інша — сопілка (латин.).</w:t>
      </w:r>
    </w:p>
    <w:p>
      <w:r>
        <w:br/>
        <w:t>[22] Томара Стефан — малоросійський дворянин, сина якого Василя виховував Г. Сковорода у 1753—1759 pp. (з перервою).</w:t>
      </w:r>
    </w:p>
    <w:p>
      <w:r>
        <w:br/>
        <w:t>Сам Томара, високий повний чолов’яга, любив більше полювання. При кожній нагоді охочий був у товаристві випити, а тоді голосно сміявся й розповідав непристойні анекдоти.</w:t>
      </w:r>
    </w:p>
    <w:p>
      <w:r>
        <w:br/>
        <w:t>Щотижня бували бали. На бали з’їздили ся з усієї околиці пани, довго пили, шумно співали. А потім, розвалившись де кому довелося, хропли п’яні до другого півдня.</w:t>
      </w:r>
    </w:p>
    <w:p>
      <w:r>
        <w:br/>
        <w:t>А ввечері Григорій чув тихі сльози дівчат та придушені прокльони. Щось дратувало всередині, й хотілось багато наговорити комусь образливих слів.</w:t>
      </w:r>
    </w:p>
    <w:p>
      <w:r>
        <w:br/>
        <w:t>До хлопця був прив’язаний. На повному червоному обличчі зоріли чисті, розумні очі. Вдивляючись у них, думав інколи:</w:t>
      </w:r>
    </w:p>
    <w:p>
      <w:r>
        <w:br/>
        <w:t>"Звідки вони взялися такі чисті? І як може зберегтися в них чиста душа, коли навколо така багнюка?"</w:t>
      </w:r>
    </w:p>
    <w:p>
      <w:r>
        <w:br/>
        <w:t>Тому ревно беріг і охороняв його від усього, що було навкруги. У вечірні часи, як небо сідало зорями на степові простори, йшов невідомою стежкою просто в темряву й думав: чому така нудьга давить йому серце весь вік? Чому не може осісти десь і жити мирно?</w:t>
      </w:r>
    </w:p>
    <w:p>
      <w:r>
        <w:br/>
        <w:t>Хтось гнав його назустріч загадковій усмішці, що лягла коло уст у дівчини, в тої дівчини, що пішла лісовою стежкою.</w:t>
      </w:r>
    </w:p>
    <w:p>
      <w:r>
        <w:br/>
        <w:t>Чому вона так вабить до себе?</w:t>
      </w:r>
    </w:p>
    <w:p>
      <w:r>
        <w:br/>
        <w:t>І згадувалось ще ясно-глибоке небо вересня, коли йшов до Київської бурси.</w:t>
      </w:r>
    </w:p>
    <w:p>
      <w:r>
        <w:br/>
        <w:t>Чому замерла та широчінь бажань?</w:t>
      </w:r>
    </w:p>
    <w:p>
      <w:r>
        <w:br/>
        <w:t>Одного разу був особливо подратований на лекції з сином Томари. Хлопець відчув це і ввесь час насторожено чекав і плутався в відповідях.</w:t>
      </w:r>
    </w:p>
    <w:p>
      <w:r>
        <w:br/>
        <w:t>— Слухай, у тебе свиняча голова на плечах, коли ти так міркуєш!</w:t>
      </w:r>
    </w:p>
    <w:p>
      <w:r>
        <w:br/>
        <w:t>Ображений хлопець з очима, повними сліз, вибіг із покою.</w:t>
      </w:r>
    </w:p>
    <w:p>
      <w:r>
        <w:br/>
        <w:t>За якийсь час з’явився ключник з повними баками.</w:t>
      </w:r>
    </w:p>
    <w:p>
      <w:r>
        <w:br/>
        <w:t>Зневажливо усміхаючися, сповістив волю панову.</w:t>
      </w:r>
    </w:p>
    <w:p>
      <w:r>
        <w:br/>
        <w:t>І так само з легкою усмішкою прийняв Сковорода панові слова й відійшов.</w:t>
      </w:r>
    </w:p>
    <w:p>
      <w:r>
        <w:br/>
        <w:t>За ворітьми скинув чоботи й пішов, легко ступаючи в теплий літній порох босими ногами.</w:t>
      </w:r>
    </w:p>
    <w:p>
      <w:r>
        <w:br/>
        <w:t>З неба рясними китицями звисали зорі. Там хтось творив велику розгадку життя.</w:t>
      </w:r>
    </w:p>
    <w:p>
      <w:r>
        <w:br/>
        <w:t>І боліло серце, що не може відчути й зрозуміти цієї останньої правди.</w:t>
      </w:r>
    </w:p>
    <w:p>
      <w:r>
        <w:br/>
        <w:t>На душу лягло багато ланів, підперезаних байраками, лісами, затишні хутори, поодинокі зустрічі й пригоди.</w:t>
      </w:r>
    </w:p>
    <w:p>
      <w:r>
        <w:br/>
        <w:t>І все це змішалося, переплуталось. І в усьому цьому треба було розібратись.</w:t>
      </w:r>
    </w:p>
    <w:p>
      <w:r>
        <w:br/>
        <w:t>Тому легко пішов на пропозицію зостатись у Харкові.</w:t>
      </w:r>
    </w:p>
    <w:p>
      <w:r>
        <w:br/>
        <w:t>Там був бажаним гостем. Усюди багато говорили за нього. Григорій знав, але не цікавився цим.</w:t>
      </w:r>
    </w:p>
    <w:p>
      <w:r>
        <w:br/>
        <w:t>Відчував, що поволі в тиші хатньої праці злагодиться все, засне та хороблива нудьга, що повсякчасно ссала під серцем, і тоді простелиться рясна радісна дорога.</w:t>
      </w:r>
    </w:p>
    <w:p>
      <w:r>
        <w:br/>
        <w:t>В чому зміст життя? В радості, у прийманні сонячних байраків, холодних ясних ранків, звідти зорить нове слово, нова пісня вічності.</w:t>
      </w:r>
    </w:p>
    <w:p>
      <w:r>
        <w:br/>
        <w:t>І була радісна ця перша перемога! Як легко тоді їхати, коли загнуздаєш своє тіло, своє життя!</w:t>
      </w:r>
    </w:p>
    <w:p>
      <w:r>
        <w:br/>
        <w:t>Тепер усе йшло врівноважено, розмірковано, розраховано.</w:t>
      </w:r>
    </w:p>
    <w:p>
      <w:r>
        <w:br/>
        <w:t>Вставав, як тільки червоний схід зазирав у віконце, зазирав і сміявся.</w:t>
      </w:r>
    </w:p>
    <w:p>
      <w:r>
        <w:br/>
        <w:t>Тихими пішоходами йшов на прогулянку. І думки тоді були повні, свіжі, всі в росах.</w:t>
      </w:r>
    </w:p>
    <w:p>
      <w:r>
        <w:br/>
        <w:t>Не міг утерпіти. Заходив до гаю і там, притулившись до деревини, сідав і впивався губами в сопілку.</w:t>
      </w:r>
    </w:p>
    <w:p>
      <w:r>
        <w:br/>
        <w:t>І звуки самі йшли. Й нові мелодії виривалися легко з грудей, без задуми, не затримуючись.</w:t>
      </w:r>
    </w:p>
    <w:p>
      <w:r>
        <w:br/>
        <w:t>Хто знає, звідки приходили вони?</w:t>
      </w:r>
    </w:p>
    <w:p>
      <w:r>
        <w:br/>
        <w:t>Тихий струмок, росяне листя й збентежений соловейко вслухалися в цей радісний спів і несли цю нову звістку далі й далі.</w:t>
      </w:r>
    </w:p>
    <w:p>
      <w:r>
        <w:br/>
        <w:t>Тим часом у місті починався шум. Ішли перекупки на базар, заспані школярі й урядовці поспішали з околиць, гучно ляскав батогом пастух, кричав зорю вартовий москаль, і починали в соборі дзвонити.</w:t>
      </w:r>
    </w:p>
    <w:p>
      <w:r>
        <w:br/>
        <w:t>Сковорода знехотя відривався від сопілки і йшов додому. А розбуркані думки, поспішаючи, снували нову тканину.</w:t>
      </w:r>
    </w:p>
    <w:p>
      <w:r>
        <w:br/>
        <w:t>І тоді була вщерть налита душа радістю. Хтось проходив свіжою стежкою між ним і ясними байраками, а йому в груди вливалися свіжі соки, повні пахощів серпня.</w:t>
      </w:r>
    </w:p>
    <w:p>
      <w:r>
        <w:br/>
        <w:t>"Все залежить од людини,— думав Сковорода.— Її божеський розум все може осягнути, її воля може все перемогти.</w:t>
      </w:r>
    </w:p>
    <w:p>
      <w:r>
        <w:br/>
        <w:t>Отак люди, страхаючись у серці смерті, виховують себе в одній думці і забивають її глибоким клином у розум. І тоді та думка стає новою метою, що освітлює весь зміст життя.</w:t>
      </w:r>
    </w:p>
    <w:p>
      <w:r>
        <w:br/>
        <w:t>Яка може бути нудьга, коли навколо усюди розсіяний світ вічності, її творчий дух!</w:t>
      </w:r>
    </w:p>
    <w:p>
      <w:r>
        <w:br/>
        <w:t>Треба це відчути й повірити глибоко, на смерть".</w:t>
      </w:r>
    </w:p>
    <w:p>
      <w:r>
        <w:br/>
        <w:t>З тою легкою мелодією, що напружує тіло, як гірське повітря, заходив до себе в кімнату й під враженням усього пережитого складав нові пісні.</w:t>
      </w:r>
    </w:p>
    <w:p>
      <w:r>
        <w:br/>
        <w:t>Вони родились не знати звідки, й самі складалися в рядки.</w:t>
      </w:r>
    </w:p>
    <w:p>
      <w:r>
        <w:br/>
        <w:t>Нова гармонія зливалася в один могутній потік, що йшов у безконечність. І в цім напруженні не знав часу й простору.</w:t>
      </w:r>
    </w:p>
    <w:p>
      <w:r>
        <w:br/>
        <w:t>Вічність раптом застигала тоді в однім моменті. І вже більше нічого не було. В обличчя дихав хтось незнаний, нерозгаданий, незрозумілий і наповнював серце вщерть.</w:t>
      </w:r>
    </w:p>
    <w:p>
      <w:r>
        <w:br/>
        <w:t>Поволі, роздумливою ходою, в рудій чепурній свитці з широким коміром, не то чернець, не то дяк, не то бурсак, не то чепурний селянин ішов на лекції до колегії.</w:t>
      </w:r>
    </w:p>
    <w:p>
      <w:r>
        <w:br/>
        <w:t>Вони здавались тоді, як зовсім далека справа. Інколи в око падали поодинокі постаті. Вони зацікавлено вдивлялись в обличчя чудної людини, що спокійно, роздумливо мандрувала з книжками під рукою. Сковорода мимоволі кривився й швидше проходив.</w:t>
      </w:r>
    </w:p>
    <w:p>
      <w:r>
        <w:br/>
        <w:t>У класі вибирав і стежив очима, хто більш пильнує його слів. І знову було неприємно.</w:t>
      </w:r>
    </w:p>
    <w:p>
      <w:r>
        <w:br/>
        <w:t>Тупі, зморені обличчя нудно вслухались у далекі, незрозумілі для них слова.</w:t>
      </w:r>
    </w:p>
    <w:p>
      <w:r>
        <w:br/>
        <w:t>Тільки інколи перекидався теплим поглядом з м’яким мрійним юнаком Ковалинським[1] — і тоді юнак, розчервонівшись, схиляв набік голову й хутчій спускав очі на лаву.</w:t>
      </w:r>
    </w:p>
    <w:p>
      <w:r>
        <w:br/>
        <w:t>— Друже Василю! Ти сьогодні прийдеш до мене?</w:t>
      </w:r>
    </w:p>
    <w:p>
      <w:r>
        <w:br/>
        <w:t>— Коли лекції скінчаться?</w:t>
      </w:r>
    </w:p>
    <w:p>
      <w:r>
        <w:br/>
        <w:t>— Як і завжди.</w:t>
      </w:r>
    </w:p>
    <w:p>
      <w:r>
        <w:br/>
        <w:t>І юнак знову хмурився й червонів.</w:t>
      </w:r>
    </w:p>
    <w:p>
      <w:r>
        <w:br/>
        <w:t>Серед учителів Григорій, жартуючи, розповідав, як він дригав ногами, коли його, зв’язаного, везли вдруге до Томари.</w:t>
      </w:r>
    </w:p>
    <w:p>
      <w:r>
        <w:br/>
        <w:t>І вчителі голосно сміялися.</w:t>
      </w:r>
    </w:p>
    <w:p>
      <w:r>
        <w:br/>
        <w:t>Непомітно переходив до філософічних дискусій. І слова лились, наче щира, трохи схвильована дружня доповідь.</w:t>
      </w:r>
    </w:p>
    <w:p>
      <w:r>
        <w:br/>
        <w:t>Увечері сідав за стіл. Кухлик молока, куплений на базарі, окраєць хліба, яєчка. Як небагато потрібно людині!</w:t>
      </w:r>
    </w:p>
    <w:p>
      <w:r>
        <w:br/>
        <w:t>Аби дух горів, не вгасаючи.</w:t>
      </w:r>
    </w:p>
    <w:p>
      <w:r>
        <w:br/>
        <w:t>Хтось стукав у двері.</w:t>
      </w:r>
    </w:p>
    <w:p>
      <w:r>
        <w:br/>
        <w:t>— Ти вже прийшов, друже мій? Ну й добре, добре! Я кінчаю свою трапезу!</w:t>
      </w:r>
    </w:p>
    <w:p>
      <w:r>
        <w:br/>
        <w:t>Юнак закохано стежив за Сковородою. Сковорода думав: "Все залежить од волі людини. Волею все можна перемогти".</w:t>
      </w:r>
    </w:p>
    <w:p>
      <w:r>
        <w:br/>
        <w:t>Йшли гуляти.</w:t>
      </w:r>
    </w:p>
    <w:p>
      <w:r>
        <w:br/>
        <w:t>— Ти боїшся кладовища? Га? Й досі?</w:t>
      </w:r>
    </w:p>
    <w:p>
      <w:r>
        <w:br/>
        <w:t>Юнак червонів.</w:t>
      </w:r>
    </w:p>
    <w:p>
      <w:r>
        <w:br/>
        <w:t>— І не сором!</w:t>
      </w:r>
    </w:p>
    <w:p>
      <w:r>
        <w:br/>
        <w:t>— То... моя тітка як померла, ще довго тінь її блукала й часто кликала нас. Ми тоді дуже боялись. Думали, що за нами вона прийшла.</w:t>
      </w:r>
    </w:p>
    <w:p>
      <w:r>
        <w:br/>
        <w:t>— Стультуси[2] ви! Хіба ж може тінь, прах прийти до людей. Чому ж вона мусить змінитися, бути ворожа, чому вона по смерті мусить стати лихою, коли живою була добра?</w:t>
      </w:r>
    </w:p>
    <w:p>
      <w:r>
        <w:br/>
        <w:t>Так поволі прямували на кладовище. Юнак намагався про щось заговорити.</w:t>
      </w:r>
    </w:p>
    <w:p>
      <w:r>
        <w:br/>
        <w:t>— Сьогодні, дорогий учителю, мені знову було сумно!</w:t>
      </w:r>
    </w:p>
    <w:p>
      <w:r>
        <w:br/>
        <w:t>— А чого так?</w:t>
      </w:r>
    </w:p>
    <w:p>
      <w:r>
        <w:br/>
        <w:t>— Боліло серце за вас.</w:t>
      </w:r>
    </w:p>
    <w:p>
      <w:r>
        <w:br/>
        <w:t>— Знову щось брешуть?</w:t>
      </w:r>
    </w:p>
    <w:p>
      <w:r>
        <w:br/>
        <w:t>— Кажуть, що ви перейняли німецьку єресь і хочете насадити її в нас. Дехто з люттю махав кулаками на вас.</w:t>
      </w:r>
    </w:p>
    <w:p>
      <w:r>
        <w:br/>
        <w:t>Сковорода сумно хитав головою. Попри тонких вуст непомітно складалася болюча посмішка.</w:t>
      </w:r>
    </w:p>
    <w:p>
      <w:r>
        <w:br/>
        <w:t>Вони йшли до кладовища. Крізь густі дерева проглядали білі мармури монументів, а поміж ними визирали прості дерев’яні хрести.</w:t>
      </w:r>
    </w:p>
    <w:p>
      <w:r>
        <w:br/>
        <w:t>Десь далеко в степу сідало сонце. Темні разки лісів хмурились у густих проміннях.</w:t>
      </w:r>
    </w:p>
    <w:p>
      <w:r>
        <w:br/>
        <w:t>Світ був жовтий, кволий. Він поволі розсипався на рівних просторах, переплітаю чи ся з густими тінями.</w:t>
      </w:r>
    </w:p>
    <w:p>
      <w:r>
        <w:br/>
        <w:t>Сковорода глянув у далечінь і прищурився.</w:t>
      </w:r>
    </w:p>
    <w:p>
      <w:r>
        <w:br/>
        <w:t>І раптом повстала в голові думка: хіба не нагадує захід сонця смерті всього світу?</w:t>
      </w:r>
    </w:p>
    <w:p>
      <w:r>
        <w:br/>
        <w:t>"Захід сонця. Вечір. Сумні мелодії вечірньої служби.</w:t>
      </w:r>
    </w:p>
    <w:p>
      <w:r>
        <w:br/>
        <w:t>Це постійний натяк на смерть життя. Колись охолоне земля, і всі простори вкриються крижаними горами, мертвими долинами, жовтими пісками. Смерть велика, світова. Спокій і застиглість довічна й непорушна".</w:t>
      </w:r>
    </w:p>
    <w:p>
      <w:r>
        <w:br/>
        <w:t>Чомусь холонуло біля серця. І знову виринала жовта, як піски пустельні, нудьга. Вона ширилася з глибин серця, розпливалася в просторах, заливала все холодним жовтим мороком і непорушністю.</w:t>
      </w:r>
    </w:p>
    <w:p>
      <w:r>
        <w:br/>
        <w:t>Куди тікати від неї, куди тікати від самого себе?</w:t>
      </w:r>
    </w:p>
    <w:p>
      <w:r>
        <w:br/>
        <w:t>Холод і нудьга! Нудьга в непорушності, застиглості!</w:t>
      </w:r>
    </w:p>
    <w:p>
      <w:r>
        <w:br/>
        <w:t>"Все це дурниці. Воля все переможе. Треба власну натуру добре загнуздати. Тоді нічого не буде страшно, розіллється рясно в душі голос ранкового бога молодості, бога народження світу, бога юного, радісного, п’яного радістю Вакха"[3].</w:t>
      </w:r>
    </w:p>
    <w:p>
      <w:r>
        <w:br/>
        <w:t>Так думав уранці Сковорода.</w:t>
      </w:r>
    </w:p>
    <w:p>
      <w:r>
        <w:br/>
        <w:t>Увечері виступав в аудиторії Колегіуму. Перші слова лекції невиразно складались у голові.</w:t>
      </w:r>
    </w:p>
    <w:p>
      <w:r>
        <w:br/>
        <w:t>Але коли ступив на кафедру й оглянув слухачів, вони знову повстали рясною лавою:</w:t>
      </w:r>
    </w:p>
    <w:p>
      <w:r>
        <w:br/>
        <w:t>— Увесь світ спить!</w:t>
      </w:r>
    </w:p>
    <w:p>
      <w:r>
        <w:br/>
        <w:t>Та ще не так і спить, як то про праведника сказано: спить так, що як і впаде, то не розіб’ється.</w:t>
      </w:r>
    </w:p>
    <w:p>
      <w:r>
        <w:br/>
        <w:t>Ні! Світ наш спить глибоко, мов прибитий. А наставники, пасущії Ізраїля, не тільки не будять, а ще й приговорюють: спи, спи — не бійся! Місце добре — чого боятися!</w:t>
      </w:r>
    </w:p>
    <w:p>
      <w:r>
        <w:br/>
        <w:t>І справді, перед ним сиділи тупі, розчервонілі від жиру обличчя. Посходились більш з цікавості до самої особи Григорія, а не до змісту лекції. Сиділи й дрімали. І, певне, згадували смачну вечерю, грубі жарти й хвильку.</w:t>
      </w:r>
    </w:p>
    <w:p>
      <w:r>
        <w:br/>
        <w:t>Невже ж хоч одне слово до них дійде й розворушить сонну думку?</w:t>
      </w:r>
    </w:p>
    <w:p>
      <w:r>
        <w:br/>
        <w:t>Шипіли скрізь захоплено, з веселими вогниками в очах, перешіптувались, потирали руки.</w:t>
      </w:r>
    </w:p>
    <w:p>
      <w:r>
        <w:br/>
        <w:t>— Чули, що Грицько говорив? От так штуку впоров! Усіх нас єретиками обзиває! Хі-хі-хі!..</w:t>
      </w:r>
    </w:p>
    <w:p>
      <w:r>
        <w:br/>
        <w:t>— Де? Тут, чи що? Як же це сталось?</w:t>
      </w:r>
    </w:p>
    <w:p>
      <w:r>
        <w:br/>
        <w:t>— Як, а на лекціях? Хіба не чули?</w:t>
      </w:r>
    </w:p>
    <w:p>
      <w:r>
        <w:br/>
        <w:t>— Це цікаво! Розкажіть!</w:t>
      </w:r>
    </w:p>
    <w:p>
      <w:r>
        <w:br/>
        <w:t>— Аякже, якже! Самого преосвященного так устругнув, що держись!</w:t>
      </w:r>
    </w:p>
    <w:p>
      <w:r>
        <w:br/>
        <w:t>— Хі-хі-хі! А губернатор тільки радіє! "Це,— каже,— мій приятель. Григорій — святий чоловік. Добре зробив, що одчитав годованих ченців".</w:t>
      </w:r>
    </w:p>
    <w:p>
      <w:r>
        <w:br/>
        <w:t>— Ну, а що ж ті, мовчать? Злякались?</w:t>
      </w:r>
    </w:p>
    <w:p>
      <w:r>
        <w:br/>
        <w:t>— Ні, чекають, що він далі скаже! А я вам признаюсь! Григорій таки справді заразився єрессю. Так і тхне від нього німецьким вольнодумством.</w:t>
      </w:r>
    </w:p>
    <w:p>
      <w:r>
        <w:br/>
        <w:t>— Ну то вгатять його, сердешного, кудись у монастир. Палили люльки й тихо розмовляли.</w:t>
      </w:r>
    </w:p>
    <w:p>
      <w:r>
        <w:br/>
        <w:t>У жіночому гурті йшли свої розмови.</w:t>
      </w:r>
    </w:p>
    <w:p>
      <w:r>
        <w:br/>
        <w:t>У затінку колонади вимахували віялами, обговорювали останні моди паризької майстерні й цокотіли.</w:t>
      </w:r>
    </w:p>
    <w:p>
      <w:r>
        <w:br/>
        <w:t>— А він зовсім симпатичний.</w:t>
      </w:r>
    </w:p>
    <w:p>
      <w:r>
        <w:br/>
        <w:t>— О, кругом мілашка!</w:t>
      </w:r>
    </w:p>
    <w:p>
      <w:r>
        <w:br/>
        <w:t>— І ще зовсім молодий!</w:t>
      </w:r>
    </w:p>
    <w:p>
      <w:r>
        <w:br/>
        <w:t>— А очі як горять, як у святого!</w:t>
      </w:r>
    </w:p>
    <w:p>
      <w:r>
        <w:br/>
        <w:t>— Хотіла б я з ним ближче познайомитись!</w:t>
      </w:r>
    </w:p>
    <w:p>
      <w:r>
        <w:br/>
        <w:t>— Він зовсім чудно живе.</w:t>
      </w:r>
    </w:p>
    <w:p>
      <w:r>
        <w:br/>
        <w:t>— Так, як чернець?</w:t>
      </w:r>
    </w:p>
    <w:p>
      <w:r>
        <w:br/>
        <w:t>— Ото — чернець! Він кращий од усіх ченців! У ченців ласі очі!</w:t>
      </w:r>
    </w:p>
    <w:p>
      <w:r>
        <w:br/>
        <w:t>— Хотіла б я знати, як він із жіноцтвом поводиться!</w:t>
      </w:r>
    </w:p>
    <w:p>
      <w:r>
        <w:br/>
        <w:t>— О, він його дуже боїться!</w:t>
      </w:r>
    </w:p>
    <w:p>
      <w:r>
        <w:br/>
        <w:t>— Дивна річ.</w:t>
      </w:r>
    </w:p>
    <w:p>
      <w:r>
        <w:br/>
        <w:t>— Кажуть, він тікає від жінок.</w:t>
      </w:r>
    </w:p>
    <w:p>
      <w:r>
        <w:br/>
        <w:t>— Ха-ха-ха-ха!..</w:t>
      </w:r>
    </w:p>
    <w:p>
      <w:r>
        <w:br/>
        <w:t>— Що за питання?</w:t>
      </w:r>
    </w:p>
    <w:p>
      <w:r>
        <w:br/>
        <w:t>— Цікаво! Це дуже цікаво!</w:t>
      </w:r>
    </w:p>
    <w:p>
      <w:r>
        <w:br/>
        <w:t>Радісно, повільно плавав дзвін, як великий орел на сонці. Сонце сміялось. Купалось у порохні дороги. Стиха шелестіли явори.</w:t>
      </w:r>
    </w:p>
    <w:p>
      <w:r>
        <w:br/>
        <w:t>Будинки міста ще спали.</w:t>
      </w:r>
    </w:p>
    <w:p>
      <w:r>
        <w:br/>
        <w:t>З тихою посмішкою йшов Сковорода.</w:t>
      </w:r>
    </w:p>
    <w:p>
      <w:r>
        <w:br/>
        <w:t>Спирався на високу карлючкувату палицю, трохи нагинався вперед, витягуючи довгу шию, й сміявся. Зацікавлено оглядав місто, наче вперше бачив його.</w:t>
      </w:r>
    </w:p>
    <w:p>
      <w:r>
        <w:br/>
        <w:t>І йшов далі, за місто, на росяні простори.</w:t>
      </w:r>
    </w:p>
    <w:p>
      <w:r>
        <w:br/>
        <w:t>Щось радісно холонуло в серці, холонула радість, міцніла, щоб навіки світити по всьому світу.</w:t>
      </w:r>
    </w:p>
    <w:p>
      <w:r>
        <w:br/>
        <w:t>Тихо шепотів:</w:t>
      </w:r>
    </w:p>
    <w:p>
      <w:r>
        <w:br/>
        <w:t>— Певне, це, Господи, настав мій час!</w:t>
      </w:r>
    </w:p>
    <w:p>
      <w:r>
        <w:br/>
        <w:t>І схвильовано-дитячим сміхом сміявся десь у глибині грудей.</w:t>
      </w:r>
    </w:p>
    <w:p>
      <w:r>
        <w:br/>
        <w:t>По дорозі зустрів старого лірника.</w:t>
      </w:r>
    </w:p>
    <w:p>
      <w:r>
        <w:br/>
        <w:t>Пристав до нього, поволі розбалакалися.</w:t>
      </w:r>
    </w:p>
    <w:p>
      <w:r>
        <w:br/>
        <w:t>Попрохав лірника заграти пісні. Лірник неохоче згодився. Сковорода почав грати своїх. Лірник став услуховуватись, нахиливши голову. Далі перейняв і заскиглив своїм голосом, хрипливим, повним нудної скарги.</w:t>
      </w:r>
    </w:p>
    <w:p>
      <w:r>
        <w:br/>
        <w:t>Сковорода скривився, тихо засміявся, але промовчав.</w:t>
      </w:r>
    </w:p>
    <w:p>
      <w:r>
        <w:br/>
        <w:t>Тепло попрощалися.</w:t>
      </w:r>
    </w:p>
    <w:p>
      <w:r>
        <w:br/>
        <w:t>І довго лірник думав про чудну зустріч.</w:t>
      </w:r>
    </w:p>
    <w:p>
      <w:r>
        <w:br/>
        <w:t>— Хто знає, може, янгол спустився в образі дивної людини, щоб навчити його цих пісень.</w:t>
      </w:r>
    </w:p>
    <w:p>
      <w:r>
        <w:br/>
        <w:t>Лірник каявся. Більш не буде так багато пити.</w:t>
      </w:r>
    </w:p>
    <w:p>
      <w:r>
        <w:br/>
        <w:t>— А проте... Велику слабість має людина.</w:t>
      </w:r>
    </w:p>
    <w:p>
      <w:r>
        <w:br/>
        <w:t>В затінку густої верби, недалеко розправи сиділи селяни, палили люльки й так собі розмовляли, перебираючи старі, давно всім відомі думки.</w:t>
      </w:r>
    </w:p>
    <w:p>
      <w:r>
        <w:br/>
        <w:t>На обрії широких шляхів з’явилася висока постать.</w:t>
      </w:r>
    </w:p>
    <w:p>
      <w:r>
        <w:br/>
        <w:t>Постать наближалась, зростала. Балачки раптом стихли. Всі повернулись і почали вдивлятися.</w:t>
      </w:r>
    </w:p>
    <w:p>
      <w:r>
        <w:br/>
        <w:t>І зав’язалась розмова.</w:t>
      </w:r>
    </w:p>
    <w:p>
      <w:r>
        <w:br/>
        <w:t>— Хто б то був?</w:t>
      </w:r>
    </w:p>
    <w:p>
      <w:r>
        <w:br/>
        <w:t>— Хто його зна! Якийсь прочанин!</w:t>
      </w:r>
    </w:p>
    <w:p>
      <w:r>
        <w:br/>
        <w:t>— А мо’, просто подорожній.</w:t>
      </w:r>
    </w:p>
    <w:p>
      <w:r>
        <w:br/>
        <w:t>— Ні, то, гляди, чи не Григорій.</w:t>
      </w:r>
    </w:p>
    <w:p>
      <w:r>
        <w:br/>
        <w:t>— Який Григорій?</w:t>
      </w:r>
    </w:p>
    <w:p>
      <w:r>
        <w:br/>
        <w:t>— А Варсава![4]</w:t>
      </w:r>
    </w:p>
    <w:p>
      <w:r>
        <w:br/>
        <w:t>— Сковорода?</w:t>
      </w:r>
    </w:p>
    <w:p>
      <w:r>
        <w:br/>
        <w:t>— Атож!</w:t>
      </w:r>
    </w:p>
    <w:p>
      <w:r>
        <w:br/>
        <w:t>— Хто ж то є?</w:t>
      </w:r>
    </w:p>
    <w:p>
      <w:r>
        <w:br/>
        <w:t>— О, то дивна людина! Можна сказати, свята!</w:t>
      </w:r>
    </w:p>
    <w:p>
      <w:r>
        <w:br/>
        <w:t>— Хто ж він такий? Дурненький?</w:t>
      </w:r>
    </w:p>
    <w:p>
      <w:r>
        <w:br/>
        <w:t>— Сам ти дурненький! То дуже розумна, вчена людина!</w:t>
      </w:r>
    </w:p>
    <w:p>
      <w:r>
        <w:br/>
        <w:t>— От як!</w:t>
      </w:r>
    </w:p>
    <w:p>
      <w:r>
        <w:br/>
        <w:t>— Атож! Він, кажуть, учивсь по заграницях: і в Німеччині, і в Італії, і в французів. Усі мови, які є на світі, зна.</w:t>
      </w:r>
    </w:p>
    <w:p>
      <w:r>
        <w:br/>
        <w:t>— Куди ж то він простує?</w:t>
      </w:r>
    </w:p>
    <w:p>
      <w:r>
        <w:br/>
        <w:t>— А Бог його знає! З села в село, з кінця в кінець. Скрізь ходить, усе бачить, усіх навчає.</w:t>
      </w:r>
    </w:p>
    <w:p>
      <w:r>
        <w:br/>
        <w:t>— І ото так живе?</w:t>
      </w:r>
    </w:p>
    <w:p>
      <w:r>
        <w:br/>
        <w:t>— Так і живе. Ні про що не дбає, тим і щасливий. Міг би мати чини великі, в пани проскочити.</w:t>
      </w:r>
    </w:p>
    <w:p>
      <w:r>
        <w:br/>
        <w:t>— Кажуть, цариця якось до нього: "Чого тобі треба, рабе Божий Григорію, усе дам тобі за твій розум, тільки скажи — озолочу тебе, зроблю великим паном". А Григорій поклонився й одрік: "Нічого мені не треба. Дай мені волю, щоб я ходив та простий народ навчав, як краще жити". З тим і зостався.</w:t>
      </w:r>
    </w:p>
    <w:p>
      <w:r>
        <w:br/>
        <w:t>Тим часом постать наближалась. Всі вичікуючи слідкували.</w:t>
      </w:r>
    </w:p>
    <w:p>
      <w:r>
        <w:br/>
        <w:t>Григорій наблизився, на хвилину спинився, привітався. Всі з глибокою пошаною зняли шапки.</w:t>
      </w:r>
    </w:p>
    <w:p>
      <w:r>
        <w:br/>
        <w:t>— Стомилися, Григорію?</w:t>
      </w:r>
    </w:p>
    <w:p>
      <w:r>
        <w:br/>
        <w:t>— А стомився, мої голуб’ята, стомився. Спека велика.</w:t>
      </w:r>
    </w:p>
    <w:p>
      <w:r>
        <w:br/>
        <w:t>— Сідайте до нас та спочинете в холодочку!</w:t>
      </w:r>
    </w:p>
    <w:p>
      <w:r>
        <w:br/>
        <w:t>Усі посунулись. Григорій сів, почав витирати хусткою шию. Хтось приніс кухоль води.</w:t>
      </w:r>
    </w:p>
    <w:p>
      <w:r>
        <w:br/>
        <w:t>Григорій випив, витерся знову й оглянув гурт.</w:t>
      </w:r>
    </w:p>
    <w:p>
      <w:r>
        <w:br/>
        <w:t>— Ну, що ж ви поробляєте тут, люди добрі?</w:t>
      </w:r>
    </w:p>
    <w:p>
      <w:r>
        <w:br/>
        <w:t>— Спочиваємо тут, Григорію, в холодочку. Роботи немає— чекаємо жнив.</w:t>
      </w:r>
    </w:p>
    <w:p>
      <w:r>
        <w:br/>
        <w:t>— А то так! Робота важка в жнива! Треба сил набиратися.</w:t>
      </w:r>
    </w:p>
    <w:p>
      <w:r>
        <w:br/>
        <w:t>— А я вам так скажу, Григорію! Нема важчої роботи, як хліборобська. Робиш, як віл, а живеш у злиднях.</w:t>
      </w:r>
    </w:p>
    <w:p>
      <w:r>
        <w:br/>
        <w:t>— Всяка робота, голубчику, важка, коли вона не по тобі, не до твоєї натури приладнана!</w:t>
      </w:r>
    </w:p>
    <w:p>
      <w:r>
        <w:br/>
        <w:t>— Та тут приладнуй, не приладнуй, а легше не буде.</w:t>
      </w:r>
    </w:p>
    <w:p>
      <w:r>
        <w:br/>
        <w:t>— Е, не кажіть цього. Як то так? Та хіба ж, коли ви любите це діло та вийдете в поле по весні — рало тобі радісно скрипить, земля парує, небо чисте, жайворонок співає! Господи, благословляй тоді творця за цю радість!</w:t>
      </w:r>
    </w:p>
    <w:p>
      <w:r>
        <w:br/>
        <w:t>— А в животі вам так скрипить, що аж очі підводить.</w:t>
      </w:r>
    </w:p>
    <w:p>
      <w:r>
        <w:br/>
        <w:t>Хтось голосно засміявся.</w:t>
      </w:r>
    </w:p>
    <w:p>
      <w:r>
        <w:br/>
        <w:t>— Е, ні, ні! Сміятись не треба! Хіба ж у цьому радість, щоб набити собі черево, лягти на піч та рохкати, як свинюка! Як, по-вашому?</w:t>
      </w:r>
    </w:p>
    <w:p>
      <w:r>
        <w:br/>
        <w:t>— Та воно й то не годиться. Та коли й з порожнім шлунком вийдеш у поле, то пищить, коли хочете.</w:t>
      </w:r>
    </w:p>
    <w:p>
      <w:r>
        <w:br/>
        <w:t>— А по-моєму, не треба ніколи за цим ганятися. Держалося б тіло, було б здорове, та радість була б у душі. Більше нічого й не треба. Ніколи не слід ганятися за багатством, бо воно до загибелі душі доводить.</w:t>
      </w:r>
    </w:p>
    <w:p>
      <w:r>
        <w:br/>
        <w:t>Селяни раді були зайвий час поговорити зо свіжою, цікавою людиною. Поволі встрявали в розмову, запитливо вслухалися. Балачка щодалі цікавішала.</w:t>
      </w:r>
    </w:p>
    <w:p>
      <w:r>
        <w:br/>
        <w:t>Переходили до душі, розмов про Бога, науку. Григорій розпалювався. Захоплено розповідав про все і в цьому відчував глибоке вдоволення.</w:t>
      </w:r>
    </w:p>
    <w:p>
      <w:r>
        <w:br/>
        <w:t>Селяни поважно слухали, помалу міркуючи над усім, про що говорив Григорій, і сумно зітхали. Трохи згодом хтось схоплювався й кликав Григорія до себе.</w:t>
      </w:r>
    </w:p>
    <w:p>
      <w:r>
        <w:br/>
        <w:t>Той, ще кінчаючи розмову, байдуже згоджувався.</w:t>
      </w:r>
    </w:p>
    <w:p>
      <w:r>
        <w:br/>
        <w:t>На лавці в кутку розкладав своє збіжжя, так просто, наче в себе дома, переходячи знову до розмови з господарем.</w:t>
      </w:r>
    </w:p>
    <w:p>
      <w:r>
        <w:br/>
        <w:t>Увечері, як сідало сонце за шпилі, Григорій мандрував далі, витягуючи довгу шию вперед, наче нюхаючи далечінь.</w:t>
      </w:r>
    </w:p>
    <w:p>
      <w:r>
        <w:br/>
        <w:t>Не було певної мети. Хапався за кожну нагоду, щоб іти далі й далі.</w:t>
      </w:r>
    </w:p>
    <w:p>
      <w:r>
        <w:br/>
        <w:t>В цьому потоці постійної мандрівки, безнастанно мінливих краєвидів і змін та поодиноких подій мав глибоку, повну радість. У полі, знявши бриля, на хвилину перепочивав, оглядався захоплено навколо і в глибокому хвилюванні благословляв увесь світ.</w:t>
      </w:r>
    </w:p>
    <w:p>
      <w:r>
        <w:br/>
        <w:t>— Чого мені, Господи, більш потрібно?</w:t>
      </w:r>
    </w:p>
    <w:p>
      <w:r>
        <w:br/>
        <w:t>І тихо, закохано відповідав:</w:t>
      </w:r>
    </w:p>
    <w:p>
      <w:r>
        <w:br/>
        <w:t>— Нічого, нічого більш!</w:t>
      </w:r>
    </w:p>
    <w:p>
      <w:r>
        <w:br/>
        <w:t>І все ж у сиву далечінь, як тінь, ішла темна дівчина з тихою, загадковою усмішкою на вустах.</w:t>
      </w:r>
    </w:p>
    <w:p>
      <w:r>
        <w:br/>
        <w:t>Тоді лягала тінь і на обличчі Григорія, як хмара, що легко перебігає повними колосистими ланами.</w:t>
      </w:r>
    </w:p>
    <w:p>
      <w:r>
        <w:br/>
        <w:t>Одного разу Григорій вийшов зрання від якогось селянина. Саме сталося так, що попав у сердиту, сварливу родину. Був свідком довгих колотнеч. Хотів заспокоїти, вгамувати, але сердита баба від його слів іще більше репетувала. Тому Григорій намірився якомога раніш вийти з тієї хати.</w:t>
      </w:r>
    </w:p>
    <w:p>
      <w:r>
        <w:br/>
        <w:t>Вийшов у важкому настрою.</w:t>
      </w:r>
    </w:p>
    <w:p>
      <w:r>
        <w:br/>
        <w:t>— Для кого несу знання, кому розповідаю слово живе?</w:t>
      </w:r>
    </w:p>
    <w:p>
      <w:r>
        <w:br/>
        <w:t>Він пригадав багато подій з власного життя, свої розмови з селянами, з гуртами їх, з поодинокими людьми, що в них спинявся на спочинок</w:t>
      </w:r>
    </w:p>
    <w:p>
      <w:r>
        <w:br/>
        <w:t>— Хто ж прийняв у своє життя все те, про що говорив Григорій?</w:t>
      </w:r>
    </w:p>
    <w:p>
      <w:r>
        <w:br/>
        <w:t>Перед ним пройшло багато спогадів, але серед них уставали хіба одиниці, які нібито вірили йому й намірялись іти слідом за ним.</w:t>
      </w:r>
    </w:p>
    <w:p>
      <w:r>
        <w:br/>
        <w:t>І то тільки поволі.</w:t>
      </w:r>
    </w:p>
    <w:p>
      <w:r>
        <w:br/>
        <w:t>— Яка ж користь тоді від усієї праці?</w:t>
      </w:r>
    </w:p>
    <w:p>
      <w:r>
        <w:br/>
        <w:t>— Але що ж робити?</w:t>
      </w:r>
    </w:p>
    <w:p>
      <w:r>
        <w:br/>
        <w:t>— Нічого, нічого! Мудрують, що простий народ спить. Хай спить! Хто спить, той прокинеться. А прокинеться — зрозуміє слово правди.— І все ж на душі було без міри сумно. Сердита баба стояла перед очима й розмахувала засуканими рукавами.</w:t>
      </w:r>
    </w:p>
    <w:p>
      <w:r>
        <w:br/>
        <w:t>Дорога йшла рясними ланами.</w:t>
      </w:r>
    </w:p>
    <w:p>
      <w:r>
        <w:br/>
        <w:t>Скрізь дрімало важке колосся житів, пшениці, похилене в росі.</w:t>
      </w:r>
    </w:p>
    <w:p>
      <w:r>
        <w:br/>
        <w:t>Січний настрій злагоди й тиші сходив на душу.</w:t>
      </w:r>
    </w:p>
    <w:p>
      <w:r>
        <w:br/>
        <w:t>І знову вставали обрії, вмиті, радісні в народженню нового дня, нового світу, нового життя.</w:t>
      </w:r>
    </w:p>
    <w:p>
      <w:r>
        <w:br/>
        <w:t>Опівдні, коли вже сонце ніби застряло в небі, забився до якогось хутора.</w:t>
      </w:r>
    </w:p>
    <w:p>
      <w:r>
        <w:br/>
        <w:t>Колись проходив повз нього, але в іншу пору і з іншого краю, і хтозна, чому не впав у око той хутір. Цього разу він мимоволі причарував Григорія.</w:t>
      </w:r>
    </w:p>
    <w:p>
      <w:r>
        <w:br/>
        <w:t>Хутір розлігся над долиною, що заросла вся густим гаєм.</w:t>
      </w:r>
    </w:p>
    <w:p>
      <w:r>
        <w:br/>
        <w:t>Внизу в гущавині верб протікала річка. По той бік видно було купу молодих беріз.</w:t>
      </w:r>
    </w:p>
    <w:p>
      <w:r>
        <w:br/>
        <w:t>Густий, свіжий сад, просторо розкидані оселі, чепурний будинок, і серед двору високий журавель над криницею.</w:t>
      </w:r>
    </w:p>
    <w:p>
      <w:r>
        <w:br/>
        <w:t>Чимсь лагідним, спокійним, міцно збудованим віяло від цього хутора.</w:t>
      </w:r>
    </w:p>
    <w:p>
      <w:r>
        <w:br/>
        <w:t>Григорій зацікавився, підійшов до самого саду й сів над канавою в затінку вишень.</w:t>
      </w:r>
    </w:p>
    <w:p>
      <w:r>
        <w:br/>
        <w:t>Перед очима розстилалися зелені луки, кілька клаптиків полянок у гаю, в одному місці виблискувала вода.</w:t>
      </w:r>
    </w:p>
    <w:p>
      <w:r>
        <w:br/>
        <w:t>І це все глибоко зачарувало Григорія.</w:t>
      </w:r>
    </w:p>
    <w:p>
      <w:r>
        <w:br/>
        <w:t>Вийняв поволі сопілку й почав грати.</w:t>
      </w:r>
    </w:p>
    <w:p>
      <w:r>
        <w:br/>
        <w:t>Не було певної мелодії, а так самі звуки пливли, спершу нескладно, наче шукаючи якоїсь стежки, й раптом склались у якусь нову, не знану ще мелодію.</w:t>
      </w:r>
    </w:p>
    <w:p>
      <w:r>
        <w:br/>
        <w:t>І Григорій відчував у них і ті жалі, що останніми часами так непокоїли душу, й ту радість, що повніш і повніш уливалася в груди. І тоді віддався цілком новій мелодії, що несвідомо складалась у певні розміри. Одну хвилину прислухався, озирнувся навколо й тоді ще з більшою насолодою заходився грати.</w:t>
      </w:r>
    </w:p>
    <w:p>
      <w:r>
        <w:br/>
        <w:t>Раптом щось за тином хруснуло. Григорій не звернув на це уваги. Через кілька хвилин почув — хтось важко дихає над головою.</w:t>
      </w:r>
    </w:p>
    <w:p>
      <w:r>
        <w:br/>
        <w:t>Оглянувся, підвів голову й мимоволі застиг.</w:t>
      </w:r>
    </w:p>
    <w:p>
      <w:r>
        <w:br/>
        <w:t>Перед ним стояла висока струнка дівчина, вся в темному, з рясними разками намиста. На тонкому смуглявому обличчі застигла м’яка посмішка.</w:t>
      </w:r>
    </w:p>
    <w:p>
      <w:r>
        <w:br/>
        <w:t>Темні очі горіли й сміялись.</w:t>
      </w:r>
    </w:p>
    <w:p>
      <w:r>
        <w:br/>
        <w:t>Григорій від несподіванки зніяковів. В першу мить хотів було встати й тікать. Але в обличчі дівчини щось було знайоме. З глибин очей лився світ, якого давно вже шукав.</w:t>
      </w:r>
    </w:p>
    <w:p>
      <w:r>
        <w:br/>
        <w:t>Скінчив грати й задивився.</w:t>
      </w:r>
    </w:p>
    <w:p>
      <w:r>
        <w:br/>
        <w:t>І щохвилини відчував, як сплітаються нові тенета, що наповнюють серце не знаною ще радістю, як тане серце весняним снігом.</w:t>
      </w:r>
    </w:p>
    <w:p>
      <w:r>
        <w:br/>
        <w:t>— Я вам перебила?—поспитала дівчина.</w:t>
      </w:r>
    </w:p>
    <w:p>
      <w:r>
        <w:br/>
        <w:t>І усмішка на вустах бризнула розсипчатими променями.</w:t>
      </w:r>
    </w:p>
    <w:p>
      <w:r>
        <w:br/>
        <w:t>— Ні, нічого! — поволі відповів Григорій.</w:t>
      </w:r>
    </w:p>
    <w:p>
      <w:r>
        <w:br/>
        <w:t>— Чому ж ви далі не граєте?</w:t>
      </w:r>
    </w:p>
    <w:p>
      <w:r>
        <w:br/>
        <w:t>— Бо пісня моя сама обірвалась...</w:t>
      </w:r>
    </w:p>
    <w:p>
      <w:r>
        <w:br/>
        <w:t>— Шкода! А я так залюбки вас слухала! Слухала й слухала. І сміялась, і плакати хотілось, і не знаю що!</w:t>
      </w:r>
    </w:p>
    <w:p>
      <w:r>
        <w:br/>
        <w:t>— А що саме?</w:t>
      </w:r>
    </w:p>
    <w:p>
      <w:r>
        <w:br/>
        <w:t>— Не знаю! Чомусь смутно стало — не знаю, не знаю...</w:t>
      </w:r>
    </w:p>
    <w:p>
      <w:r>
        <w:br/>
        <w:t>Обоє замовкли. Дівчина зацікавлено оглядала чудного мандрівника, й смутніла під його гострим поглядом — і не знала, що робити.</w:t>
      </w:r>
    </w:p>
    <w:p>
      <w:r>
        <w:br/>
        <w:t>— Ти, дівчино, з хутора будеш? — поспитав Григорій.</w:t>
      </w:r>
    </w:p>
    <w:p>
      <w:r>
        <w:br/>
        <w:t>— З хутора! Це наш хутір.</w:t>
      </w:r>
    </w:p>
    <w:p>
      <w:r>
        <w:br/>
        <w:t>— Чи не можна в вас води напитися?</w:t>
      </w:r>
    </w:p>
    <w:p>
      <w:r>
        <w:br/>
        <w:t>— А чому не можна! Ви зайдіть до нас та спочинете, бо сьогодні, мабуть, стоятиме велика спека.</w:t>
      </w:r>
    </w:p>
    <w:p>
      <w:r>
        <w:br/>
        <w:t>Дівчина зразу втекла. За кілька хвилин вона вискочила з хвіртки й покликала мандрівника.</w:t>
      </w:r>
    </w:p>
    <w:p>
      <w:r>
        <w:br/>
        <w:t>Григорій хутко пішов за нею, тихо посміхаючись.</w:t>
      </w:r>
    </w:p>
    <w:p>
      <w:r>
        <w:br/>
        <w:t>З-під комори вискочив здоровенний собака, завзято нападаючи,— але за хвилину стих, улесливо вимахуючи хвостом.</w:t>
      </w:r>
    </w:p>
    <w:p>
      <w:r>
        <w:br/>
        <w:t>Дівчина винесла кухоль води. Сковорода сів на ганку і вдихав густі пахощі жоржин і троянд, що цвіли під вікнами.</w:t>
      </w:r>
    </w:p>
    <w:p>
      <w:r>
        <w:br/>
        <w:t>У дворі була тиша півдня, густої спеки. Тиша й спокій. І лише дзвінкий, рухливий голос дівчини дивно порушував тишу двору, як голосний струмок, що гомонить у байраках.</w:t>
      </w:r>
    </w:p>
    <w:p>
      <w:r>
        <w:br/>
        <w:t>На ганок вийшов високий, із густими вусами, пересипаними сивиною, чоловік і почав придивлятися.</w:t>
      </w:r>
    </w:p>
    <w:p>
      <w:r>
        <w:br/>
        <w:t>— Здається, Григорій Савич?</w:t>
      </w:r>
    </w:p>
    <w:p>
      <w:r>
        <w:br/>
        <w:t>Сковорода посміхнувся.</w:t>
      </w:r>
    </w:p>
    <w:p>
      <w:r>
        <w:br/>
        <w:t>— Ну, як же!.. Я зразу впізнав.</w:t>
      </w:r>
    </w:p>
    <w:p>
      <w:r>
        <w:br/>
        <w:t>Господар підійшов і міцно стиснув руку.</w:t>
      </w:r>
    </w:p>
    <w:p>
      <w:r>
        <w:br/>
        <w:t>— Яка це радість нам випала! Чув, чув багато про вас! І думав: невже ніколи не доведеться побачитись? Як це ви заглянули в цей куток?</w:t>
      </w:r>
    </w:p>
    <w:p>
      <w:r>
        <w:br/>
        <w:t>Але дівчина, розчервонівшись, швидко почала оповідати.</w:t>
      </w:r>
    </w:p>
    <w:p>
      <w:r>
        <w:br/>
        <w:t>— А, це ти, козо! Ну, спасибі тобі, доню, спасибі. Це моя дочка — Марійка!</w:t>
      </w:r>
    </w:p>
    <w:p>
      <w:r>
        <w:br/>
        <w:t>Марійка уклонилася, густо почервонівши.</w:t>
      </w:r>
    </w:p>
    <w:p>
      <w:r>
        <w:br/>
        <w:t>— Одним одна дитина,— казав далі господар,— ще з війська привіз сюди, та тут і виросла. Стара померла, а вона тепер єдина мені втіха й розвага... Ну, заходьте, заходьте, будете дорогим гостем.</w:t>
      </w:r>
    </w:p>
    <w:p>
      <w:r>
        <w:br/>
        <w:t>Хати були великі, просторі, на кілька покоїв.</w:t>
      </w:r>
    </w:p>
    <w:p>
      <w:r>
        <w:br/>
        <w:t>В одній з них, на дерев’яній підлозі, стояла широка піч, кілька стільців, а по боках лави, полиці, мисники.</w:t>
      </w:r>
    </w:p>
    <w:p>
      <w:r>
        <w:br/>
        <w:t>— Дуже я хотів поговорити з вами, порадитись! Чую: там і там ходить Сковорода, те-то й те говорить, так-то навчає людей. Думаю собі: невже ніколи не загляне сюди? Аж воно таки привів Бог! Ото ж кажуть, гора з горою не сходиться, а чоловік із чоловіком зійдеться!</w:t>
      </w:r>
    </w:p>
    <w:p>
      <w:r>
        <w:br/>
        <w:t>Григорієві відвели невеличку хатину, що виходила на схід у густий сад. У вікна зазирали троянди, високі рожі, далі п’явся барвінок. Важкі жоржини в задумі задивилися в землю.</w:t>
      </w:r>
    </w:p>
    <w:p>
      <w:r>
        <w:br/>
        <w:t>Григорій сів і прислухався.</w:t>
      </w:r>
    </w:p>
    <w:p>
      <w:r>
        <w:br/>
        <w:t>Перший раз за кілька років, за довгий час життя опанувало нове несподіване бажання — втомно вабило посидіти, спочити.</w:t>
      </w:r>
    </w:p>
    <w:p>
      <w:r>
        <w:br/>
        <w:t>І, як у барвисте вічко, збиралися і йшли перед очима довгою стічкою всі події мандрівного життя, рік за роком, подія за подією.</w:t>
      </w:r>
    </w:p>
    <w:p>
      <w:r>
        <w:br/>
        <w:t>Ліг на ліжко й стежив за ними.</w:t>
      </w:r>
    </w:p>
    <w:p>
      <w:r>
        <w:br/>
        <w:t>І було боляче — куди розгубилось, де розвіялось життя його?.. Як хвіст комети, що тане в холодних просторах!</w:t>
      </w:r>
    </w:p>
    <w:p>
      <w:r>
        <w:br/>
        <w:t>Хтось голубив і пестив м’яким спокоєм.</w:t>
      </w:r>
    </w:p>
    <w:p>
      <w:r>
        <w:br/>
        <w:t>— Слава Богу! Нікуди йти сьогодні, й завтра, й позавтра!</w:t>
      </w:r>
    </w:p>
    <w:p>
      <w:r>
        <w:br/>
        <w:t>За вікном м’яко виспівувала Марійка.</w:t>
      </w:r>
    </w:p>
    <w:p>
      <w:r>
        <w:br/>
        <w:t>Григорій із насолодою иростягся на чистому ліжку й м’яко заснув.</w:t>
      </w:r>
    </w:p>
    <w:p>
      <w:r>
        <w:br/>
        <w:t>Як інколи давить якась вага на голову, а міцними кліщами стискає серце, як хочеться позбутися його, схопитись і побігти назустріч пестливим хвилям вітру!</w:t>
      </w:r>
    </w:p>
    <w:p>
      <w:r>
        <w:br/>
        <w:t>Вийти на луки й крикнути стоголосо на байраки!</w:t>
      </w:r>
    </w:p>
    <w:p>
      <w:r>
        <w:br/>
        <w:t>Сочно поцілувати бога Діоніса.</w:t>
      </w:r>
    </w:p>
    <w:p>
      <w:r>
        <w:br/>
        <w:t>Після обіду Марійка вільна від роботи. Тоді в холодку під коморою нудиться над граматикою, риторикою, філософією.</w:t>
      </w:r>
    </w:p>
    <w:p>
      <w:r>
        <w:br/>
        <w:t>Тонке чоло збирається в зморшки. За нудною наукою бризкають бризки юної радості й сміху.</w:t>
      </w:r>
    </w:p>
    <w:p>
      <w:r>
        <w:br/>
        <w:t>— Скинути б усі думки, що сідають у душу, обтяжують її, як торбинки за плечима в старця, й побігти тоді на байраки, і втонути в дзвінкому сміхові ярів!</w:t>
      </w:r>
    </w:p>
    <w:p>
      <w:r>
        <w:br/>
        <w:t>Марійка холодно, як молитви, шепоче.</w:t>
      </w:r>
    </w:p>
    <w:p>
      <w:r>
        <w:br/>
        <w:t>А очі бігають по саду.</w:t>
      </w:r>
    </w:p>
    <w:p>
      <w:r>
        <w:br/>
        <w:t>Бігають і пригадують: над яром в кінці саду вже спіють солодкі яблука; малина червоними зірочками визирає із-під широкого листа, з-під густого укропу пахнуть огірочки. А там просто на леваду, під березину побігти й сміятись. Хай ловить довгоногий Сковорода!</w:t>
      </w:r>
    </w:p>
    <w:p>
      <w:r>
        <w:br/>
        <w:t>Але за цими нудними лекціями,— Марійка знає,— почне він говорити. Очі йому запаляться глибоким вогнем, блискучим і прозорим, як води весняних озер, де купаються білі хмари, як холодні струмені потоку, що горять на сонці.</w:t>
      </w:r>
    </w:p>
    <w:p>
      <w:r>
        <w:br/>
        <w:t>Тоді він незвичайний. Тоді він далекий-далекий.</w:t>
      </w:r>
    </w:p>
    <w:p>
      <w:r>
        <w:br/>
        <w:t>І хочеться наблизитись до нього, впасти на коліна й слухати, як глибоку сповідь.</w:t>
      </w:r>
    </w:p>
    <w:p>
      <w:r>
        <w:br/>
        <w:t>Тоді серце коханням хвилюється.</w:t>
      </w:r>
    </w:p>
    <w:p>
      <w:r>
        <w:br/>
        <w:t>Тоді слово його золотою музикою, повним зерном спадає в душу.</w:t>
      </w:r>
    </w:p>
    <w:p>
      <w:r>
        <w:br/>
        <w:t>Підуть до яру, зійдуть на гору, і знову спустяться, і йтимуть долиною назустріч червоному засмученому заходові.</w:t>
      </w:r>
    </w:p>
    <w:p>
      <w:r>
        <w:br/>
        <w:t>Він буде говорити, і слова його, як дивна музика, як далека пісня, що повстає з-за обрію: чуєш, хвилюєшся, а не розбереш, не зрозумієш.</w:t>
      </w:r>
    </w:p>
    <w:p>
      <w:r>
        <w:br/>
        <w:t>І то нічого!</w:t>
      </w:r>
    </w:p>
    <w:p>
      <w:r>
        <w:br/>
        <w:t>Йти б тільки поруч, близько притулившись, і відчувати душу його, й хвилюватись. І намагатися, щоб попасти в ногу!..</w:t>
      </w:r>
    </w:p>
    <w:p>
      <w:r>
        <w:br/>
        <w:t>Відтак тоді, як спуститься місяць, млісним мереживом заснує землю, вони стануть у задумі, прислухаються.</w:t>
      </w:r>
    </w:p>
    <w:p>
      <w:r>
        <w:br/>
        <w:t>Тоді Григорій візьме сопілку, сяде під деревом і заграє.</w:t>
      </w:r>
    </w:p>
    <w:p>
      <w:r>
        <w:br/>
        <w:t>Марійка забуде за все. За те, що вона кохає, що з цим треба ховатись, що він учитель-бурлака, безпритульний старець, а вона — статечна хуторянка, за все, за все...</w:t>
      </w:r>
    </w:p>
    <w:p>
      <w:r>
        <w:br/>
        <w:t>Сяде, схилиться на руку й зіллється з музикою.</w:t>
      </w:r>
    </w:p>
    <w:p>
      <w:r>
        <w:br/>
        <w:t>Музика — це тільки продовження слів його.</w:t>
      </w:r>
    </w:p>
    <w:p>
      <w:r>
        <w:br/>
        <w:t>Це — тільки розплітання смутної канви, що в хвилівні клубочки зібралася коло серця.</w:t>
      </w:r>
    </w:p>
    <w:p>
      <w:r>
        <w:br/>
        <w:t>Але з нею зливаються всі голоси байраків, долин, ланів і давніх, давніх споминів. В один потік зливаються, і ллються в серце, і наповнюють його. І тоді серце росте й росте й припадає запеклими вустами до холодного неба.</w:t>
      </w:r>
    </w:p>
    <w:p>
      <w:r>
        <w:br/>
        <w:t>І тоді... тоді... Хай розірветься воно на дрібні шматочки, й вогняними іскрами розсипеться в холодних просторах!</w:t>
      </w:r>
    </w:p>
    <w:p>
      <w:r>
        <w:br/>
        <w:t>А кожна іскра нехай захолоне в маленьку, крижану грудочку радості.</w:t>
      </w:r>
    </w:p>
    <w:p>
      <w:r>
        <w:br/>
        <w:t>А навколо після того порожнеча.</w:t>
      </w:r>
    </w:p>
    <w:p>
      <w:r>
        <w:br/>
        <w:t>Ніч у хаті, як прірва, і в ній дрімають чорні великі очі.</w:t>
      </w:r>
    </w:p>
    <w:p>
      <w:r>
        <w:br/>
        <w:t>Раз Григорій несподівано ввірвав пісню й поглянув на Марійку.</w:t>
      </w:r>
    </w:p>
    <w:p>
      <w:r>
        <w:br/>
        <w:t>Вона в задумі кудись дивилася і плакала.</w:t>
      </w:r>
    </w:p>
    <w:p>
      <w:r>
        <w:br/>
        <w:t>— Марійко!</w:t>
      </w:r>
    </w:p>
    <w:p>
      <w:r>
        <w:br/>
        <w:t>Вона обернулася.</w:t>
      </w:r>
    </w:p>
    <w:p>
      <w:r>
        <w:br/>
        <w:t>— Чого ти?</w:t>
      </w:r>
    </w:p>
    <w:p>
      <w:r>
        <w:br/>
        <w:t>— Нічого! Це так!</w:t>
      </w:r>
    </w:p>
    <w:p>
      <w:r>
        <w:br/>
        <w:t>Обтерла сльози й дивилась на нього крізь сльози радісно, в захопленні.</w:t>
      </w:r>
    </w:p>
    <w:p>
      <w:r>
        <w:br/>
        <w:t>— Чого ти?</w:t>
      </w:r>
    </w:p>
    <w:p>
      <w:r>
        <w:br/>
        <w:t>Марійка раптом притиснулась, нахилилась і поцілувала. Далі схопилась і побігла.</w:t>
      </w:r>
    </w:p>
    <w:p>
      <w:r>
        <w:br/>
        <w:t>Григорій пустився слідом за нею. Догнав, припав до неї і в тихім шепоті почув слово — одне слово.</w:t>
      </w:r>
    </w:p>
    <w:p>
      <w:r>
        <w:br/>
        <w:t>І злякано вирвався й побіг.</w:t>
      </w:r>
    </w:p>
    <w:p>
      <w:r>
        <w:br/>
        <w:t>Відчував, як під боком теліпається сопілка, а все біг і біг... Під гору задихався. Коли вибіг на гору, почув, що далі нема сил іти.</w:t>
      </w:r>
    </w:p>
    <w:p>
      <w:r>
        <w:br/>
        <w:t>Спинився й важко передихав. У сивих проміннях на тім боці яру сиділа похилена постать.</w:t>
      </w:r>
    </w:p>
    <w:p>
      <w:r>
        <w:br/>
        <w:t>Скам’яніла — не рухалась, стиснула руками голову.</w:t>
      </w:r>
    </w:p>
    <w:p>
      <w:r>
        <w:br/>
        <w:t>Тоді поволі повернув і пішов назад.</w:t>
      </w:r>
    </w:p>
    <w:p>
      <w:r>
        <w:br/>
        <w:t>Марійка сиділа й нічого не помічала.</w:t>
      </w:r>
    </w:p>
    <w:p>
      <w:r>
        <w:br/>
        <w:t>І в перший раз прокинулося глибоке почуття жалю й любові до окремої людини. І перший раз люди відійшли кудись далеко.</w:t>
      </w:r>
    </w:p>
    <w:p>
      <w:r>
        <w:br/>
        <w:t>І захотілось притиснути й обігріти цю самітню, як молоденька гілка, дівчину...</w:t>
      </w:r>
    </w:p>
    <w:p>
      <w:r>
        <w:br/>
        <w:t>Тої ночі в місячних промінях, обнявшись, ішло ланами дві тіні. Обидві були чимсь засмучені, але вели теплу, щиру розмову. Нічого не помічали навколо, не знали куди йдуть.</w:t>
      </w:r>
    </w:p>
    <w:p>
      <w:r>
        <w:br/>
        <w:t>Несли тиху звістку про благословенну землю.</w:t>
      </w:r>
    </w:p>
    <w:p>
      <w:r>
        <w:br/>
        <w:t>"В однім пункті сходиться ввесь світ.</w:t>
      </w:r>
    </w:p>
    <w:p>
      <w:r>
        <w:br/>
        <w:t>Коли втрапиш на такий пункт — прислухайся!</w:t>
      </w:r>
    </w:p>
    <w:p>
      <w:r>
        <w:br/>
        <w:t>Коли відчуєш, як у твоїм серці голосно заспіває він,— знай: то є пуп землі!</w:t>
      </w:r>
    </w:p>
    <w:p>
      <w:r>
        <w:br/>
        <w:t>Стань тоді й слухай!</w:t>
      </w:r>
    </w:p>
    <w:p>
      <w:r>
        <w:br/>
        <w:t>То є пуп твого серця, то є пуп твого життя, пуп землі і всього, всього світу!</w:t>
      </w:r>
    </w:p>
    <w:p>
      <w:r>
        <w:br/>
        <w:t>Тоді знай: нікуди більш тоді поспішати!</w:t>
      </w:r>
    </w:p>
    <w:p>
      <w:r>
        <w:br/>
        <w:t>Стань, і слухай, і дивись — ніщо більше не зрушить.</w:t>
      </w:r>
    </w:p>
    <w:p>
      <w:r>
        <w:br/>
        <w:t>А навколо тебе кружлятимуть сонця й планети.</w:t>
      </w:r>
    </w:p>
    <w:p>
      <w:r>
        <w:br/>
        <w:t>А навколо тебе вітри рватимуть хмари й землю в клоччя. А навколо тебе тікатимуть люди на торохких колісницях та баских конях. А інші гнатимуться за ними.</w:t>
      </w:r>
    </w:p>
    <w:p>
      <w:r>
        <w:br/>
        <w:t>То буде голос богів, то буде творча пісня їхня!</w:t>
      </w:r>
    </w:p>
    <w:p>
      <w:r>
        <w:br/>
        <w:t>Стій, і слухай, і вбирай у своє серце!</w:t>
      </w:r>
    </w:p>
    <w:p>
      <w:r>
        <w:br/>
        <w:t>Хай воно співає нових і нових пісень.</w:t>
      </w:r>
    </w:p>
    <w:p>
      <w:r>
        <w:br/>
        <w:t>І нікуди більше тобі поспішати!"</w:t>
      </w:r>
    </w:p>
    <w:p>
      <w:r>
        <w:br/>
        <w:t>Так думав Григорій у тихій хатині пана майора. Марійка підбігла до старого, поцілувала в рудого густого вуса й дзвінко засміялася.</w:t>
      </w:r>
    </w:p>
    <w:p>
      <w:r>
        <w:br/>
        <w:t>А тоді відбігла і дратувала його.</w:t>
      </w:r>
    </w:p>
    <w:p>
      <w:r>
        <w:br/>
        <w:t>— Чого це ти, доню?</w:t>
      </w:r>
    </w:p>
    <w:p>
      <w:r>
        <w:br/>
        <w:t>— А так, не скажу!</w:t>
      </w:r>
    </w:p>
    <w:p>
      <w:r>
        <w:br/>
        <w:t>— А що ж ти хочеш сказати?</w:t>
      </w:r>
    </w:p>
    <w:p>
      <w:r>
        <w:br/>
        <w:t>— А впіймайте, тоді скажу!</w:t>
      </w:r>
    </w:p>
    <w:p>
      <w:r>
        <w:br/>
        <w:t>Майор засміявся.</w:t>
      </w:r>
    </w:p>
    <w:p>
      <w:r>
        <w:br/>
        <w:t>— Ну, так ніколи не скажу, коли будете сміятися! Вгадайте краще!</w:t>
      </w:r>
    </w:p>
    <w:p>
      <w:r>
        <w:br/>
        <w:t>Майор знизав плечима.</w:t>
      </w:r>
    </w:p>
    <w:p>
      <w:r>
        <w:br/>
        <w:t>Тоді підбігла, обняла й почала шепотіти.</w:t>
      </w:r>
    </w:p>
    <w:p>
      <w:r>
        <w:br/>
        <w:t>Сказала останнє слово, тільки встиг догадатися старий майор, і втекла.</w:t>
      </w:r>
    </w:p>
    <w:p>
      <w:r>
        <w:br/>
        <w:t>І тоді ходила осторонь, прислухаючись, що буде говорити старий, рвала листя малини й несміливо поспитала:</w:t>
      </w:r>
    </w:p>
    <w:p>
      <w:r>
        <w:br/>
        <w:t>— Ви не сердитесь, татусю?</w:t>
      </w:r>
    </w:p>
    <w:p>
      <w:r>
        <w:br/>
        <w:t>— Хіба ж можна сердитися, доню, на тебе! Ти в мене єдина. Коли маєш щастя в ньому — хай Бог благословляє!</w:t>
      </w:r>
    </w:p>
    <w:p>
      <w:r>
        <w:br/>
        <w:t>І потім почав у задумі ходити.</w:t>
      </w:r>
    </w:p>
    <w:p>
      <w:r>
        <w:br/>
        <w:t>Марійка підійшла, заглянула в обличчя.</w:t>
      </w:r>
    </w:p>
    <w:p>
      <w:r>
        <w:br/>
        <w:t>— Чого ви такий смутний, тату? Що вас непокоїть?</w:t>
      </w:r>
    </w:p>
    <w:p>
      <w:r>
        <w:br/>
        <w:t>— Ні, не смутний! А так, засумувалося: не знаю, чи радіти, а чи боятися!</w:t>
      </w:r>
    </w:p>
    <w:p>
      <w:r>
        <w:br/>
        <w:t>— Що ж тут страшного?</w:t>
      </w:r>
    </w:p>
    <w:p>
      <w:r>
        <w:br/>
        <w:t>— Бачиш, коня-скакуна трудно вдержати на припоні.</w:t>
      </w:r>
    </w:p>
    <w:p>
      <w:r>
        <w:br/>
        <w:t>— То що ж ви думаєте?</w:t>
      </w:r>
    </w:p>
    <w:p>
      <w:r>
        <w:br/>
        <w:t>— А що, як він візьме та й утече? Від нього можна сподіватися.</w:t>
      </w:r>
    </w:p>
    <w:p>
      <w:r>
        <w:br/>
        <w:t>— Хіба ж це можна, коли він кохає мене?</w:t>
      </w:r>
    </w:p>
    <w:p>
      <w:r>
        <w:br/>
        <w:t>— Все може бути, коли в нього така натура.</w:t>
      </w:r>
    </w:p>
    <w:p>
      <w:r>
        <w:br/>
        <w:t>— Ні, ні!.. Цього ніколи не буде!</w:t>
      </w:r>
    </w:p>
    <w:p>
      <w:r>
        <w:br/>
        <w:t>Старий роздумливо казав далі:</w:t>
      </w:r>
    </w:p>
    <w:p>
      <w:r>
        <w:br/>
        <w:t>— Сказати й те: боятись, що нічого буде їсти,— дарма було б. Хвалити Бога — в господарстві всього вдоволь. А тільки чи зумієте ви повести як слід. Трудно Григорієві за це діло братись.</w:t>
      </w:r>
    </w:p>
    <w:p>
      <w:r>
        <w:br/>
        <w:t>— Ну, тоді я поведу. Я змалку звикла.</w:t>
      </w:r>
    </w:p>
    <w:p>
      <w:r>
        <w:br/>
        <w:t>— Ну, хіба так. Аби в самих була згода.</w:t>
      </w:r>
    </w:p>
    <w:p>
      <w:r>
        <w:br/>
        <w:t>І раптом старий повернувся, задивився довгим теплим поглядом і міцно поцілував.</w:t>
      </w:r>
    </w:p>
    <w:p>
      <w:r>
        <w:br/>
        <w:t>— Ну, хай Бог помагає! Живіть і будьте щасливі!</w:t>
      </w:r>
    </w:p>
    <w:p>
      <w:r>
        <w:br/>
        <w:t>Марійка вирвалась і втекла в гущавину саду.</w:t>
      </w:r>
    </w:p>
    <w:p>
      <w:r>
        <w:br/>
        <w:t>Ходили обоє споришевою доріжкою в дворі.</w:t>
      </w:r>
    </w:p>
    <w:p>
      <w:r>
        <w:br/>
        <w:t>Знали, що треба гаразд поговорити про найважливіше, а не наважувались. Григорій довго розповідав, що за кордоном при астрономічних обсерваторіях закладено станції, де стежать за вітрами й можуть заздалегідь угадати погоду.</w:t>
      </w:r>
    </w:p>
    <w:p>
      <w:r>
        <w:br/>
        <w:t>Старий слухав і дивувався.</w:t>
      </w:r>
    </w:p>
    <w:p>
      <w:r>
        <w:br/>
        <w:t>Далі почав говорити про господарство.</w:t>
      </w:r>
    </w:p>
    <w:p>
      <w:r>
        <w:br/>
        <w:t>— Цього року має бути добрий урожай. Од скотини й пасіки можна сподіватися немалого прибутку. На осінь треба частину всього продати і в Харкові поярмаркувати. Марійка вже підростає, треба віно готувати.</w:t>
      </w:r>
    </w:p>
    <w:p>
      <w:r>
        <w:br/>
        <w:t>Григорій мовчки слухав.</w:t>
      </w:r>
    </w:p>
    <w:p>
      <w:r>
        <w:br/>
        <w:t>— Та воно-то все гаразд, хвалити Бога! Коли б тільки чоловік трапивсь добрий. Щоб і донька була щаслива, і господарство до ладу.</w:t>
      </w:r>
    </w:p>
    <w:p>
      <w:r>
        <w:br/>
        <w:t>Григорій сміявся й потакував.</w:t>
      </w:r>
    </w:p>
    <w:p>
      <w:r>
        <w:br/>
        <w:t>— Ти ж подумай, Григорію! Для кого я турбувався, для кого я дбав? Щоб донька моя була нещаслива, в злиднях провела свій вік?</w:t>
      </w:r>
    </w:p>
    <w:p>
      <w:r>
        <w:br/>
        <w:t>І знову Григорій мовчав. Старий подивився скоса на нього й почав ходити, про щось міркуючи.</w:t>
      </w:r>
    </w:p>
    <w:p>
      <w:r>
        <w:br/>
        <w:t>Далі підійшов, поклав Григорієві руки на плечі й став гостро й важко дивитися.</w:t>
      </w:r>
    </w:p>
    <w:p>
      <w:r>
        <w:br/>
        <w:t>— Слухай, друже любий! Я все знаю. Марійка про все розказала! Що ж ти мені скажеш?</w:t>
      </w:r>
    </w:p>
    <w:p>
      <w:r>
        <w:br/>
        <w:t>— Те ж саме.</w:t>
      </w:r>
    </w:p>
    <w:p>
      <w:r>
        <w:br/>
        <w:t>Старий мимоволі засміявся.</w:t>
      </w:r>
    </w:p>
    <w:p>
      <w:r>
        <w:br/>
        <w:t>— Та хіба ж ти знаєш, що вона сказала?</w:t>
      </w:r>
    </w:p>
    <w:p>
      <w:r>
        <w:br/>
        <w:t>— То догадуюсь!</w:t>
      </w:r>
    </w:p>
    <w:p>
      <w:r>
        <w:br/>
        <w:t>Григорій почервонів і зніяковів.</w:t>
      </w:r>
    </w:p>
    <w:p>
      <w:r>
        <w:br/>
        <w:t>Старий розчулився.</w:t>
      </w:r>
    </w:p>
    <w:p>
      <w:r>
        <w:br/>
        <w:t>— Слухай, Григорію! Я тебе люблю, як сина, як рідну дитину! Що ти, що Марійка — то ви обоє мені рідні. І хотів би, не знаю й як, вам щастя. А тільки, признаюсь по щирості, боюсь! Боюсь за тебе, за неї. Знаю, що душею ви зійдетесь, полюбитесь і будете в злагоді жити. А як ви поведете господарство? Знаю, що тобі, брате, важко буде.</w:t>
      </w:r>
    </w:p>
    <w:p>
      <w:r>
        <w:br/>
        <w:t>— Не знаю. Тільки я на все зважився йти.</w:t>
      </w:r>
    </w:p>
    <w:p>
      <w:r>
        <w:br/>
        <w:t>— Спасибі, голубе, спасибі! Твоя душа мені як ластівка, як осіння зірка! Тільки боюсь!..</w:t>
      </w:r>
    </w:p>
    <w:p>
      <w:r>
        <w:br/>
        <w:t>— Не знаю! Не скажу! Будемо старатися.</w:t>
      </w:r>
    </w:p>
    <w:p>
      <w:r>
        <w:br/>
        <w:t>— Ну, спасибі й за це, за щиру правду! А там придивимось, побачимо.</w:t>
      </w:r>
    </w:p>
    <w:p>
      <w:r>
        <w:br/>
        <w:t>Мимоволі руки простягнулися одному до одного. Поцілувалися.</w:t>
      </w:r>
    </w:p>
    <w:p>
      <w:r>
        <w:br/>
        <w:t>І тоді почали легко й не соромлячись про все говорити.</w:t>
      </w:r>
    </w:p>
    <w:p>
      <w:r>
        <w:br/>
        <w:t>Одним лукавим оком визирала з-за комори Марійка, комусь показувала язика...</w:t>
      </w:r>
    </w:p>
    <w:p>
      <w:r>
        <w:br/>
        <w:t>Дні минали одноманітно-спокійно, ситі, насолоджені. Поволі готувались до весілля. Про це довго щоразу міркували.</w:t>
      </w:r>
    </w:p>
    <w:p>
      <w:r>
        <w:br/>
        <w:t>Григорій устрявав потроху в роботу.</w:t>
      </w:r>
    </w:p>
    <w:p>
      <w:r>
        <w:br/>
        <w:t>Одного разу поїхав із валкою продавати зерно до міста на базар. Зерно продав, але, як виявилося, дуже дешево.</w:t>
      </w:r>
    </w:p>
    <w:p>
      <w:r>
        <w:br/>
        <w:t>Старий не гнівався. Лише сказав:</w:t>
      </w:r>
    </w:p>
    <w:p>
      <w:r>
        <w:br/>
        <w:t>— Коли так будеш, сину, хазяйнувати, швидко переведеш усю худобу.</w:t>
      </w:r>
    </w:p>
    <w:p>
      <w:r>
        <w:br/>
        <w:t>Григорій нахмурився, почервонів і мовчки вийшов.</w:t>
      </w:r>
    </w:p>
    <w:p>
      <w:r>
        <w:br/>
        <w:t>Другого разу чув, як старий гримав на літнього робітника Петра.</w:t>
      </w:r>
    </w:p>
    <w:p>
      <w:r>
        <w:br/>
        <w:t>Петро, похиливши голову, покірно слухав догану.</w:t>
      </w:r>
    </w:p>
    <w:p>
      <w:r>
        <w:br/>
        <w:t>Але, коли відійшов старий, Петро припав до причілка й заплакав.</w:t>
      </w:r>
    </w:p>
    <w:p>
      <w:r>
        <w:br/>
        <w:t>Григорій почав розважати, та Петро мовчки відійшов від нього, не сказавши й слова.</w:t>
      </w:r>
    </w:p>
    <w:p>
      <w:r>
        <w:br/>
        <w:t>І це теж не подобалось.</w:t>
      </w:r>
    </w:p>
    <w:p>
      <w:r>
        <w:br/>
        <w:t>Марійка стала чомусь усім вередувати. Вже не вчила так завзято ні риторики, ні піїтики.</w:t>
      </w:r>
    </w:p>
    <w:p>
      <w:r>
        <w:br/>
        <w:t>Одного разу, коли Григорій став домагатися відповіді з піїтики, Марійка розсердилась, заплакала і втекла.</w:t>
      </w:r>
    </w:p>
    <w:p>
      <w:r>
        <w:br/>
        <w:t>Григорій сумно подивився вслід їй, поволі поскладав книжки й пішов із двору.</w:t>
      </w:r>
    </w:p>
    <w:p>
      <w:r>
        <w:br/>
        <w:t>Вийшов на леваду, а далі йшов поволі, похиливши голову.</w:t>
      </w:r>
    </w:p>
    <w:p>
      <w:r>
        <w:br/>
        <w:t>Відчував, як вітер стиха студив відкриту голову, як легко шелестіла під ногами трава.</w:t>
      </w:r>
    </w:p>
    <w:p>
      <w:r>
        <w:br/>
        <w:t>Як приємно було зоставатися на самоті й розібратися поволі в усіх тих думках, що так неспокійно позасідали в голові!</w:t>
      </w:r>
    </w:p>
    <w:p>
      <w:r>
        <w:br/>
        <w:t>Що це має статися? Щастя?</w:t>
      </w:r>
    </w:p>
    <w:p>
      <w:r>
        <w:br/>
        <w:t>В маленькій клітці співає пташок, а полетіти в небо, про яке співає, не може.</w:t>
      </w:r>
    </w:p>
    <w:p>
      <w:r>
        <w:br/>
        <w:t>Де ж тоді воля?</w:t>
      </w:r>
    </w:p>
    <w:p>
      <w:r>
        <w:br/>
        <w:t>Цілий рій думок міцними тенетами облітав душу. Хіба ж можна степового скакуна вдержати на припоні?</w:t>
      </w:r>
    </w:p>
    <w:p>
      <w:r>
        <w:br/>
        <w:t>Маленький пуп земний — центр і зміст усього життя.</w:t>
      </w:r>
    </w:p>
    <w:p>
      <w:r>
        <w:br/>
        <w:t>А навколо пупа немає руху, а навколо пупа застиглість, непорушність.</w:t>
      </w:r>
    </w:p>
    <w:p>
      <w:r>
        <w:br/>
        <w:t>Немає бур, немає гроз — маленькі кузьки колупаються в землі.</w:t>
      </w:r>
    </w:p>
    <w:p>
      <w:r>
        <w:br/>
        <w:t>Навколо велика світова нудьга.</w:t>
      </w:r>
    </w:p>
    <w:p>
      <w:r>
        <w:br/>
        <w:t>Ось вона повстає з обріїв, розливається в небі. І небо стає жовто-сірим, і раптом спускається на землю й заливає всі долини, байраки, степові простори, помережані лісами,— вкриває жовто-сірими потоками.</w:t>
      </w:r>
    </w:p>
    <w:p>
      <w:r>
        <w:br/>
        <w:t>І степи раптом сохнуть. І ліси в’януть і осипаються.</w:t>
      </w:r>
    </w:p>
    <w:p>
      <w:r>
        <w:br/>
        <w:t>Велика, неосяжна нудьга.</w:t>
      </w:r>
    </w:p>
    <w:p>
      <w:r>
        <w:br/>
        <w:t>Куди тікати від неї?</w:t>
      </w:r>
    </w:p>
    <w:p>
      <w:r>
        <w:br/>
        <w:t>Радість у безконечному русі, в безнастанно мінливих враженнях, радість у буйній творчості духа.</w:t>
      </w:r>
    </w:p>
    <w:p>
      <w:r>
        <w:br/>
        <w:t>Куди тікати з осмаленої, спаленої землі?</w:t>
      </w:r>
    </w:p>
    <w:p>
      <w:r>
        <w:br/>
        <w:t>Було чомусь до нестями важко. Палкий вітер дув зі сходу, і в його хвилях не було чим дихати.</w:t>
      </w:r>
    </w:p>
    <w:p>
      <w:r>
        <w:br/>
        <w:t>Тоді впав у затишному байраку на траву і так лежав непорушно.</w:t>
      </w:r>
    </w:p>
    <w:p>
      <w:r>
        <w:br/>
        <w:t>Густі пахощі чебрецю й шавлії входили в груди й студили розпалені думки. М’яко шелестіли шовкові листочки.</w:t>
      </w:r>
    </w:p>
    <w:p>
      <w:r>
        <w:br/>
        <w:t>На маленькому клаптику землі хтось творив велику містерію, спізнавши голос Бога.</w:t>
      </w:r>
    </w:p>
    <w:p>
      <w:r>
        <w:br/>
        <w:t>Від того раптом стало спокійно.</w:t>
      </w:r>
    </w:p>
    <w:p>
      <w:r>
        <w:br/>
        <w:t>Раз-по-раз входили в груди тихі хвилі злагоди й гармонії.</w:t>
      </w:r>
    </w:p>
    <w:p>
      <w:r>
        <w:br/>
        <w:t>Але перед очима стояла велика сіра пустеля.</w:t>
      </w:r>
    </w:p>
    <w:p>
      <w:r>
        <w:br/>
        <w:t>Обійти її й покинути, зоставивши самітні голоси — хай плачуть над спаленими ланами!..</w:t>
      </w:r>
    </w:p>
    <w:p>
      <w:r>
        <w:br/>
        <w:t>За що? Що винні вони?</w:t>
      </w:r>
    </w:p>
    <w:p>
      <w:r>
        <w:br/>
        <w:t>Великими важкими літерами виринули далекі слова:</w:t>
      </w:r>
    </w:p>
    <w:p>
      <w:r>
        <w:br/>
        <w:t>"Коли хочеш служити мені, залиши дружину й оселю свою і йди слідом за мною!"</w:t>
      </w:r>
    </w:p>
    <w:p>
      <w:r>
        <w:br/>
        <w:t>Якась одна маленька думка поспитала:</w:t>
      </w:r>
    </w:p>
    <w:p>
      <w:r>
        <w:br/>
        <w:t>"А чи ж це по правді? Великою жертвою поодиноких хочеш маленьку радість дати всім?"</w:t>
      </w:r>
    </w:p>
    <w:p>
      <w:r>
        <w:br/>
        <w:t>І не було відповіді на це!</w:t>
      </w:r>
    </w:p>
    <w:p>
      <w:r>
        <w:br/>
        <w:t>Коли повернувся додому, було вже над полудень.</w:t>
      </w:r>
    </w:p>
    <w:p>
      <w:r>
        <w:br/>
        <w:t>Марійка, наче відчувши свою провину, пильно ходила за ним.</w:t>
      </w:r>
    </w:p>
    <w:p>
      <w:r>
        <w:br/>
        <w:t>Побігла й принесла з льоху сметани, нарізала хліба, покликала до столу батька. І сама жваво розповідала різні дрібниці.</w:t>
      </w:r>
    </w:p>
    <w:p>
      <w:r>
        <w:br/>
        <w:t>Але балачка чомусь не йшлася.</w:t>
      </w:r>
    </w:p>
    <w:p>
      <w:r>
        <w:br/>
        <w:t>Тихо сходив вечір на землю, як далека степова пісня.</w:t>
      </w:r>
    </w:p>
    <w:p>
      <w:r>
        <w:br/>
        <w:t>Захід був тонкий, і на тлі його довго сумували стрункі молоді берези.</w:t>
      </w:r>
    </w:p>
    <w:p>
      <w:r>
        <w:br/>
        <w:t>І потім поволі-поволі випростався місяць.</w:t>
      </w:r>
    </w:p>
    <w:p>
      <w:r>
        <w:br/>
        <w:t>Зітхнув, роздивився й почав прискати на всі боки молочно-зеленою піною.</w:t>
      </w:r>
    </w:p>
    <w:p>
      <w:r>
        <w:br/>
        <w:t>І вкрилися білою жалібною наміткою далекі простори.</w:t>
      </w:r>
    </w:p>
    <w:p>
      <w:r>
        <w:br/>
        <w:t>Марійка підійшла й глянула тихо на Григорія.</w:t>
      </w:r>
    </w:p>
    <w:p>
      <w:r>
        <w:br/>
        <w:t>Григорій зустрівся з поглядом її. Встав.</w:t>
      </w:r>
    </w:p>
    <w:p>
      <w:r>
        <w:br/>
        <w:t>Мовчки, не сказавши одне одному слова, вийшли в сад.</w:t>
      </w:r>
    </w:p>
    <w:p>
      <w:r>
        <w:br/>
        <w:t>А коли вийшли на долину,— балачка сама собою розпочалася. І, як перший раз, наче відчуваючи, що це востаннє, Григорій довго й тихо говорив.</w:t>
      </w:r>
    </w:p>
    <w:p>
      <w:r>
        <w:br/>
        <w:t>Хотів зоставити в душі глибокий слід, яким не повинен був ніхто пройти, на якому не повинні були зрости найменші чужі рослини.</w:t>
      </w:r>
    </w:p>
    <w:p>
      <w:r>
        <w:br/>
        <w:t>Марійка з тривожно-зляканими очима вслухалась,— хотіла щось розгадати в цих весело-мрійних очах,— і не могла дізнатись останньої правди.</w:t>
      </w:r>
    </w:p>
    <w:p>
      <w:r>
        <w:br/>
        <w:t>І так само, як і першого разу, сіли на тому місці, і Григорій заграв у сопілку.</w:t>
      </w:r>
    </w:p>
    <w:p>
      <w:r>
        <w:br/>
        <w:t>І пісня його пішла довгою скаргою в місячно-туманних просторах і десь розтанула.</w:t>
      </w:r>
    </w:p>
    <w:p>
      <w:r>
        <w:br/>
        <w:t>Марійка, схилившись на руки, слухала в важкій задумі.</w:t>
      </w:r>
    </w:p>
    <w:p>
      <w:r>
        <w:br/>
        <w:t>Але раптом схаменулася.</w:t>
      </w:r>
    </w:p>
    <w:p>
      <w:r>
        <w:br/>
        <w:t>— Що це, Григорійку, що це? Хіба востаннє?</w:t>
      </w:r>
    </w:p>
    <w:p>
      <w:r>
        <w:br/>
        <w:t>Григорій мовчав.</w:t>
      </w:r>
    </w:p>
    <w:p>
      <w:r>
        <w:br/>
        <w:t>— Слухай, братіку, не треба! Не треба більш. Ходім краще додому!</w:t>
      </w:r>
    </w:p>
    <w:p>
      <w:r>
        <w:br/>
        <w:t>Григорій мовчки погодився. Встав, і погляд йому був сумний, похилений у землю, як важке гроно винограду.</w:t>
      </w:r>
    </w:p>
    <w:p>
      <w:r>
        <w:br/>
        <w:t>І знову дві довгі тіні простяглися долиною на той бік яру.</w:t>
      </w:r>
    </w:p>
    <w:p>
      <w:r>
        <w:br/>
        <w:t>Дві засмучені тіні, притулившись близько, тихо йшли ланами кудись у місячні тумани.</w:t>
      </w:r>
    </w:p>
    <w:p>
      <w:r>
        <w:br/>
        <w:t>Голови їх були схилені додолу.</w:t>
      </w:r>
    </w:p>
    <w:p>
      <w:r>
        <w:br/>
        <w:t>Тужили, що втратили добру вістку на землі.</w:t>
      </w:r>
    </w:p>
    <w:p>
      <w:r>
        <w:br/>
        <w:t>І коли прийшли до комори, впилися сумними поглядами одне в одного.</w:t>
      </w:r>
    </w:p>
    <w:p>
      <w:r>
        <w:br/>
        <w:t>Одна душа поспитала:</w:t>
      </w:r>
    </w:p>
    <w:p>
      <w:r>
        <w:br/>
        <w:t>— Навіки?</w:t>
      </w:r>
    </w:p>
    <w:p>
      <w:r>
        <w:br/>
        <w:t>— Навіки! — відповіла друга.</w:t>
      </w:r>
    </w:p>
    <w:p>
      <w:r>
        <w:br/>
        <w:t>І тоді довгим-довгим обмінялися поцілунком.</w:t>
      </w:r>
    </w:p>
    <w:p>
      <w:r>
        <w:br/>
        <w:t>І обидві душі сказали:</w:t>
      </w:r>
    </w:p>
    <w:p>
      <w:r>
        <w:br/>
        <w:t>— На Голгофу![5] На колючі терни! На криваві квіти!</w:t>
      </w:r>
    </w:p>
    <w:p>
      <w:r>
        <w:br/>
        <w:t>І розійшлися.</w:t>
      </w:r>
    </w:p>
    <w:p>
      <w:r>
        <w:br/>
        <w:t>Було морозяно. А коли морозяно, хочеться кудись утекти, не думаючи, не жалкуючи над тим, що маєш покинути.</w:t>
      </w:r>
    </w:p>
    <w:p>
      <w:r>
        <w:br/>
        <w:t>Ні, в хатині було тепло.</w:t>
      </w:r>
    </w:p>
    <w:p>
      <w:r>
        <w:br/>
        <w:t>А на серці морозяно!</w:t>
      </w:r>
    </w:p>
    <w:p>
      <w:r>
        <w:br/>
        <w:t>Григорій поволі складав своє збіжжя й почував, що серце тремтить від холоду.</w:t>
      </w:r>
    </w:p>
    <w:p>
      <w:r>
        <w:br/>
        <w:t>А місяць зазирав у вікно, наче стежив за злодієм.</w:t>
      </w:r>
    </w:p>
    <w:p>
      <w:r>
        <w:br/>
        <w:t>Григорій вийшов. Тривожно рипнули двері. Григорій тихо причинив їх.</w:t>
      </w:r>
    </w:p>
    <w:p>
      <w:r>
        <w:br/>
        <w:t>Надворі було вже росяно. Зачиналось на ранок.</w:t>
      </w:r>
    </w:p>
    <w:p>
      <w:r>
        <w:br/>
        <w:t>Хвилину вагався. Далі рішуче повернув і пішов у комору.</w:t>
      </w:r>
    </w:p>
    <w:p>
      <w:r>
        <w:br/>
        <w:t>Там спала Марійка.</w:t>
      </w:r>
    </w:p>
    <w:p>
      <w:r>
        <w:br/>
        <w:t>Григорій обережно відчинив двері, придивився в темряву.</w:t>
      </w:r>
    </w:p>
    <w:p>
      <w:r>
        <w:br/>
        <w:t>На м’яких подушках розкинулось юне пружаве тіло.</w:t>
      </w:r>
    </w:p>
    <w:p>
      <w:r>
        <w:br/>
        <w:t>На устах застигла тиха місячна усмішка, як спомин про останні хвилини життя.</w:t>
      </w:r>
    </w:p>
    <w:p>
      <w:r>
        <w:br/>
        <w:t>Ноги безтурботно розкидані. Біла сорочка закотилася поверх колін і лягла червоною мережкою, як густим соком винограду.</w:t>
      </w:r>
    </w:p>
    <w:p>
      <w:r>
        <w:br/>
        <w:t>І звідти — смугляве, ніжне тіло з п’яними обрисами ліній.</w:t>
      </w:r>
    </w:p>
    <w:p>
      <w:r>
        <w:br/>
        <w:t>Щось ударило в голову! Щось змішалось в місячнім тумані!</w:t>
      </w:r>
    </w:p>
    <w:p>
      <w:r>
        <w:br/>
        <w:t>І хутко-хутко закружилося й попливло в радіснім вихорі вдалечінь, у зелено-місячну прірву.</w:t>
      </w:r>
    </w:p>
    <w:p>
      <w:r>
        <w:br/>
        <w:t>Веселий чорнобородий Діоніс — а борода м’яка йому, як шовк,— наливає в келих червоного вина й, сміючись, примовляє:</w:t>
      </w:r>
    </w:p>
    <w:p>
      <w:r>
        <w:br/>
        <w:t>— Пий!</w:t>
      </w:r>
    </w:p>
    <w:p>
      <w:r>
        <w:br/>
        <w:t>— Хто ти?</w:t>
      </w:r>
    </w:p>
    <w:p>
      <w:r>
        <w:br/>
        <w:t>— Я первосвященик життя! Пий!</w:t>
      </w:r>
    </w:p>
    <w:p>
      <w:r>
        <w:br/>
        <w:t>І було радісно літати в п’яній парі вина й спускатися в прірву.</w:t>
      </w:r>
    </w:p>
    <w:p>
      <w:r>
        <w:br/>
        <w:t>— Хто скарав мене, що мені не входити в свята святих?</w:t>
      </w:r>
    </w:p>
    <w:p>
      <w:r>
        <w:br/>
        <w:t>— Хто, як не ти, Боже, створив цю красу?</w:t>
      </w:r>
    </w:p>
    <w:p>
      <w:r>
        <w:br/>
        <w:t>— Будь благословенна навіки!</w:t>
      </w:r>
    </w:p>
    <w:p>
      <w:r>
        <w:br/>
        <w:t>І з неймовірним болем одрізав гострою думкою:</w:t>
      </w:r>
    </w:p>
    <w:p>
      <w:r>
        <w:br/>
        <w:t>"Не може вмістити всього людське серце!"</w:t>
      </w:r>
    </w:p>
    <w:p>
      <w:r>
        <w:br/>
        <w:t>І знав, що для нього відрізано якийсь великий, виноградний шлях життя.</w:t>
      </w:r>
    </w:p>
    <w:p>
      <w:r>
        <w:br/>
        <w:t>Став навколішки й припав гарячими вустами в м’які теплі лінії смуглявої ноги.</w:t>
      </w:r>
    </w:p>
    <w:p>
      <w:r>
        <w:br/>
        <w:t>І тоді до млості заболіло серце.</w:t>
      </w:r>
    </w:p>
    <w:p>
      <w:r>
        <w:br/>
        <w:t>Дівчина солодко зітхнула, повернулась на бік і ще глибше впірнула в сон.</w:t>
      </w:r>
    </w:p>
    <w:p>
      <w:r>
        <w:br/>
        <w:t>І, в безтямі тиняючись, хапався за одвірки й шепотів:</w:t>
      </w:r>
    </w:p>
    <w:p>
      <w:r>
        <w:br/>
        <w:t>— Боже! Боже! На Голгофу...</w:t>
      </w:r>
    </w:p>
    <w:p>
      <w:r>
        <w:br/>
        <w:t>... Кудлатий собака полащився й провів із двору.</w:t>
      </w:r>
    </w:p>
    <w:p>
      <w:r>
        <w:br/>
        <w:t>Ранок був похмурий. На сході густилися хмари, щодалі розпускалися по небу, заволікаючи його рудаво-сизими котлами.</w:t>
      </w:r>
    </w:p>
    <w:p>
      <w:r>
        <w:br/>
        <w:t>На дорозі лежали холодні роси.</w:t>
      </w:r>
    </w:p>
    <w:p>
      <w:r>
        <w:br/>
        <w:t>Тихий вітер вихоплювався інколи з високих житів і грався на обскубаній придорожній травиці.</w:t>
      </w:r>
    </w:p>
    <w:p>
      <w:r>
        <w:br/>
        <w:t>Ішов поволі, в глибокій утомі, важко схиливши голову.</w:t>
      </w:r>
    </w:p>
    <w:p>
      <w:r>
        <w:br/>
        <w:t>Інколи, хитаючися, звертав набік. Тоді спинявся на хвилину.</w:t>
      </w:r>
    </w:p>
    <w:p>
      <w:r>
        <w:br/>
        <w:t>Очуманіло оглядався, не знаючи, куди йти далі.</w:t>
      </w:r>
    </w:p>
    <w:p>
      <w:r>
        <w:br/>
        <w:t>А потім безсило тюпав уперед.</w:t>
      </w:r>
    </w:p>
    <w:p>
      <w:r>
        <w:br/>
        <w:t>В одному місці згадав, що забув на хуторі шапку.</w:t>
      </w:r>
    </w:p>
    <w:p>
      <w:r>
        <w:br/>
        <w:t>Повернувсь. Подивився.</w:t>
      </w:r>
    </w:p>
    <w:p>
      <w:r>
        <w:br/>
        <w:t>Від хутора було видно кілька клаптиків будинків.</w:t>
      </w:r>
    </w:p>
    <w:p>
      <w:r>
        <w:br/>
        <w:t>Постояв, махнув рукою й пішов далі.</w:t>
      </w:r>
    </w:p>
    <w:p>
      <w:r>
        <w:br/>
        <w:t>Опівдні прийшов у якесь село. Зустрів селян, що привітно його закликали до себе. Сів і почав, жартуючи, розмовляти.</w:t>
      </w:r>
    </w:p>
    <w:p>
      <w:r>
        <w:br/>
        <w:t>І від того було без міри солодко. Солодко відчувати, як хтось просвердлює серце, а звідти ллється тепла кров,— краплина за краплиною спадає на дно криги. І тому сміявся. Думав: "Хай розростається крига".</w:t>
      </w:r>
    </w:p>
    <w:p>
      <w:r>
        <w:br/>
        <w:t>Коли відходив од селян — відчув себе знову юним бурсаком. І хотілося зразу бігати, грати в коня, сміятись, за кимсь ганятись, ловити когось.</w:t>
      </w:r>
    </w:p>
    <w:p>
      <w:r>
        <w:br/>
        <w:t>— Це Божеський рух! Це Божеський прояв життя!</w:t>
      </w:r>
    </w:p>
    <w:p>
      <w:r>
        <w:br/>
        <w:t>Думав: куди його йти далі? Згадав, що давно не був у Ковалинського.</w:t>
      </w:r>
    </w:p>
    <w:p>
      <w:r>
        <w:br/>
        <w:t>Рішуче повернув і пішов туди.</w:t>
      </w:r>
    </w:p>
    <w:p>
      <w:r>
        <w:br/>
        <w:t>Жваво вибирався на гору.</w:t>
      </w:r>
    </w:p>
    <w:p>
      <w:r>
        <w:br/>
        <w:t>А селяни стежили за ним очима й говорили:</w:t>
      </w:r>
    </w:p>
    <w:p>
      <w:r>
        <w:br/>
        <w:t>— Кажуть старі люди, що швидко повинен пройти святий чоловік, що буде навчати темних людей! Буде він знати всі науки, буде навчати Святого письма. Біблію напам’ять читатиме. І ходитиме з села в село, з хати до хати. А помре під тином, як старець.</w:t>
      </w:r>
    </w:p>
    <w:p>
      <w:r>
        <w:br/>
        <w:t>І сумно, з тривогою й загадково стежили, доки не сховався Григорій за обрієм.</w:t>
      </w:r>
    </w:p>
    <w:p>
      <w:r>
        <w:br/>
        <w:t>У Ковалинських зустріли Сковороду тепло й привітно.</w:t>
      </w:r>
    </w:p>
    <w:p>
      <w:r>
        <w:br/>
        <w:t>Багато розпитували за все життя, уважливо ставилися до щонайменших дрібниць.</w:t>
      </w:r>
    </w:p>
    <w:p>
      <w:r>
        <w:br/>
        <w:t>І Григорієві було радо перебувати в цьому затишку, як у теплій ясній хаті після блукання в дорозі глупої осінньої ночі.</w:t>
      </w:r>
    </w:p>
    <w:p>
      <w:r>
        <w:br/>
        <w:t>І він залюбки за все розповідав. Лише промовчав про останню пригоду на хуторі в майора.</w:t>
      </w:r>
    </w:p>
    <w:p>
      <w:r>
        <w:br/>
        <w:t>Швидко Григорій помітив одну рисочку, що неприємно вразила. І друг Ковалинський став зовсім не той. У нього була хороша, щира дружина, діти, що дзвінко щебетали в покоях.</w:t>
      </w:r>
    </w:p>
    <w:p>
      <w:r>
        <w:br/>
        <w:t>Було помітно, що за всякими розмовами з Григорієм Ковалинський десь часто відривався до родини, і там більш сердечно до всього ставився, і всім більш цікавився.</w:t>
      </w:r>
    </w:p>
    <w:p>
      <w:r>
        <w:br/>
        <w:t>І це вражало Григорія.</w:t>
      </w:r>
    </w:p>
    <w:p>
      <w:r>
        <w:br/>
        <w:t>Тому пробув там недовго.</w:t>
      </w:r>
    </w:p>
    <w:p>
      <w:r>
        <w:br/>
        <w:t>"Гість!—згадав свою думку.— Що таке гість? Людина, яку тепло зустрічають, радісно вшановують. Але все ж таки й зустрінуть, і проводять як гостя, як чужого! Усюди й завжди чужий і самітний. Як відбитий від табуна журавель, що блукає в тузі й самоті осінньої пори по сірих ланах!"</w:t>
      </w:r>
    </w:p>
    <w:p>
      <w:r>
        <w:br/>
        <w:t>В недовгім часі за тим зібрався, й як не вмовляв Ковалинський, рішуче попрощався і повернув знову на Полтавщину.</w:t>
      </w:r>
    </w:p>
    <w:p>
      <w:r>
        <w:br/>
        <w:t>По дорозі згадав старого пасічника, з яким зустрівся давно-давно, коли тільки повертався з-за кордону, і поволі помандрував до нього.</w:t>
      </w:r>
    </w:p>
    <w:p>
      <w:r>
        <w:br/>
        <w:t>Думав: той краще за всіх зрозуміє. Йому можна про все розказати.</w:t>
      </w:r>
    </w:p>
    <w:p>
      <w:r>
        <w:br/>
        <w:t>Ішов спокійно, впевнено, спираючись на високу палицю й витягши довгу журавлину шию вперед.</w:t>
      </w:r>
    </w:p>
    <w:p>
      <w:r>
        <w:br/>
        <w:t>А під боком теліпалася сопілка.</w:t>
      </w:r>
    </w:p>
    <w:p>
      <w:r>
        <w:br/>
        <w:t>Спокійно оглядався навкруги і знову вбирав великий, різнобарвний прояв життя в душу, як могутню гармонію творця.</w:t>
      </w:r>
    </w:p>
    <w:p>
      <w:r>
        <w:br/>
        <w:t>На серці було спокійно й радісно.</w:t>
      </w:r>
    </w:p>
    <w:p>
      <w:r>
        <w:br/>
        <w:t>Радість! Що таке радість? Ось холоне серце! Останні краплини крові сідають на кригу. А тоді стає серце крижаним. На ньому замерзає навіки радість, щоб світити в білих променях по всьому світу.</w:t>
      </w:r>
    </w:p>
    <w:p>
      <w:r>
        <w:br/>
        <w:t>Світити в мандрівці, великій, безперестанній!</w:t>
      </w:r>
    </w:p>
    <w:p>
      <w:r>
        <w:br/>
        <w:t>Життя, як комета, що п’яна радісним блуканням у світах і не знає свого постійного шляху.</w:t>
      </w:r>
    </w:p>
    <w:p>
      <w:r>
        <w:br/>
        <w:t>Десь розпалиться, засяє великим огнем, а потім розсиплеться на дрібні шматочки — в туманність!..</w:t>
      </w:r>
    </w:p>
    <w:p>
      <w:r>
        <w:br/>
        <w:t>Щоб знову родилося сонце, нове сонце й по-новому засяяло світові.</w:t>
      </w:r>
    </w:p>
    <w:p>
      <w:r>
        <w:br/>
        <w:t>І так одвіку й довіку!</w:t>
      </w:r>
    </w:p>
    <w:p>
      <w:r>
        <w:br/>
        <w:t>А хто розкаже мінливу казку мандрівної комети?</w:t>
      </w:r>
    </w:p>
    <w:p>
      <w:r>
        <w:br/>
        <w:t>[1924]</w:t>
      </w:r>
    </w:p>
    <w:p>
      <w:r>
        <w:br/>
        <w:t>[1] Ковалинський Михайло Іванович (1757—1807) — український і російський письменник, освітній діяч; автор "Жития Григория Сковороди...".</w:t>
      </w:r>
    </w:p>
    <w:p>
      <w:r>
        <w:br/>
        <w:t>[2] Стультуси — нерозумні (латин.).</w:t>
      </w:r>
    </w:p>
    <w:p>
      <w:r>
        <w:br/>
        <w:t>[3] Вакх — в античній міфології одне з прізвиськ бога Діоніса — бога виноградарства й виноробства.</w:t>
      </w:r>
    </w:p>
    <w:p>
      <w:r>
        <w:br/>
        <w:t>[4] Варсава Даниїл — псевдонім Г. С. Сковороди.</w:t>
      </w:r>
    </w:p>
    <w:p>
      <w:r>
        <w:br/>
        <w:t>[5] Голгофа — горб на околиці Єрусалима, де, за євангельським міфом, був розп’ятий на хресті Ісус Христос. У переносному значенні — страждання, муки, подвижництво.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Напоєні дні (повість про Г. Сковороду)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