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Намисто</w:t>
      </w:r>
    </w:p>
    <w:p>
      <w:r>
        <w:br/>
        <w:t xml:space="preserve"> Суниці на стеблах,&lt;br /&gt;</w:t>
        <w:br/>
        <w:t>заховані в мох, –&lt;br /&gt;</w:t>
        <w:br/>
        <w:t>намисто для тебе.&lt;br /&gt;</w:t>
        <w:br/>
        <w:t>Намисто для двох,</w:t>
      </w:r>
    </w:p>
    <w:p>
      <w:r>
        <w:br/>
        <w:t>бо губи спікає,&lt;br /&gt;</w:t>
        <w:br/>
        <w:t>холодні, як лід.&lt;br /&gt;</w:t>
        <w:br/>
        <w:t>Стебло протинає&lt;br /&gt;</w:t>
        <w:br/>
        <w:t>дві жмені ягід.</w:t>
      </w:r>
    </w:p>
    <w:p>
      <w:r>
        <w:br/>
        <w:t>А стебла зв'язати –&lt;br /&gt;</w:t>
        <w:br/>
        <w:t>кошелик суниць&lt;br /&gt;</w:t>
        <w:br/>
        <w:t>нанижем у згарди&lt;br /&gt;</w:t>
        <w:br/>
        <w:t>для звірів і птиць.</w:t>
      </w:r>
    </w:p>
    <w:p>
      <w:r>
        <w:br/>
        <w:t>Намисто безцінне –&lt;br /&gt;</w:t>
        <w:br/>
        <w:t>таке не купить.&lt;br /&gt;</w:t>
        <w:br/>
        <w:t>Як пацьорку в сіні,&lt;br /&gt;</w:t>
        <w:br/>
        <w:t>ми губим цю мить,</w:t>
      </w:r>
    </w:p>
    <w:p>
      <w:r>
        <w:br/>
        <w:t>бо в тебе на шиї&lt;br /&gt;</w:t>
        <w:br/>
        <w:t>суниць силінки!..&lt;br /&gt;</w:t>
        <w:br/>
        <w:t>Ми потім досидим&lt;br /&gt;</w:t>
        <w:br/>
        <w:t>і дні, і роки.</w:t>
      </w:r>
    </w:p>
    <w:p>
      <w:r>
        <w:br/>
        <w:t>Донижемо потім&lt;br /&gt;</w:t>
        <w:br/>
        <w:t>на стебла тонкі&lt;br /&gt;</w:t>
        <w:br/>
        <w:t>і ночі, і роки,&lt;br /&gt;</w:t>
        <w:br/>
        <w:t>та вже не такі,</w:t>
      </w:r>
    </w:p>
    <w:p>
      <w:r>
        <w:br/>
        <w:t>як ягоди в росах,&lt;br /&gt;</w:t>
        <w:br/>
        <w:t>що пахли між трав…</w:t>
      </w:r>
    </w:p>
    <w:p>
      <w:r>
        <w:br/>
        <w:t>Той нині там косять,&lt;br /&gt;</w:t>
        <w:br/>
        <w:t>де кров'ю стікав.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Намисто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