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Нахаба</w:t>
      </w:r>
    </w:p>
    <w:p>
      <w:r>
        <w:br/>
        <w:t xml:space="preserve"> &lt;p&gt;Скінчилися раз уроки, а вчителька наша і каже:</w:t>
      </w:r>
    </w:p>
    <w:p>
      <w:r>
        <w:br/>
        <w:t>— Сашко Лісовий захворів, хто піде його провідати?</w:t>
      </w:r>
    </w:p>
    <w:p>
      <w:r>
        <w:br/>
        <w:t>— Я! Я! Я! — посхоплювались усі.</w:t>
      </w:r>
    </w:p>
    <w:p>
      <w:r>
        <w:br/>
        <w:t>— Якщо ви і в нього так кричати будете,— говорить вчителька,— то краще нікому не йти. Хворому потрібен спокій.</w:t>
      </w:r>
    </w:p>
    <w:p>
      <w:r>
        <w:br/>
        <w:t>Ми запевнили її, що галасувати не будемо, а вчителька відповіла, що ми молодці, але все одно сьогодні хай підуть кілька чоловік, а завтра ще кілька і післязавтра теж.</w:t>
      </w:r>
    </w:p>
    <w:p>
      <w:r>
        <w:br/>
        <w:t>— І пам'ятайте,— закінчила вона,— хворому потрібен спокій. Дивіться, щоб він не вставав з ліжка, розважте його як зумієте. Може, й нагодувати доведеться.</w:t>
      </w:r>
    </w:p>
    <w:p>
      <w:r>
        <w:br/>
        <w:t>Приходимо ми.</w:t>
      </w:r>
    </w:p>
    <w:p>
      <w:r>
        <w:br/>
        <w:t>Лежить наш Сашко, горло замотане, книжку якусь читає.</w:t>
      </w:r>
    </w:p>
    <w:p>
      <w:r>
        <w:br/>
        <w:t>— От добре,— мама його зраділа.— У мене саме обідня перерва кінчається. Там, на кухні, суп доварюється. Ви через десять хвилин з плити його зніміть, хлопця мого нагодуйте. А я побігла.</w:t>
      </w:r>
    </w:p>
    <w:p>
      <w:r>
        <w:br/>
        <w:t>— Ну як тобі,— ми в Сашка питаємо,— нудно, мабуть, лежати?</w:t>
      </w:r>
    </w:p>
    <w:p>
      <w:r>
        <w:br/>
        <w:t>— Та ні,— одказує.— Зовсім не нудно. Я от книжку читаю. Цікава!</w:t>
      </w:r>
    </w:p>
    <w:p>
      <w:r>
        <w:br/>
        <w:t>Але ми вирішили, що це він так говорить, із ввічливості. Спробуй-но сам-один полежати ввесь день!</w:t>
      </w:r>
    </w:p>
    <w:p>
      <w:r>
        <w:br/>
        <w:t>— Нічого,— підбадьорюємо,— ми тебе зараз розважимо. От тобі Наталка заспіває. В неї голос гарний.</w:t>
      </w:r>
    </w:p>
    <w:p>
      <w:r>
        <w:br/>
        <w:t>— Чого це я буду співати ні з того ні з сього?! — Наталка нам.— Може, йому й не хочеться зовсім.</w:t>
      </w:r>
    </w:p>
    <w:p>
      <w:r>
        <w:br/>
        <w:t>— Як це не хочеться?! Ех ти, подруга! Він же один тут. Ну, як знаєш. Тоді ми з Митьком заспіваємо.</w:t>
      </w:r>
    </w:p>
    <w:p>
      <w:r>
        <w:br/>
        <w:t>Стали ми посеред кімнати, відкашлялись і давай співати.</w:t>
      </w:r>
    </w:p>
    <w:p>
      <w:r>
        <w:br/>
        <w:t>Співали-співали, аж захрипли.</w:t>
      </w:r>
    </w:p>
    <w:p>
      <w:r>
        <w:br/>
        <w:t>— Що,— питаємо,— повеселішало тобі трохи?</w:t>
      </w:r>
    </w:p>
    <w:p>
      <w:r>
        <w:br/>
        <w:t>— Авжеж, повеселішало,— Наталка за нього відповідає. — Так фальшивити, то краще вже зовсім мовчати. І без ваших концертів обійдеться. Правда ж, Сашку?</w:t>
      </w:r>
    </w:p>
    <w:p>
      <w:r>
        <w:br/>
        <w:t>Сашко промовчав, але ми зрозуміли, що це він так промовчав, щоб не завдавати нам клопоту. Але про які клопоти може йти мова, коли товариш хворий?!</w:t>
      </w:r>
    </w:p>
    <w:p>
      <w:r>
        <w:br/>
        <w:t>— Давай,— Митько каже,— ми йому наш сюрприз відкриємо.</w:t>
      </w:r>
    </w:p>
    <w:p>
      <w:r>
        <w:br/>
        <w:t>— Давай!</w:t>
      </w:r>
    </w:p>
    <w:p>
      <w:r>
        <w:br/>
        <w:t>І стали ми тут матроський танок виконувати, який на святковий вечір готували. Підспівуємо собі, в долоні у такт плещемо, підборами по паркету — ух! Так добре в нас іще ніколи не виходило. Розчервонілись обоє, вхокалися, але стараємось — для хворого ж товариша.</w:t>
      </w:r>
    </w:p>
    <w:p>
      <w:r>
        <w:br/>
        <w:t>Чуємо дзвоник у дворі. Наталка побігла відчиняти. Вривається в кімнату дядько якийсь у халаті.</w:t>
      </w:r>
    </w:p>
    <w:p>
      <w:r>
        <w:br/>
        <w:t>— Це що за неподобство! — кричить.— Я поверхом нижче живу. У мене робота термінова, спеціально додому взяв, щоб не заважав піхто, так ви отут казна-що виробляєте. Тупаєте по голові вже цілу годину, зосередитись неможливо!</w:t>
      </w:r>
    </w:p>
    <w:p>
      <w:r>
        <w:br/>
        <w:t>Ми йому почали пояснювати, що прийшли провідати хворого товариша.</w:t>
      </w:r>
    </w:p>
    <w:p>
      <w:r>
        <w:br/>
        <w:t>А він:</w:t>
      </w:r>
    </w:p>
    <w:p>
      <w:r>
        <w:br/>
        <w:t>— Нічого собі хворий! Таке витримати — здоров’я як у слона треба мати. Припиніть цей тупіт. Книжку йому краще почитайте!</w:t>
      </w:r>
    </w:p>
    <w:p>
      <w:r>
        <w:br/>
        <w:t>Ми сказали, що книжку він і сам собі читає.</w:t>
      </w:r>
    </w:p>
    <w:p>
      <w:r>
        <w:br/>
        <w:t>— Ну, то придумайте щось інше,— дядько каже.— Он ви на хлопця подивіться. Йому вже скоро млосно стане од ваших розваг.</w:t>
      </w:r>
    </w:p>
    <w:p>
      <w:r>
        <w:br/>
        <w:t>І він пішов.</w:t>
      </w:r>
    </w:p>
    <w:p>
      <w:r>
        <w:br/>
        <w:t>Сашко забивсь під стіну, і ми зрозуміли: йому цей дядько теж не сподобався.</w:t>
      </w:r>
    </w:p>
    <w:p>
      <w:r>
        <w:br/>
        <w:t>— О! — скрикнув я радісно.— Так у тебе ж магнітофон є. Чого ж ти мовчав?! — І натис на вмикач.</w:t>
      </w:r>
    </w:p>
    <w:p>
      <w:r>
        <w:br/>
        <w:t>— Зроби голосніше,— гукнув Митько.— Воно, коли голосно, завжди веселіш.</w:t>
      </w:r>
    </w:p>
    <w:p>
      <w:r>
        <w:br/>
        <w:t>Тут Наталка стала до чогось принюхуватись — і прожогом з кімнати.</w:t>
      </w:r>
    </w:p>
    <w:p>
      <w:r>
        <w:br/>
        <w:t>Вбігає за мить.</w:t>
      </w:r>
    </w:p>
    <w:p>
      <w:r>
        <w:br/>
        <w:t>— Ой,— кричить,— суп увесь википів і вже згорів.</w:t>
      </w:r>
    </w:p>
    <w:p>
      <w:r>
        <w:br/>
        <w:t>Побігли ми на кухню. Справді, бачимо — в каструльці щось темне на самому дні залишилось, і пахне зовсім не так, як суп. Ми туди на всякий випадок води долили, але смак у нього виявився ще гіршим, ніж запах.</w:t>
      </w:r>
    </w:p>
    <w:p>
      <w:r>
        <w:br/>
        <w:t>— Ех, ви! — Наталка зітхає.— Через вас зовсім забули, що мама просила. Чим тепер хворого годувати?</w:t>
      </w:r>
    </w:p>
    <w:p>
      <w:r>
        <w:br/>
        <w:t>Стали ми харчі якісь шукати. Знайшли цукор, а чай шукали-шукали — ніде нема.</w:t>
      </w:r>
    </w:p>
    <w:p>
      <w:r>
        <w:br/>
        <w:t>— Яка різниця,— Митько каже,— із заваркою чи без. Однаково вода. Коричнева тільки. І так вип’є.</w:t>
      </w:r>
    </w:p>
    <w:p>
      <w:r>
        <w:br/>
        <w:t>Скип’ятили ми воду, вкинули цукор у склянку. Приносимо Сашкові:</w:t>
      </w:r>
    </w:p>
    <w:p>
      <w:r>
        <w:br/>
        <w:t>— Пий.</w:t>
      </w:r>
    </w:p>
    <w:p>
      <w:r>
        <w:br/>
        <w:t>Сьорбнув він трохи.</w:t>
      </w:r>
    </w:p>
    <w:p>
      <w:r>
        <w:br/>
        <w:t>— Не хочу,— каже.— Голова болить.</w:t>
      </w:r>
    </w:p>
    <w:p>
      <w:r>
        <w:br/>
        <w:t>— Це в нього від голоду,— здогадавсь я.— Ми тобі зараз усі втрьох картоплі почистимо. Ти як любиш, смажену чи варену? А щоб ти поки не нудьгував, включимо магнітофон.</w:t>
      </w:r>
    </w:p>
    <w:p>
      <w:r>
        <w:br/>
        <w:t>— Не треба,— він нам якось дивно відповідає,— ніякого магнітофона, і картоплі я не хочу вашої.</w:t>
      </w:r>
    </w:p>
    <w:p>
      <w:r>
        <w:br/>
        <w:t>— Здається, час нам уже додому,— поглянула Наталка на двері.</w:t>
      </w:r>
    </w:p>
    <w:p>
      <w:r>
        <w:br/>
        <w:t>— Додому! — блимнув на неї Митько.— І полишити хворого товариша? Може, тобі заспівати? — допитується в Сашка.</w:t>
      </w:r>
    </w:p>
    <w:p>
      <w:r>
        <w:br/>
        <w:t>— І співати не треба!</w:t>
      </w:r>
    </w:p>
    <w:p>
      <w:r>
        <w:br/>
        <w:t>— Може, затанцювати ще разочок? Нам не тяжко.</w:t>
      </w:r>
    </w:p>
    <w:p>
      <w:r>
        <w:br/>
        <w:t>Тут Сашко як затруситься.</w:t>
      </w:r>
    </w:p>
    <w:p>
      <w:r>
        <w:br/>
        <w:t>— Не треба,— кричить,— мені ваших танців і нічого не треба! Облиште мене! Лежала собі людина і горя не знала. У мене і так уже температура піднялась. Я тепер, мабуть, іще місяць лежати буду.</w:t>
      </w:r>
    </w:p>
    <w:p>
      <w:r>
        <w:br/>
        <w:t>Нарешті ми таки зрозуміли, чого він хоче, і почали вдягатись.</w:t>
      </w:r>
    </w:p>
    <w:p>
      <w:r>
        <w:br/>
        <w:t>— Ну, ти бачив —таке? — мовив Митько вже надворі.— Друзі прийшли до нього, не шкодуючи ні сил, ні часу, розважити, щоб йому сумно не було, нагодувати, а він після цього нас, можна сказати, виганяє. Не буду більше його відвідувати. Хай собі книжки читає. Нахаба та й годі!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Нахаба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