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Найлегше згадую жабу...</w:t>
      </w:r>
    </w:p>
    <w:p>
      <w:r>
        <w:br/>
        <w:t xml:space="preserve"> Найлегше згадую жабу.&lt;br /&gt;</w:t>
        <w:br/>
        <w:t>Точніше, її очі,&lt;br /&gt;</w:t>
        <w:br/>
        <w:t>страшніші від очей змії.&lt;br /&gt;</w:t>
        <w:br/>
        <w:t>Бо то очі жаби, яка в сутінках&lt;br /&gt;</w:t>
        <w:br/>
        <w:t>прийшла назавше забрати молоко у нашої корови.&lt;br /&gt;</w:t>
        <w:br/>
        <w:t>Її послала одна жінка.&lt;br /&gt;</w:t>
        <w:br/>
        <w:t>Ту жінку називають відомо як.&lt;br /&gt;</w:t>
        <w:br/>
        <w:t>Але та жінка не знала,&lt;br /&gt;</w:t>
        <w:br/>
        <w:t>що навіть у сутінках&lt;br /&gt;</w:t>
        <w:br/>
        <w:t>ропуху балухату перестріне під порогом стайні&lt;br /&gt;</w:t>
        <w:br/>
        <w:t>маленьке хлоп'я&lt;br /&gt;</w:t>
        <w:br/>
        <w:t>і, перелякавшись на все життя,&lt;br /&gt;</w:t>
        <w:br/>
        <w:t>все-таки її покаже дідові й бабі,&lt;br /&gt;</w:t>
        <w:br/>
        <w:t>а вони повісять ту погань банькату&lt;br /&gt;</w:t>
        <w:br/>
        <w:t>на патику, застромленому в землю, – у розколіп,&lt;br /&gt;</w:t>
        <w:br/>
        <w:t>аби добре підсмажило її хиже сонце липневе!&lt;br /&gt;</w:t>
        <w:br/>
        <w:t>Не знайде тоді місця собі&lt;br /&gt;</w:t>
        <w:br/>
        <w:t>одна жінка –&lt;br /&gt;</w:t>
        <w:br/>
        <w:t>дертиметься на стіни!&lt;br /&gt;</w:t>
        <w:br/>
        <w:t>І зляже під хижим сонцем, і лежатиме при смерті.&lt;br /&gt;</w:t>
        <w:br/>
        <w:t>І не зможе відшепотіти сама себе,&lt;br /&gt;</w:t>
        <w:br/>
        <w:t>і не допоможуть їй дзіндзора і одален-зілля.&lt;br /&gt;</w:t>
        <w:br/>
        <w:t>Ми ніколи не згадаємо&lt;br /&gt;</w:t>
        <w:br/>
        <w:t>всесильні слова відьомських замовлянь, заклинань…&lt;br /&gt;</w:t>
        <w:br/>
        <w:t>Невже тому,&lt;br /&gt;</w:t>
        <w:br/>
        <w:t>що невинне дитя&lt;br /&gt;</w:t>
        <w:br/>
        <w:t>не визволило ту потвору витрішкувату?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Найлегше згадую жабу...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